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12 Sınıf Biyoloji Ders Kitabı Görselleriyle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2"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Fotoğraf Watson ve Crick’in DNA modeliyle ilgilidir. Bu modelin geliştirilmesinde Franklin’in X ışını çalışmaları ve Chargaff’ın baz oranlarıyla ilgili bulguları da kullanılmıştır.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3374442" cy="2880000"/>
            <wp:docPr id="1" name="Picture 1" descr="DNA modeli hangi kanıtlarla güçleni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K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74442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12 ders kitabı, s. 20 Görsel 1.6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Franklin’in çalışmaları DNA’nın hangi özelliğinin anlaşılmasına katkı sağlamıştır?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Chargaff’ın çift zincirli DNA için bulduğu iki baz eşitliğini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Bu örnek bilimsel bir gelişmenin oluşması hakkında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DNA şemasında hidrojen ve fosfodiester bağları gösteriliyor. I. işlemde iki zincir ayrılıyor ama zincirlerin kendi yapısı korunuyor. II. işlemde bir zincirin şeker-fosfat omurgası kesiliyor.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3512578" cy="2880000"/>
            <wp:docPr id="2" name="Picture 2" descr="DNA zincirlerini açmak ve parçalama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K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12578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12 ders kitabı, s. 22 Görsel 1.8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I ve II’de etkilenen bağların adlarını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Yalnız zincirlerin ayrılması, bir zincirdeki baz sırasını değiştirir mi?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Şemadaki dört baz çiftinin ikisi A-T, ikisi G-C ise toplam kaç hidrojen bağı vardır?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tRNA şemasında amino asidin bağlandığı uç ve mRNA ile eşleşen bölüm gösteriliyor. Aynı RNA zinciri bazı yerlerde kendi üzerine katlanıyor.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3593571" cy="2880000"/>
            <wp:docPr id="3" name="Picture 3" descr="Katlanmış RNA iki zincirli DNA mıdı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K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3571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12 ders kitabı, s. 28 Görsel 1.16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Şeklin katlanmış görünmesi tRNA’nın iki ayrı zincirden oluştuğunu gösterir mi?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Amino asit bağlanan uç ile mRNA’yı tanıyan bölüm birlikte hangi işi yapmayı sağlar?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tRNA amino asit bağlayamazsa hangi görevi aksar?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Şema, ökaryot çekirdeğinde DNA’nın genler ve proteinlerle ilişkisini gösteriyor.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3628282" cy="3419999"/>
            <wp:docPr id="4" name="Picture 4" descr="Kromozom örneğinde iki yapı maddes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K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28282" cy="341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12 ders kitabı, s. 29 Görsel 1.17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Kromozomdaki DNA ve proteinler yapı birimlerine ayrılırsa hangi birimler elde edilir?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Gen, DNA’nın dışında ayrı bir organel midir? Doğru ilişkiyi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DNA’nın daha sıkı paketlenmesi, baz sırasının mutlaka değişmesi demek midir?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Meselson ve Stahl deneyinde ağır azotla işaretli bakteriler hafif azot ortamına alınıyor. Birinci eşlenmede tek ara yoğunluk bandı, ikincide ara ve hafif yoğunlukta iki bant oluşuyor.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1011194"/>
            <wp:docPr id="5" name="Picture 5" descr="İlk bant neden tek başına yeterli değildi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K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011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12 ders kitabı, s. 32 Görsel 1.19 bantlar bölümü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Yarı korunumlu eşlenmeye göre ilk banttaki DNA’ların zincirleri nasıldır?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İkinci eşlenmedeki hafif bantta bulunan DNA’ların iki zinciri de nasıldır?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İkinci eşlenmede hem ara hem hafif bant oluşmasını eski zincirlerin dağılımıyla açıklayınız.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Ökaryot DNA şemasında üç başlangıç bölgesi vardır. Üçü aynı anda etkinleşiyor ve her birinde eşlenme iki yönde ilerliyor. Kabarcıklar henüz birleşmemiştir.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3411262" cy="2880000"/>
            <wp:docPr id="6" name="Picture 6" descr="Çok sayıda başlangıç iki yeni D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K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11262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12 ders kitabı, s. 33 Görsel 1.21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anda kaç eşlenme çatalı vardır?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Bir eşlenme turu bitince kaç tam çift zincirli DNA oluşur?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Birden fazla başlangıç bölgesinin aynı anda çalışması eşlenmeyi neden hızlandırabilir?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DNA’nın sarmal yapısının ve boyutlarının anlaşılmasına yapısal kanıt sağlamıştır.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A = T ve G = C.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Farklı araştırmacıların bulguları birbirini tamamlar. Bir model, önceki gözlem ve ölçümlerden yararlanılarak geliştirilebilir.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I’de hidrojen, II’de fosfodiester bağları etkilenir.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Aynı zincirde nükleotitleri bağlayan omurga korunmuştur.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2 × 2 + 2 × 3 = 10 hidrojen bağı vardır.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Hayır. Tek zincirin kendi bölümleri arasında eşleşme yapması katlanmayı oluşturur.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Uygun amino asidin ribozoma taşınıp mRNA’daki bilgiye uygun sırada proteine katılmasına yardımcı olur.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Amino asit taşıma ve protein sentezine sunma görevi aksar.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DNA’dan nükleotitler, proteinlerden amino asitler elde edilir.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Gen, belirli bir işlevle ilişkili bilgi taşıyan DNA bölümüdür.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Paketlenme yapının düzenlenme biçimidir; tek başına nükleotit sırasını değiştirmez.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Her DNA’da bir ağır eski zincir ve bir hafif yeni zincir vardır; hepsi melezdir.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İki zincir de hafif azotludur.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Ağır eski zincirler yeni hafif zincirlerle melez DNA oluşturur. İlk turdaki hafif zincirler de yeni hafif zincirlerle birleşir; böylece tamamen hafif DNA’lar da oluşur.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3 × 2 = 6 eşlenme çatalı vardır.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İki tam çift zincirli DNA oluşur. Ayrı bölgelerden başlayan kopyalama kısımları birleşir.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Uzun DNA’nın farklı bölümleri aynı anda kopyalanır; tek noktadan başlamaya göre tamamlanma süresi azalabilir.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12.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Sınıf Biyoloji Ders Kitabı Görselleriyle Çalışma Soruları ve Cevapları</dc:title>
  <dc:subject>2026–2027 Birinci Dönem Birinci Yazılı Çalışma Soruları ve Cevapları</dc:subject>
  <dc:creator>Biyoloji Hikayesi</dc:creator>
  <cp:keywords>12.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