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11 Sınıf Biyoloji Ders Kitabı Görselleriyle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Görselde normal çilek, akenleri alınmış çilek ve akenleri alınıp oksin uygulanmış çilek karşılaştırılıyor. Akenler yüzeydeki küçük yapılardır.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5269090" cy="2880000"/>
            <wp:docPr id="1" name="Picture 1" descr="Çilekte aken ve büyüme sinyal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K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09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11 ders kitabı, s. 24 Görsel 1.2.4 a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Akenleri alınmış iki örneği karşılaştırınız. Oksin verilen örnekte gelişme nasıl değişmiştir?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Sonuç oksinin hangi etkisini destekler?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Meyve gelişmesini karşılaştırmak için hangi iki özelliği ölçebilirsiniz?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a ve b, giberellin eksikliği ve varlığındaki muz bitkilerini; c ve ç, giberellin uygulanmamış ve uygulanmış üzümleri gösteriyor.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1494926"/>
            <wp:docPr id="2" name="Picture 2" descr="Giberellin görsellerinden genellemey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K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4949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11 ders kitabı, s. 25 Görsel 1.2.6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Muzlarda ve üzümlerde hangi büyüme özellikleri karşılaştırılıyor?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Görseller giberellinin büyümeye etkisi hakkında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En uygun giberellin miktarını bulmak için nasıl bir karşılaştırma yapılmalıdır?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Fotoğrafta açık ve kapalı stomalar gösteriliyor. Kuraklıkta artan absisik asit (ABA), stomaların kapanmasına katkı sağlar.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5572544" cy="2880000"/>
            <wp:docPr id="3" name="Picture 3" descr="Stoma kapanmasının kazancı ve bedel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K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2544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11 ders kitabı, s. 26 Görsel 1.2.7 a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Stomaların kapanması su kaybını nasıl etkiler?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kapanma uzun sürerse fotosentez neden azalabilir?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ABA’nın etkisini deneyle araştırırken hangi iki grubu karşılaştırabilirsiniz?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Koleoptil deneylerinde ışık sağdan geliyor. Saydam başlık ışığı geçiriyor, opak başlık geçirmiyor.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335345"/>
            <wp:docPr id="4" name="Picture 4" descr="Koleoptilde ışığı algılayan böl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K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335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11 ders kitabı, s. 36 Görsel 1.4.3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Ucu opak ve saydam başlıkla örtülen örneklerde yönelme nasıl farklıdır?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Uç açıkken alt bölümün opak örtülmesine rağmen yönelmenin sürmesi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Yönelme miktarını karşılaştırmak için hangi ölçüm yapılabilir?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Koleoptilin ucu ile alt kısmı arasına konulan mika kimyasal madde geçişini engeller; jelatin geçirebilir. Örnekler tek yandan aydınlatılıyor.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1774862"/>
            <wp:docPr id="5" name="Picture 5" descr="Mika ve jelatinle sinyali sınama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K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1774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11 ders kitabı, s. 36 Görsel 1.4.4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Tam mika konulan örnek ile jelatin konulan örneğin yönelmesi neden farklıdır?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Oksin gölgeli tarafta daha çok birikirse gövde hangi yöne kıvrılır?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 deney, uç kısmın alt bölümü etkilerken taşınabilen bir madde kullandığını destekler mi? Açıklayınız.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Retina şemasında ışığı algılayan hücreler, nöronlar ve optik sinir lifleri gösteriliyor.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4463105" cy="2880000"/>
            <wp:docPr id="6" name="Picture 6" descr="Retinada algılama ve ileti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-K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63105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11 ders kitabı, s. 53 Görsel 1.5.12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Işığı algılayan iki hücre tipini ve reseptör grubunu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Optik sinir liflerinin görevi, ışığı algılayan hücrelerin görevinden nasıl farklıdır?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Optik sinirin çıktığı yerde fotoreseptör bulunmaz. Bu alanın adı nedir ve buraya düşen ışık neden algılanmaz?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Oksin verilen örneğin gelişmesi artmış ve normal gelişmeye yaklaşmıştır.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Çilekte meyve gelişmesini destekleyen etkisini gösterir.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Meyvelerin kütlesi ve hacmi aynı süre sonunda ölçülebilir.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Muzlarda bitki boyu ve gövde uzaması, üzümlerde tane iriliği karşılaştırılıyor.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Verilen örneklerde gövde uzamasını ve meyve büyümesini desteklediğini gösterir.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Benzer bitkilere farklı miktarlarda giberellin uygulanmalı ve hormonsuz kontrolle aynı koşullarda büyümeleri karşılaştırılmalıdır.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Terlemeyle su kaybını azaltır.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Yaprağa karbondioksit girişi azalabilir ve organik besin üretimi sınırlanabilir.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Benzer yapraklardan bir gruba ABA, diğerine yalnız taşıyıcı sıvı uygulanabilir. Diğer koşullar eşit tutularak stoma açıklıkları karşılaştırılır.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Opak başlıkta ışığa yönelme görülmez; saydam başlıkta görülür.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Işığın algılanmasında uç kısmın önemli olduğunu ve alt bölümün doğrudan ışık almasının zorunlu olmadığını destekler.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Aynı süre sonunda gövdenin düşey doğrultuyla yaptığı açı ölçülebilir.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Mika uçtan aşağı taşınan maddenin geçişini engeller; jelatin izin verir. Bu nedenle mikada yönelme görülmezken jelatinde görülebilir.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Işığa doğru kıvrılır. Gölgeli taraftaki hücrelerin daha çok uzaması kıvrılmayı oluşturur.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Evet. Maddeyi geçiren jelatin ile geçirmeyen mikanın farklı sonuç vermesi kimyasal bir sinyalin taşınmasını destekler.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Çubuk ve koni hücreleri; ikisi de fotoreseptördür.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Fotoreseptörler ışığı algılar; optik sinir lifleri oluşan bilgiyi beyne iletir.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Kör noktadır. Çubuk ve koni bulunmadığından ışık burada algılanamaz.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11.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Sınıf Biyoloji Ders Kitabı Görselleriyle Çalışma Soruları ve Cevapları</dc:title>
  <dc:subject>2026–2027 Birinci Dönem Birinci Yazılı Çalışma Soruları ve Cevapları</dc:subject>
  <dc:creator>Biyoloji Hikayesi</dc:creator>
  <cp:keywords>11.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