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10 Sınıf Biyoloji Ders Kitabı Görselleriyle Çalışma Soruları ve Cevapları</w:t>
      </w:r>
    </w:p>
    <w:p>
      <w:pPr>
        <w:spacing w:after="180"/>
      </w:pPr>
      <w:r>
        <w:rPr>
          <w:b w:val="0"/>
        </w:rPr>
        <w:t>2026–2027 Eğitim Öğretim Yılı  •  1. Dönem 1. Yazılı</w:t>
      </w:r>
    </w:p>
    <w:p>
      <w:pPr>
        <w:pStyle w:val="Heading2"/>
      </w:pPr>
      <w:r>
        <w:rPr>
          <w:b w:val="0"/>
        </w:rPr>
        <w:t>Soru 1</w:t>
      </w:r>
    </w:p>
    <w:p>
      <w:pPr>
        <w:keepNext/>
      </w:pPr>
      <w:r>
        <w:rPr>
          <w:b w:val="0"/>
        </w:rPr>
        <w:t>Şemada organik besinlerden hücresel solunuma ve hücresel işlere uzanan enerji akışı gösteriliyor. Isı oklarını da inceleyiniz.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5513846" cy="2880000"/>
            <wp:docPr id="1" name="Picture 1" descr="Enerji akışı neden bir çevrim değildir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13846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18 Görsel 1.2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Hücresel solunumdan elde edilen enerjiyi hücresel işlere aktaran temel molekül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Isı okları, enerjinin tamamının yeniden kullanılması hakkında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Yeterli depo besini bulunan canlı bir bitki dokusu karanlıkta ATP üretmeye devam edebilir mi? Nasıl?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2</w:t>
      </w:r>
    </w:p>
    <w:p>
      <w:pPr>
        <w:keepNext/>
      </w:pPr>
      <w:r>
        <w:rPr>
          <w:b w:val="0"/>
        </w:rPr>
        <w:t>Şema ATP’nin yapılmasını ve kullanılmasını gösteriyor. Pi, inorganik fosfat demektir.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925452" cy="2880000"/>
            <wp:docPr id="2" name="Picture 2" descr="ATP döngüsünde madde ve enerji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25452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20 Görsel 1.4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ATP yapılırken hangi iki madde birleşir? Bu sırada enerji gerekir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ATP kullanılırken ayrılan fosfat yok olur mu? Yeniden kullanılabilir mi?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Çalışan bir hücrede ATP miktarı aynı kalıyorsa bunun olası açıklaması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3</w:t>
      </w:r>
    </w:p>
    <w:p>
      <w:pPr>
        <w:keepNext/>
      </w:pPr>
      <w:r>
        <w:rPr>
          <w:b w:val="0"/>
        </w:rPr>
        <w:t>Van Helmont’un deneyinde söğüt fidanı başlangıçta 2,5 kg, kuru toprak 80 kg’dır. Beş yıl sonra bitki 75 kg, kuru toprak 79,9 kg ölçülmüştür.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3652682" cy="2879999"/>
            <wp:docPr id="3" name="Picture 3" descr="Söğüt deneyinde eksik kalan açıklama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2682" cy="2879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33 Tablo 1.1 Van Helmont çalışması görseli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Bitkinin kütle artışını ve toprağın kütle kaybını hesaplayınız.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Bitkinin bütün kütle artışını yalnız topraktan aldığı katı maddelerle açıklamak yeterli midir?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Suyun yanında havadan alınan hangi madde fotosentezle besin yapımına katılır? Katkısı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4</w:t>
      </w:r>
    </w:p>
    <w:p>
      <w:pPr>
        <w:keepNext/>
      </w:pPr>
      <w:r>
        <w:rPr>
          <w:b w:val="0"/>
        </w:rPr>
        <w:t>İpliksi alg farklı renk ışıklarla aydınlatılıyor. Oksijenli solunum yapan bakteriler, oksijenin çok bulunduğu yerlere toplanıyor. Diğer koşullar aynıdır.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32885"/>
            <wp:docPr id="4" name="Picture 4" descr="Engelmann deneyindeki dolaylı gösterg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3288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29 Görsel 1.11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Bakterilerin toplandığı yerler, algin hangi maddeyi daha çok ürettiğini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Bakterilerin en çok toplandığı iki ışık bölgesini yazınız.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Yeşil bölgede daha az bakteri olması fotosentezin mutlaka hiç yapılmadığını gösterir mi?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5</w:t>
      </w:r>
    </w:p>
    <w:p>
      <w:pPr>
        <w:keepNext/>
      </w:pPr>
      <w:r>
        <w:rPr>
          <w:b w:val="0"/>
        </w:rPr>
        <w:t>Şekilde büyük besin molekülleri bağırsak boşluğunda küçük moleküllere ayrılıyor, sonra bu küçük moleküller bağırsak duvarından geçiyor.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192000" cy="2549109"/>
            <wp:docPr id="5" name="Picture 5" descr="Sindirim boşluğu hücrenin dışında m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254910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42 Hücre Dışı Sindirim görseli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Bağırsak boşluğundaki sindirim hücre içi mi, hücre dışı mıdır?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Enzimlerle parçalanma ve ardından bağırsak duvarından geçme olaylarını adlandırınız.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Besinin yalnız karıştırılması, enzimlerin yaptığı işi tamamen karşılar mı? Neden?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2"/>
      </w:pPr>
      <w:r>
        <w:rPr>
          <w:b w:val="0"/>
        </w:rPr>
        <w:t>Soru 6</w:t>
      </w:r>
    </w:p>
    <w:p>
      <w:pPr>
        <w:keepNext/>
      </w:pPr>
      <w:r>
        <w:rPr>
          <w:b w:val="0"/>
        </w:rPr>
        <w:t>Şema geviş getiren bir hayvanda besinin izlediği yolu gösteriyor. İşkembe ve börkenekteki mikroorganizmalar selülozun parçalanmasına yardımcı olur.</w:t>
      </w:r>
    </w:p>
    <w:p>
      <w:pPr>
        <w:keepNext/>
        <w:jc w:val="center"/>
      </w:pPr>
      <w:r>
        <w:rPr>
          <w:b w:val="0"/>
        </w:rPr>
      </w:r>
      <w:r>
        <w:drawing>
          <wp:inline xmlns:a="http://schemas.openxmlformats.org/drawingml/2006/main" xmlns:pic="http://schemas.openxmlformats.org/drawingml/2006/picture">
            <wp:extent cx="6086400" cy="2880000"/>
            <wp:docPr id="6" name="Picture 6" descr="Geviş getirmenin iki katkısı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-K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864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</w:pPr>
      <w:r>
        <w:rPr>
          <w:b w:val="0"/>
        </w:rPr>
        <w:t>Görsel: Biyoloji 10 ders kitabı, s. 46 Görsel 1.17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a) </w:t>
      </w:r>
      <w:r>
        <w:t>Besinin yeniden ağza getirilip çiğnenmesi sindirimi nasıl kolaylaştırır?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b) </w:t>
      </w:r>
      <w:r>
        <w:t>İneğin selülozdan yararlanmasında mikroorganizmaların görevi nedir?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keepNext/>
        <w:keepLines/>
      </w:pPr>
      <w:r>
        <w:rPr>
          <w:b w:val="0"/>
        </w:rPr>
      </w:r>
      <w:r>
        <w:rPr>
          <w:b/>
        </w:rPr>
        <w:t xml:space="preserve">c) </w:t>
      </w:r>
      <w:r>
        <w:t>Dört bölmeli midesi olmayan bir otçul örneği veriniz. Bu örnek ne gösterir?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pPr>
        <w:spacing w:after="40"/>
      </w:pPr>
      <w:r>
        <w:rPr>
          <w:b w:val="0"/>
          <w:sz w:val="18"/>
        </w:rPr>
        <w:t>................................................................................................................................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Heading1"/>
      </w:pPr>
      <w:r>
        <w:rPr>
          <w:b w:val="0"/>
        </w:rPr>
        <w:t>Cevap Anahtarı</w:t>
      </w:r>
    </w:p>
    <w:p>
      <w:pPr>
        <w:pStyle w:val="Heading2"/>
        <w:spacing w:before="120"/>
      </w:pPr>
      <w:r>
        <w:rPr>
          <w:b w:val="0"/>
        </w:rPr>
        <w:t>Soru 1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ATP’dir.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Enerjinin bir kısmı ısı olarak çevreye yayılır; tamamı aynı sistemde yeniden hücresel işler için kullanılamaz.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Uygun koşullarda edebilir. Depo besinlerini hücresel solunumda kullanır; fotosentezin durması solunumun da durduğu anlamına gelmez.</w:t>
      </w:r>
    </w:p>
    <w:p>
      <w:pPr>
        <w:pStyle w:val="Heading2"/>
        <w:spacing w:before="120"/>
      </w:pPr>
      <w:r>
        <w:rPr>
          <w:b w:val="0"/>
        </w:rPr>
        <w:t>Soru 2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ADP ve inorganik fosfat birleşir. ATP yapımı için enerji gerekir.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Yok olmaz. Uygun enerji sağlandığında ADP ile birlikte yeniden ATP yapımında kullanılabilir.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Kullanılan ATP kadar yeni ATP üretiliyor olabilir. Sabit miktar, ATP kullanılmadığını göstermez.</w:t>
      </w:r>
    </w:p>
    <w:p>
      <w:pPr>
        <w:pStyle w:val="Heading2"/>
        <w:spacing w:before="120"/>
      </w:pPr>
      <w:r>
        <w:rPr>
          <w:b w:val="0"/>
        </w:rPr>
        <w:t>Soru 3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Bitki 75 − 2,5 = 72,5 kg artmıştır. Toprak 80 − 79,9 = 0,1 kg azalmıştır.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Yeterli değildir. Toprağın 0,1 kg kaybı, bitkideki 72,5 kg artışı açıklamaz.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Karbondioksit katılır. Organik besinlerdeki karbonun kaynağıdır.</w:t>
      </w:r>
    </w:p>
    <w:p>
      <w:pPr>
        <w:pStyle w:val="Heading2"/>
        <w:spacing w:before="120"/>
      </w:pPr>
      <w:r>
        <w:rPr>
          <w:b w:val="0"/>
        </w:rPr>
        <w:t>Soru 4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Oksijeni daha çok ürettiği yerleri gösterir.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Mavi-mor ve kırmızı ışık bölgeleri.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Daha az oksijen birikimi, üretimin sıfır olması demek değildir. Bu bölgede fotosentez daha düşük düzeyde olabilir.</w:t>
      </w:r>
    </w:p>
    <w:p>
      <w:pPr>
        <w:pStyle w:val="Heading2"/>
        <w:spacing w:before="120"/>
      </w:pPr>
      <w:r>
        <w:rPr>
          <w:b w:val="0"/>
        </w:rPr>
        <w:t>Soru 5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Hücre dışıdır. Bağırsak vücudun içinde olsa da parçalanma hücrelerin dışında gerçekleşir.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Önce kimyasal sindirim, sonra emilim gerçekleşir.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Hayır. Karıştırma büyük besin moleküllerini enzimler gibi yapı birimlerine ayıramaz.</w:t>
      </w:r>
    </w:p>
    <w:p>
      <w:pPr>
        <w:pStyle w:val="Heading2"/>
        <w:spacing w:before="120"/>
      </w:pPr>
      <w:r>
        <w:rPr>
          <w:b w:val="0"/>
        </w:rPr>
        <w:t>Soru 6</w:t>
      </w:r>
    </w:p>
    <w:p>
      <w:pPr>
        <w:keepLines/>
      </w:pPr>
      <w:r>
        <w:rPr>
          <w:b w:val="0"/>
        </w:rPr>
      </w:r>
      <w:r>
        <w:rPr>
          <w:b/>
        </w:rPr>
        <w:t xml:space="preserve">a) </w:t>
      </w:r>
      <w:r>
        <w:t>Besin parçalarını küçültür ve yüzey alanını artırır; enzimlerin besinle temasını kolaylaştırır.</w:t>
      </w:r>
    </w:p>
    <w:p>
      <w:pPr>
        <w:keepLines/>
      </w:pPr>
      <w:r>
        <w:rPr>
          <w:b w:val="0"/>
        </w:rPr>
      </w:r>
      <w:r>
        <w:rPr>
          <w:b/>
        </w:rPr>
        <w:t xml:space="preserve">b) </w:t>
      </w:r>
      <w:r>
        <w:t>Selülozu parçalayan enzimler üreterek sindirime yardımcı olurlar.</w:t>
      </w:r>
    </w:p>
    <w:p>
      <w:pPr>
        <w:keepLines/>
      </w:pPr>
      <w:r>
        <w:rPr>
          <w:b w:val="0"/>
        </w:rPr>
      </w:r>
      <w:r>
        <w:rPr>
          <w:b/>
        </w:rPr>
        <w:t xml:space="preserve">c) </w:t>
      </w:r>
      <w:r>
        <w:t>At veya tavşan örnek verilebilir. Otçul beslenmek için midenin mutlaka dört bölmeli olması gerekmediğini gösterir.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07" w:left="1020" w:header="369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Sayfa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Biyoloji Hikayesi   |   10. Sınıf Biyoloji   |  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 w:after="100"/>
    </w:pPr>
    <w:rPr>
      <w:rFonts w:ascii="Arial" w:hAnsi="Arial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4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4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i w:val="0"/>
      <w:color w:val="000000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Sınıf Biyoloji Ders Kitabı Görselleriyle Çalışma Soruları ve Cevapları</dc:title>
  <dc:subject>2026–2027 Birinci Dönem Birinci Yazılı Çalışma Soruları ve Cevapları</dc:subject>
  <dc:creator>Biyoloji Hikayesi</dc:creator>
  <cp:keywords>10. sınıf, biyoloji, yazılı, sorular, cevap anahtarı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