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12 Sınıf Biyoloji Ortak Yazılı Çalışma Soruları ve Cevapları</w:t>
      </w:r>
    </w:p>
    <w:p>
      <w:pPr>
        <w:spacing w:after="180"/>
      </w:pPr>
      <w:r>
        <w:rPr>
          <w:b w:val="0"/>
        </w:rPr>
        <w:t>2026–2027 Eğitim Öğretim Yılı  •  1. Dönem 1. Yazılı</w:t>
      </w:r>
    </w:p>
    <w:p>
      <w:pPr>
        <w:pStyle w:val="Heading1"/>
      </w:pPr>
      <w:r>
        <w:rPr>
          <w:b w:val="0"/>
        </w:rPr>
        <w:t>Senaryo 1 Sorular</w:t>
      </w:r>
    </w:p>
    <w:p>
      <w:pPr>
        <w:pStyle w:val="Heading2"/>
        <w:keepNext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Griffith, hastalık yapmayan canlı bakterileri ısıyla öldürülmüş hastalık yapan bakterilerle karıştırdı. Karışımdan hastalık yapan canlı bakteriler elde edildi.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sonuç bakteriler arasında neyin aktarılabildiğini gösterir?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deney tek başına aktarılan maddenin DNA olduğunu göstermiş midir?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Çift zincirli bir DNA’da toplam 1000 nükleotit vardır. Bunların 200’ü adenin nükleotididir.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Timin, guanin ve sitozin sayılarını bulunuz.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Toplam hidrojen bağı sayısını hesaplayınız.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X nükleik asidi deoksiriboz ve timin, Y nükleik asidi riboz ve urasil içeriyor.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X ve Y hangi nükleik asitlerdir?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DNA’nın ve RNA’nın hücredeki birer görevini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1 Sorular</w:t>
      </w:r>
    </w:p>
    <w:p>
      <w:pPr>
        <w:pStyle w:val="Heading2"/>
        <w:keepNext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Protein yapılırken bir RNA genetik bilgiyi ribozoma getirir, başka bir RNA amino asit taşır. Üçüncü RNA çeşidi ribozomun yapısına katılır.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üç RNA çeşidini görev sırasına göre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Amino asit taşıyan RNA çalışmazsa protein sentezi neden aksar?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Bir öğrenci gen, DNA ve nükleotit kavramlarının ilişkisini açıklamak istiyor.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üç yapıyı küçükten büyüğe sıralayınız.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Bir DNA molekülü birden fazla gen taşıyabilir mi? Açıklayınız.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Bir öğrenci uzun bir ipi küçük makaralara sarıyor. Sonra bu yapıyı daha sıkı paketleyerek çekirdek kromozomunu modelliyor.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İp ve makaralar hangi yapıları temsil eder?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paketlenmenin hücreye bir yararını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1 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Kalıtsal bir özelliğin aktarılabildiğini; canlı bakterilerin başka bakterilerden gelen bir etkenle dönüşebildiğini gösterir.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Dönüşüm olayını göstermiştir; aktarılan maddenin DNA olduğu sonraki çalışmalarla belirlenmiştir.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A = T olduğundan T = 200’dür. G + C = 1000 − 400 = 600; G = C olduğundan G = 300, C = 300’dür.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200 A-T çifti ve 300 G-C çifti vardır. 200 × 2 + 300 × 3 = 1300 hidrojen bağı bulunur.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X DNA, Y RNA’dır.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DNA kalıtsal bilgiyi saklar ve aktarır. RNA çeşitleri bu bilginin kullanılmasında ve protein sentezinde görev yapar.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mRNA, tRNA ve rRNA.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Gerekli amino asitler ribozoma uygun biçimde taşınamaz; protein zincirinin oluşması aksar.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Nükleotit → gen → DNA. Gen, DNA’nın belirli bir bölümüdür.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Evet. Uzun bir DNA molekülünde farklı görevlerle ilişkili çok sayıda gen bölgesi bulunabilir.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İp DNA’yı, makaralar histon proteinlerini temsil eder.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Uzun DNA’nın çekirdeğe düzenli biçimde sığmasına ve hücre bölünürken düzenli taşınmasına yardımcı olur.</w:t>
      </w:r>
    </w:p>
    <w:p>
      <w:r>
        <w:br w:type="page"/>
      </w:r>
    </w:p>
    <w:p>
      <w:pPr>
        <w:pStyle w:val="Heading1"/>
      </w:pPr>
      <w:r>
        <w:rPr>
          <w:b w:val="0"/>
        </w:rPr>
        <w:t>Senaryo 2 Sorular</w:t>
      </w:r>
    </w:p>
    <w:p>
      <w:pPr>
        <w:pStyle w:val="Heading2"/>
        <w:keepNext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Bakterilerde dönüşüm sağlayan bir özütte protein veya RNA parçalandığında dönüşüm sürüyor. DNA parçalandığında ise dönüşüm gerçekleşmiyor.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Dönüşümü sağlayan madde hangisidir? Sonuçla açıklayınız.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Enzim eklenmemiş özütün de denenmesi neden gereklidir?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Tek zincirli bir RNA’nın 100 nükleotidinin 30’u A, 20’si U, 25’i G ve 25’i C’dir.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Pürin ve pirimidin sayıları kaçtır?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 ve U sayılarının farklı olması bu molekülün RNA olmasına engel midir? Neden?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Bir DNA nükleotidi şeker, fosfat ve azotlu bazdan oluşur.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DNA’daki şekerin adını ve bulunabilecek dört bazı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İki DNA nükleotidinin bazı farklıysa şekerlerinin de farklı olması gerekir mi? Açıklayınız.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2 Sorular</w:t>
      </w:r>
    </w:p>
    <w:p>
      <w:pPr>
        <w:pStyle w:val="Heading2"/>
        <w:keepNext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DNA eşlenmesinden önce bir kromozom bir DNA molekülü içeriyor. Eşlenmeden sonra ortak sentromer bölgesiyle bir arada duran iki kardeş kromatit oluşuyor.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Eşlenmeden sonra bu yapıda kaç DNA molekülü vardır?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Kardeş kromatitler ayrılmadan kromozom sayısı iki katına çıkmış sayılır mı?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Bir DNA molekülü yarı korunumlu biçimde eşleniyor. Başlangıçtaki iki zincir boyayla işaretlenmiş, yeni yapılan zincirler işaretsizdir.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Birinci eşlenme sonunda kaç DNA oluşur? Her birinde işaretli zincir sayısı kaçtır?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olaya neden yarı korunumlu eşlenme denir?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DNA eşlenirken önce zincirler ayrılır. Sonra uygun nükleotitler eklenir ve kesintili oluşan DNA parçaları birleştirilir.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üç işi yapan enzimleri sırasıyla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DNA ligaz çalışmazsa hangi işlem aksar?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2 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DNA’dır. DNA parçalandığında dönüşüm dururken protein veya RNA parçalandığında dönüşüm sürmüştür.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Özütün normalde dönüşüm sağlayabildiğini kontrol etmek ve enzim uygulanan grupları bununla karşılaştırmak için gereklidir.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Pürinler A + G = 55; pirimidinler U + C = 45’tir.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Tek zincirli RNA’da bütün molekül için A = U ve G = C eşitliği zorunlu değildir.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Şeker deoksiribozdur. Bazlar adenin, timin, guanin ve sitozindir.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Gerekmez. İkisinde de deoksiriboz bulunur; değişen bölüm azotlu baz olabilir.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İki DNA molekülü vardır; her kardeş kromatitte bir DNA molekülü bulunur.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Kardeş kromatitler bir aradayken yapı bir eşlenmiş kromozom sayılır.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İki DNA oluşur. Her birinde bir işaretli eski zincir ve bir işaretsiz yeni zincir bulunur.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Her yeni DNA molekülü başlangıç DNA’sının bir zincirini korur; diğer zincir yeni yapılır.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Helikaz, DNA polimeraz ve DNA ligaz.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Kesintili sentezlenen DNA parçaları arasındaki şeker-fosfat omurgası tamamlanamaz; parçaların birleşmesi aksar.</w:t>
      </w:r>
    </w:p>
    <w:p>
      <w:r>
        <w:br w:type="page"/>
      </w:r>
    </w:p>
    <w:p>
      <w:pPr>
        <w:pStyle w:val="Heading1"/>
      </w:pPr>
      <w:r>
        <w:rPr>
          <w:b w:val="0"/>
        </w:rPr>
        <w:t>Senaryo 3 Sorular</w:t>
      </w:r>
    </w:p>
    <w:p>
      <w:pPr>
        <w:pStyle w:val="Heading2"/>
        <w:keepNext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Bir DNA parçasının bir zinciri 5′ A G T C A 3′ biçimindedir.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Karşı zinciri soldan sağa, uçlarını da belirterek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eşleşmede A-T ve G-C çiftlerini bir arada tutan bağın adı nedir?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K DNA parçasında 6 A-T ve 4 G-C çifti, L parçasında 4 A-T ve 6 G-C çifti vardır.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İki parçada da kaç nükleotit vardır?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Hangi parçada daha çok hidrojen bağı vardır? Hesaplayınız.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Bir DNA modelinde karşılıklı bazlar ayrılıyor, ancak her zincir kendi içinde bütün kalıyor.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Hangi bağlar ayrılmış, hangi bağlar korunmuştur?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Zincirlerin ayrılması, her zincirdeki baz sırasını mutlaka değiştirir mi? Neden?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3 Sorular</w:t>
      </w:r>
    </w:p>
    <w:p>
      <w:pPr>
        <w:pStyle w:val="Heading2"/>
        <w:keepNext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Bir ökaryot hücrenin çekirdek kromozomu, uygun işlemlerle DNA ve protein bileşenlerine ayrılıyor.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DNA ile proteinler tamamen yapı birimlerine ayrıldığında hangi birimler elde edilir?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sonuç kromozom yalnız DNA’dan oluşur ifadesi hakkında ne gösterir?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İki zinciri de ağır azotla işaretli DNA, yalnız hafif azot bulunan ortamda iki kez eşleniyor. Eşlenme yarı korunumlu gerçekleşiyor.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İlk eşlenme sonunda DNA’ların zincirleri nasıldır?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İkinci eşlenme sonunda melez ve tamamen hafif DNA oranları nedir?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3 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3′ T C A G T 5′.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Hidrojen bağıdır. A-T arasında iki, G-C arasında üç hidrojen bağı bulunur.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Her biri 10 baz çifti, yani 20 nükleotit içerir.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K: 6 × 2 + 4 × 3 = 24; L: 4 × 2 + 6 × 3 = 26. L’de daha çok hidrojen bağı vardır.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Karşılıklı bazlar arasındaki hidrojen bağları ayrılmış; aynı zincirde nükleotitleri bağlayan fosfodiester bağları korunmuştur.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Zincirlerin kendi omurgası parçalanmadığı için nükleotit sırası korunabilir.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DNA’dan nükleotitler, proteinlerden amino asitler elde edilir.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İfadenin eksik olduğunu gösterir. Çekirdek kromozomunda DNA ile birlikte histonlar gibi proteinler de bulunur.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DNA’ların tamamında bir ağır ve bir hafif zincir bulunur; hepsi melezdir.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DNA’ların yarısı melez, yarısı tamamen hafiftir. Ağır-ağır DNA kalmaz.</w:t>
      </w:r>
    </w:p>
    <w:p>
      <w:r>
        <w:br w:type="page"/>
      </w:r>
    </w:p>
    <w:p>
      <w:pPr>
        <w:pStyle w:val="Heading1"/>
      </w:pPr>
      <w:r>
        <w:rPr>
          <w:b w:val="0"/>
        </w:rPr>
        <w:t>Senaryo 4 Sorular</w:t>
      </w:r>
    </w:p>
    <w:p>
      <w:pPr>
        <w:pStyle w:val="Heading2"/>
        <w:keepNext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Hershey ve Chase, bakterilere bulaşan fajların DNA’sını ve protein kılıfını ayrı deneylerde işaretledi. DNA’ya ait işaret bakterilerin içinde, protein kılıfa ait işaret çoğunlukla dışarıda bulundu.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deney incelenen fajın kalıtsal maddesi hakkında hangi sonucu destekler?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DNA ile proteinin ayrı ayrı işaretlenmesinin amacı nedir?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İki DNA zincirinden birinin baz sırası A T G C, diğerinin A G T C’dir. Her ikisinde her bazdan bir tane vardır.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Baz sayılarının eşit olması, baz sıralarının da aynı olduğunu gösterir mi?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DNA’nın taşıdığı bilgi bakımından baz sırası neden önemlidir?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Bir tRNA çiziminde aynı zincirin bazı bölümlerinin kendi üzerine katlanıp eşleştiği görülüyor.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görünüm tRNA’nın iki ayrı zincirden oluştuğu anlamına gelir mi?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tRNA’nın protein sentezindeki temel görevi nedir?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4 Sorular</w:t>
      </w:r>
    </w:p>
    <w:p>
      <w:pPr>
        <w:pStyle w:val="Heading2"/>
        <w:keepNext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Çift zincirli doğrusal bir DNA parçasında 150 baz çifti bulunuyor.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parçada toplam kaç deoksiriboz ve kaç fosfat grubu vardır?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Yalnız baz çifti sayısına bakarak adenin sayısı bulunabilir mi? Neden?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Hücre bölünmeye hazırlanırken kromatin daha sıkı paketlenerek belirgin kromozomlar hâline geliyor.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sırada DNA miktarının görünür boyutla birlikte mutlaka azaldığı söylenebilir mi?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Yalnız paketlenmenin değişmesi, genlerin baz sırasının değiştiğini gösterir mi?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pStyle w:val="Heading2"/>
        <w:keepNext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Bir eşlenme modelinde kalıp zincir 3′ A C G T 5′ yönündedir. DNA polimeraz yeni nükleotitleri yeni zincirin 3′ ucuna ekler.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Yeni zincirin dizisini uçlarıyla birlikte yazınız.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Yeni zincirin yapım yönü nedir? Kalıp zincirle yön ilişkisi nasıldır?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4 Sorular</w:t>
      </w:r>
    </w:p>
    <w:p>
      <w:pPr>
        <w:pStyle w:val="Heading2"/>
        <w:keepNext/>
      </w:pPr>
      <w:r>
        <w:rPr>
          <w:b w:val="0"/>
        </w:rPr>
        <w:t>Soru 7</w:t>
      </w:r>
    </w:p>
    <w:p>
      <w:pPr>
        <w:keepNext/>
      </w:pPr>
      <w:r>
        <w:rPr>
          <w:b w:val="0"/>
        </w:rPr>
        <w:t>Bir ökaryot DNA molekülünde üç başlangıç noktası aynı anda çalışıyor. Her noktada eşlenme iki yöne ilerliyor; kabarcıklar henüz birleşmemiştir.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Bu anda toplam kaç eşlenme çatalı vardır?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Bir eşlenme turu tamamlanınca üç mü, iki mi tam DNA molekülü oluşur? Neden?</w:t>
      </w:r>
    </w:p>
    <w:p>
      <w:pPr>
        <w:spacing w:after="12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Senaryo 4 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Kalıtsal bilginin DNA ile taşındığını destekler; bakteriye giren kısım DNA’dır.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Bakteriye hangi bileşenin girdiğini ayırt etmek ve kalıtsal bilgi aktarımıyla ilişkisini araştırmaktır.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Hayır. Baz çeşitleri ve sayıları aynı olsa da sıralanışları farklıdır.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Kalıtsal bilgi nükleotitlerin dizilişiyle ilişkilidir. Aynı sayıda bazın farklı dizilişi farklı bilgi taşıyabilir.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Hayır. tRNA tek zincirlidir; aynı zincirin bazı bölümleri birbirleriyle eşleşebilir.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Uygun amino asidi ribozoma taşır.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150 × 2 = 300 nükleotit vardır. Her nükleotitte bir şeker ve bir fosfat bulunduğundan 300 deoksiriboz ve 300 fosfat grubu vardır.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Bulunamaz. A-T ve G-C çiftlerinin kaç tane olduğu verilmemiştir.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Hayır. Yapı daha sıkı paketlenmiştir; kısalıp kalın görünmesi DNA’nın yok olduğu anlamına gelmez.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Paketlenme biçiminin değişmesi ile nükleotit dizisinin değişmesi ayrı olaylardır.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5′ T G C A 3′.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Yeni zincir 5′ → 3′ yönünde yapılır. Kalıp zincirle ters yönlü, yani antiparaleldir.</w:t>
      </w:r>
    </w:p>
    <w:p>
      <w:pPr>
        <w:pStyle w:val="Heading2"/>
        <w:spacing w:before="120"/>
      </w:pPr>
      <w:r>
        <w:rPr>
          <w:b w:val="0"/>
        </w:rPr>
        <w:t>Soru 7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3 × 2 = 6 eşlenme çatalı vardır.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İki tam çift zincirli DNA oluşur. Farklı noktalarda başlayan kopyalama bölgeleri birleşerek aynı DNA’nın eşlenmesini tamamlar.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12. Sınıf Biyoloji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Sınıf Biyoloji Ortak Yazılı Çalışma Soruları ve Cevapları</dc:title>
  <dc:subject>2026–2027 Birinci Dönem Birinci Yazılı Çalışma Soruları ve Cevapları</dc:subject>
  <dc:creator>Biyoloji Hikayesi</dc:creator>
  <cp:keywords>12.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