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11 Sınıf Biyoloji Ortak Yazılı Çalışma Soruları ve Cevapları</w:t>
      </w:r>
    </w:p>
    <w:p>
      <w:pPr>
        <w:spacing w:after="180"/>
      </w:pPr>
      <w:r>
        <w:rPr>
          <w:b w:val="0"/>
        </w:rPr>
        <w:t>2026–2027 Eğitim Öğretim Yılı  •  1. Dönem 1. Yazılı</w:t>
      </w:r>
    </w:p>
    <w:p>
      <w:pPr>
        <w:pStyle w:val="Heading1"/>
      </w:pPr>
      <w:r>
        <w:rPr>
          <w:b w:val="0"/>
        </w:rPr>
        <w:t>Senaryo 1 Sorular</w:t>
      </w:r>
    </w:p>
    <w:p>
      <w:pPr>
        <w:pStyle w:val="Heading2"/>
        <w:keepNext/>
      </w:pPr>
      <w:r>
        <w:rPr>
          <w:b w:val="0"/>
        </w:rPr>
        <w:t>Soru 1</w:t>
      </w:r>
    </w:p>
    <w:p>
      <w:pPr>
        <w:keepNext/>
      </w:pPr>
      <w:r>
        <w:rPr>
          <w:b w:val="0"/>
        </w:rPr>
        <w:t>Öglena uygun şiddetteki ışığa doğru yer değiştirir. Fasulye fidesinin gövdesi ise ışığa doğru büyür.</w:t>
      </w:r>
    </w:p>
    <w:p>
      <w:pPr>
        <w:keepNext/>
        <w:keepLines/>
      </w:pPr>
      <w:r>
        <w:rPr>
          <w:b w:val="0"/>
        </w:rPr>
      </w:r>
      <w:r>
        <w:rPr>
          <w:b/>
        </w:rPr>
        <w:t xml:space="preserve">a) </w:t>
      </w:r>
      <w:r>
        <w:t>İki canlıdaki ortak uyaranı ve farklı tepkileri yazınız.</w:t>
      </w:r>
    </w:p>
    <w:p>
      <w:pPr>
        <w:spacing w:after="120"/>
      </w:pPr>
      <w:r>
        <w:rPr>
          <w:b w:val="0"/>
          <w:sz w:val="18"/>
        </w:rPr>
        <w:t>................................................................................................................................</w:t>
      </w:r>
    </w:p>
    <w:p>
      <w:pPr>
        <w:keepNext/>
        <w:keepLines/>
      </w:pPr>
      <w:r>
        <w:rPr>
          <w:b w:val="0"/>
        </w:rPr>
      </w:r>
      <w:r>
        <w:rPr>
          <w:b/>
        </w:rPr>
        <w:t xml:space="preserve">b) </w:t>
      </w:r>
      <w:r>
        <w:t>Bu örnekler, sinir sistemi olmayan canlıların da tepki verebildiğini gösterir mi? Açıklayınız.</w:t>
      </w:r>
    </w:p>
    <w:p>
      <w:pPr>
        <w:spacing w:after="120"/>
      </w:pPr>
      <w:r>
        <w:rPr>
          <w:b w:val="0"/>
          <w:sz w:val="18"/>
        </w:rPr>
        <w:t>................................................................................................................................</w:t>
      </w:r>
    </w:p>
    <w:p>
      <w:pPr>
        <w:pStyle w:val="Heading2"/>
        <w:keepNext/>
      </w:pPr>
      <w:r>
        <w:rPr>
          <w:b w:val="0"/>
        </w:rPr>
        <w:t>Soru 2</w:t>
      </w:r>
    </w:p>
    <w:p>
      <w:pPr>
        <w:keepNext/>
      </w:pPr>
      <w:r>
        <w:rPr>
          <w:b w:val="0"/>
        </w:rPr>
        <w:t>Aynı bitkiden alınan benzer çeliklere 0, 1, 5 ve 20 mg/L oksin uygulanıyor. Aynı sürede oluşan ortalama kök sayıları sırasıyla 2, 5, 8 ve 1 oluyor. Diğer koşullar aynıdır.</w:t>
      </w:r>
    </w:p>
    <w:p>
      <w:pPr>
        <w:keepNext/>
        <w:keepLines/>
      </w:pPr>
      <w:r>
        <w:rPr>
          <w:b w:val="0"/>
        </w:rPr>
      </w:r>
      <w:r>
        <w:rPr>
          <w:b/>
        </w:rPr>
        <w:t xml:space="preserve">a) </w:t>
      </w:r>
      <w:r>
        <w:t>En fazla kök hangi oksin miktarında oluşmuştur?</w:t>
      </w:r>
    </w:p>
    <w:p>
      <w:pPr>
        <w:spacing w:after="120"/>
      </w:pPr>
      <w:r>
        <w:rPr>
          <w:b w:val="0"/>
          <w:sz w:val="18"/>
        </w:rPr>
        <w:t>................................................................................................................................</w:t>
      </w:r>
    </w:p>
    <w:p>
      <w:pPr>
        <w:keepNext/>
        <w:keepLines/>
      </w:pPr>
      <w:r>
        <w:rPr>
          <w:b w:val="0"/>
        </w:rPr>
      </w:r>
      <w:r>
        <w:rPr>
          <w:b/>
        </w:rPr>
        <w:t xml:space="preserve">b) </w:t>
      </w:r>
      <w:r>
        <w:t>Oksin artırıldıkça kök sayısının her zaman arttığı söylenebilir mi? Verilerle açıklayınız.</w:t>
      </w:r>
    </w:p>
    <w:p>
      <w:pPr>
        <w:spacing w:after="120"/>
      </w:pPr>
      <w:r>
        <w:rPr>
          <w:b w:val="0"/>
          <w:sz w:val="18"/>
        </w:rPr>
        <w:t>................................................................................................................................</w:t>
      </w:r>
    </w:p>
    <w:p>
      <w:pPr>
        <w:pStyle w:val="Heading2"/>
        <w:keepNext/>
      </w:pPr>
      <w:r>
        <w:rPr>
          <w:b w:val="0"/>
        </w:rPr>
        <w:t>Soru 3</w:t>
      </w:r>
    </w:p>
    <w:p>
      <w:pPr>
        <w:keepNext/>
      </w:pPr>
      <w:r>
        <w:rPr>
          <w:b w:val="0"/>
        </w:rPr>
        <w:t>Olgun elmayla aynı kapta bekletilen yeşil muzlar, ayrı kapta tutulan benzer muzlardan daha çabuk olgunlaşıyor.</w:t>
      </w:r>
    </w:p>
    <w:p>
      <w:pPr>
        <w:keepNext/>
        <w:keepLines/>
      </w:pPr>
      <w:r>
        <w:rPr>
          <w:b w:val="0"/>
        </w:rPr>
      </w:r>
      <w:r>
        <w:rPr>
          <w:b/>
        </w:rPr>
        <w:t xml:space="preserve">a) </w:t>
      </w:r>
      <w:r>
        <w:t>Olgunlaşmayı hızlandıran hormon hangisidir? Yakındaki meyvelere nasıl ulaşır?</w:t>
      </w:r>
    </w:p>
    <w:p>
      <w:pPr>
        <w:spacing w:after="120"/>
      </w:pPr>
      <w:r>
        <w:rPr>
          <w:b w:val="0"/>
          <w:sz w:val="18"/>
        </w:rPr>
        <w:t>................................................................................................................................</w:t>
      </w:r>
    </w:p>
    <w:p>
      <w:pPr>
        <w:keepNext/>
        <w:keepLines/>
      </w:pPr>
      <w:r>
        <w:rPr>
          <w:b w:val="0"/>
        </w:rPr>
      </w:r>
      <w:r>
        <w:rPr>
          <w:b/>
        </w:rPr>
        <w:t xml:space="preserve">b) </w:t>
      </w:r>
      <w:r>
        <w:t>İki kap karşılaştırılırken sıcaklık ve bekleme süresi neden aynı tutulmalıdır?</w:t>
      </w:r>
    </w:p>
    <w:p>
      <w:pPr>
        <w:spacing w:after="120"/>
      </w:pPr>
      <w:r>
        <w:rPr>
          <w:b w:val="0"/>
          <w:sz w:val="18"/>
        </w:rPr>
        <w:t>................................................................................................................................</w:t>
      </w:r>
    </w:p>
    <w:p>
      <w:r>
        <w:br w:type="page"/>
      </w:r>
    </w:p>
    <w:p>
      <w:pPr>
        <w:pStyle w:val="Heading1"/>
      </w:pPr>
      <w:r>
        <w:rPr>
          <w:b w:val="0"/>
        </w:rPr>
        <w:t>Senaryo 1 Sorular</w:t>
      </w:r>
    </w:p>
    <w:p>
      <w:pPr>
        <w:pStyle w:val="Heading2"/>
        <w:keepNext/>
      </w:pPr>
      <w:r>
        <w:rPr>
          <w:b w:val="0"/>
        </w:rPr>
        <w:t>Soru 4</w:t>
      </w:r>
    </w:p>
    <w:p>
      <w:pPr>
        <w:keepNext/>
      </w:pPr>
      <w:r>
        <w:rPr>
          <w:b w:val="0"/>
        </w:rPr>
        <w:t>Pencere kenarındaki fidenin gövdesi zamanla pencereye doğru kıvrılarak büyüyor.</w:t>
      </w:r>
    </w:p>
    <w:p>
      <w:pPr>
        <w:keepNext/>
        <w:keepLines/>
      </w:pPr>
      <w:r>
        <w:rPr>
          <w:b w:val="0"/>
        </w:rPr>
      </w:r>
      <w:r>
        <w:rPr>
          <w:b/>
        </w:rPr>
        <w:t xml:space="preserve">a) </w:t>
      </w:r>
      <w:r>
        <w:t>Bu hareketin adını uyaranı ve yönünü belirterek yazınız.</w:t>
      </w:r>
    </w:p>
    <w:p>
      <w:pPr>
        <w:spacing w:after="120"/>
      </w:pPr>
      <w:r>
        <w:rPr>
          <w:b w:val="0"/>
          <w:sz w:val="18"/>
        </w:rPr>
        <w:t>................................................................................................................................</w:t>
      </w:r>
    </w:p>
    <w:p>
      <w:pPr>
        <w:keepNext/>
        <w:keepLines/>
      </w:pPr>
      <w:r>
        <w:rPr>
          <w:b w:val="0"/>
        </w:rPr>
      </w:r>
      <w:r>
        <w:rPr>
          <w:b/>
        </w:rPr>
        <w:t xml:space="preserve">b) </w:t>
      </w:r>
      <w:r>
        <w:t>Bu hareketin tropizma sayılmasının nedeni nedir?</w:t>
      </w:r>
    </w:p>
    <w:p>
      <w:pPr>
        <w:spacing w:after="120"/>
      </w:pPr>
      <w:r>
        <w:rPr>
          <w:b w:val="0"/>
          <w:sz w:val="18"/>
        </w:rPr>
        <w:t>................................................................................................................................</w:t>
      </w:r>
    </w:p>
    <w:p>
      <w:pPr>
        <w:pStyle w:val="Heading2"/>
        <w:keepNext/>
      </w:pPr>
      <w:r>
        <w:rPr>
          <w:b w:val="0"/>
        </w:rPr>
        <w:t>Soru 5</w:t>
      </w:r>
    </w:p>
    <w:p>
      <w:pPr>
        <w:keepNext/>
      </w:pPr>
      <w:r>
        <w:rPr>
          <w:b w:val="0"/>
        </w:rPr>
        <w:t>Yatay konulan bir fasulye fidesinin kökü aşağıya, gövdesi yukarıya doğru kıvrılarak büyüyor.</w:t>
      </w:r>
    </w:p>
    <w:p>
      <w:pPr>
        <w:keepNext/>
        <w:keepLines/>
      </w:pPr>
      <w:r>
        <w:rPr>
          <w:b w:val="0"/>
        </w:rPr>
      </w:r>
      <w:r>
        <w:rPr>
          <w:b/>
        </w:rPr>
        <w:t xml:space="preserve">a) </w:t>
      </w:r>
      <w:r>
        <w:t>Kökün ve gövdenin hareketlerini yer çekimine göre adlandırınız.</w:t>
      </w:r>
    </w:p>
    <w:p>
      <w:pPr>
        <w:spacing w:after="120"/>
      </w:pPr>
      <w:r>
        <w:rPr>
          <w:b w:val="0"/>
          <w:sz w:val="18"/>
        </w:rPr>
        <w:t>................................................................................................................................</w:t>
      </w:r>
    </w:p>
    <w:p>
      <w:pPr>
        <w:keepNext/>
        <w:keepLines/>
      </w:pPr>
      <w:r>
        <w:rPr>
          <w:b w:val="0"/>
        </w:rPr>
      </w:r>
      <w:r>
        <w:rPr>
          <w:b/>
        </w:rPr>
        <w:t xml:space="preserve">b) </w:t>
      </w:r>
      <w:r>
        <w:t>Negatif yönelme sözü, hareketin bitkiye zararlı olduğunu mu anlatır? Açıklayınız.</w:t>
      </w:r>
    </w:p>
    <w:p>
      <w:pPr>
        <w:spacing w:after="120"/>
      </w:pPr>
      <w:r>
        <w:rPr>
          <w:b w:val="0"/>
          <w:sz w:val="18"/>
        </w:rPr>
        <w:t>................................................................................................................................</w:t>
      </w:r>
    </w:p>
    <w:p>
      <w:pPr>
        <w:pStyle w:val="Heading2"/>
        <w:keepNext/>
      </w:pPr>
      <w:r>
        <w:rPr>
          <w:b w:val="0"/>
        </w:rPr>
        <w:t>Soru 6</w:t>
      </w:r>
    </w:p>
    <w:p>
      <w:pPr>
        <w:keepNext/>
      </w:pPr>
      <w:r>
        <w:rPr>
          <w:b w:val="0"/>
        </w:rPr>
        <w:t>Bir öğrenci, ışığın geliş yönünün fide gövdesini etkileyip etkilemediğini araştırmak istiyor. Aynı tür ve boyda çok sayıda fidesi var.</w:t>
      </w:r>
    </w:p>
    <w:p>
      <w:pPr>
        <w:keepNext/>
        <w:keepLines/>
      </w:pPr>
      <w:r>
        <w:rPr>
          <w:b w:val="0"/>
        </w:rPr>
      </w:r>
      <w:r>
        <w:rPr>
          <w:b/>
        </w:rPr>
        <w:t xml:space="preserve">a) </w:t>
      </w:r>
      <w:r>
        <w:t>İki karşılaştırma grubunu nasıl aydınlatmalıdır? Işık miktarı eşit olsun.</w:t>
      </w:r>
    </w:p>
    <w:p>
      <w:pPr>
        <w:spacing w:after="120"/>
      </w:pPr>
      <w:r>
        <w:rPr>
          <w:b w:val="0"/>
          <w:sz w:val="18"/>
        </w:rPr>
        <w:t>................................................................................................................................</w:t>
      </w:r>
    </w:p>
    <w:p>
      <w:pPr>
        <w:keepNext/>
        <w:keepLines/>
      </w:pPr>
      <w:r>
        <w:rPr>
          <w:b w:val="0"/>
        </w:rPr>
      </w:r>
      <w:r>
        <w:rPr>
          <w:b/>
        </w:rPr>
        <w:t xml:space="preserve">b) </w:t>
      </w:r>
      <w:r>
        <w:t>Yönelmeyi görmek için hangi ölçümü yapabilir?</w:t>
      </w:r>
    </w:p>
    <w:p>
      <w:pPr>
        <w:spacing w:after="120"/>
      </w:pPr>
      <w:r>
        <w:rPr>
          <w:b w:val="0"/>
          <w:sz w:val="18"/>
        </w:rPr>
        <w:t>................................................................................................................................</w:t>
      </w:r>
    </w:p>
    <w:p>
      <w:pPr>
        <w:keepNext/>
        <w:keepLines/>
      </w:pPr>
      <w:r>
        <w:rPr>
          <w:b w:val="0"/>
        </w:rPr>
      </w:r>
      <w:r>
        <w:rPr>
          <w:b/>
        </w:rPr>
        <w:t xml:space="preserve">c) </w:t>
      </w:r>
      <w:r>
        <w:t>Işık yönü dışında sabit tutulacak iki koşulu yazınız.</w:t>
      </w:r>
    </w:p>
    <w:p>
      <w:pPr>
        <w:spacing w:after="120"/>
      </w:pPr>
      <w:r>
        <w:rPr>
          <w:b w:val="0"/>
          <w:sz w:val="18"/>
        </w:rPr>
        <w:t>................................................................................................................................</w:t>
      </w:r>
    </w:p>
    <w:p>
      <w:r>
        <w:br w:type="page"/>
      </w:r>
    </w:p>
    <w:p>
      <w:pPr>
        <w:pStyle w:val="Heading1"/>
      </w:pPr>
      <w:r>
        <w:rPr>
          <w:b w:val="0"/>
        </w:rPr>
        <w:t>Senaryo 1 Cevap Anahtarı</w:t>
      </w:r>
    </w:p>
    <w:p>
      <w:pPr>
        <w:pStyle w:val="Heading2"/>
        <w:spacing w:before="120"/>
      </w:pPr>
      <w:r>
        <w:rPr>
          <w:b w:val="0"/>
        </w:rPr>
        <w:t>Soru 1</w:t>
      </w:r>
    </w:p>
    <w:p>
      <w:pPr>
        <w:keepLines/>
      </w:pPr>
      <w:r>
        <w:rPr>
          <w:b w:val="0"/>
        </w:rPr>
      </w:r>
      <w:r>
        <w:rPr>
          <w:b/>
        </w:rPr>
        <w:t xml:space="preserve">a) </w:t>
      </w:r>
      <w:r>
        <w:t>Ortak uyaran ışıktır. Öglena bütün olarak yer değiştirir; fasulye gövdesi ışığa yönelerek büyür.</w:t>
      </w:r>
    </w:p>
    <w:p>
      <w:pPr>
        <w:keepLines/>
      </w:pPr>
      <w:r>
        <w:rPr>
          <w:b w:val="0"/>
        </w:rPr>
      </w:r>
      <w:r>
        <w:rPr>
          <w:b/>
        </w:rPr>
        <w:t xml:space="preserve">b) </w:t>
      </w:r>
      <w:r>
        <w:t>Evet. Öglena ve fasulye sinir sistemleri olmadığı hâlde ışığa tepki verir.</w:t>
      </w:r>
    </w:p>
    <w:p>
      <w:pPr>
        <w:pStyle w:val="Heading2"/>
        <w:spacing w:before="120"/>
      </w:pPr>
      <w:r>
        <w:rPr>
          <w:b w:val="0"/>
        </w:rPr>
        <w:t>Soru 2</w:t>
      </w:r>
    </w:p>
    <w:p>
      <w:pPr>
        <w:keepLines/>
      </w:pPr>
      <w:r>
        <w:rPr>
          <w:b w:val="0"/>
        </w:rPr>
      </w:r>
      <w:r>
        <w:rPr>
          <w:b/>
        </w:rPr>
        <w:t xml:space="preserve">a) </w:t>
      </w:r>
      <w:r>
        <w:t>5 mg/L oksinde, ortalama 8 kök oluşmuştur.</w:t>
      </w:r>
    </w:p>
    <w:p>
      <w:pPr>
        <w:keepLines/>
      </w:pPr>
      <w:r>
        <w:rPr>
          <w:b w:val="0"/>
        </w:rPr>
      </w:r>
      <w:r>
        <w:rPr>
          <w:b/>
        </w:rPr>
        <w:t xml:space="preserve">b) </w:t>
      </w:r>
      <w:r>
        <w:t>Hayır. 5 mg/L’den 20 mg/L’ye çıkıldığında kök sayısı 8’den 1’e düşmüştür. Hormonun etkisi miktarına bağlıdır.</w:t>
      </w:r>
    </w:p>
    <w:p>
      <w:pPr>
        <w:pStyle w:val="Heading2"/>
        <w:spacing w:before="120"/>
      </w:pPr>
      <w:r>
        <w:rPr>
          <w:b w:val="0"/>
        </w:rPr>
        <w:t>Soru 3</w:t>
      </w:r>
    </w:p>
    <w:p>
      <w:pPr>
        <w:keepLines/>
      </w:pPr>
      <w:r>
        <w:rPr>
          <w:b w:val="0"/>
        </w:rPr>
      </w:r>
      <w:r>
        <w:rPr>
          <w:b/>
        </w:rPr>
        <w:t xml:space="preserve">a) </w:t>
      </w:r>
      <w:r>
        <w:t>Etilendir. Gaz hâlinde ortama yayılarak yakındaki meyveleri etkileyebilir.</w:t>
      </w:r>
    </w:p>
    <w:p>
      <w:pPr>
        <w:keepLines/>
      </w:pPr>
      <w:r>
        <w:rPr>
          <w:b w:val="0"/>
        </w:rPr>
      </w:r>
      <w:r>
        <w:rPr>
          <w:b/>
        </w:rPr>
        <w:t xml:space="preserve">b) </w:t>
      </w:r>
      <w:r>
        <w:t>Olgunlaşma farkının bu koşullardan kaynaklanmasını önleyip elmanın etkisini daha doğru karşılaştırmak için aynı tutulmalıdır.</w:t>
      </w:r>
    </w:p>
    <w:p>
      <w:pPr>
        <w:pStyle w:val="Heading2"/>
        <w:spacing w:before="120"/>
      </w:pPr>
      <w:r>
        <w:rPr>
          <w:b w:val="0"/>
        </w:rPr>
        <w:t>Soru 4</w:t>
      </w:r>
    </w:p>
    <w:p>
      <w:pPr>
        <w:keepLines/>
      </w:pPr>
      <w:r>
        <w:rPr>
          <w:b w:val="0"/>
        </w:rPr>
      </w:r>
      <w:r>
        <w:rPr>
          <w:b/>
        </w:rPr>
        <w:t xml:space="preserve">a) </w:t>
      </w:r>
      <w:r>
        <w:t>Işığa doğru büyüme olduğu için pozitif fototropizmadır.</w:t>
      </w:r>
    </w:p>
    <w:p>
      <w:pPr>
        <w:keepLines/>
      </w:pPr>
      <w:r>
        <w:rPr>
          <w:b w:val="0"/>
        </w:rPr>
      </w:r>
      <w:r>
        <w:rPr>
          <w:b/>
        </w:rPr>
        <w:t xml:space="preserve">b) </w:t>
      </w:r>
      <w:r>
        <w:t>Büyüme yönü, ışığın geldiği yöne bağlıdır.</w:t>
      </w:r>
    </w:p>
    <w:p>
      <w:pPr>
        <w:pStyle w:val="Heading2"/>
        <w:spacing w:before="120"/>
      </w:pPr>
      <w:r>
        <w:rPr>
          <w:b w:val="0"/>
        </w:rPr>
        <w:t>Soru 5</w:t>
      </w:r>
    </w:p>
    <w:p>
      <w:pPr>
        <w:keepLines/>
      </w:pPr>
      <w:r>
        <w:rPr>
          <w:b w:val="0"/>
        </w:rPr>
      </w:r>
      <w:r>
        <w:rPr>
          <w:b/>
        </w:rPr>
        <w:t xml:space="preserve">a) </w:t>
      </w:r>
      <w:r>
        <w:t>Kök pozitif gravitropizma (geotropizma), gövde negatif gravitropizma gösterir.</w:t>
      </w:r>
    </w:p>
    <w:p>
      <w:pPr>
        <w:keepLines/>
      </w:pPr>
      <w:r>
        <w:rPr>
          <w:b w:val="0"/>
        </w:rPr>
      </w:r>
      <w:r>
        <w:rPr>
          <w:b/>
        </w:rPr>
        <w:t xml:space="preserve">b) </w:t>
      </w:r>
      <w:r>
        <w:t>Hayır. Uyaranın ters yönüne doğru büyümeyi anlatır; yararlı veya zararlı olmayı belirtmez.</w:t>
      </w:r>
    </w:p>
    <w:p>
      <w:pPr>
        <w:pStyle w:val="Heading2"/>
        <w:spacing w:before="120"/>
      </w:pPr>
      <w:r>
        <w:rPr>
          <w:b w:val="0"/>
        </w:rPr>
        <w:t>Soru 6</w:t>
      </w:r>
    </w:p>
    <w:p>
      <w:pPr>
        <w:keepLines/>
      </w:pPr>
      <w:r>
        <w:rPr>
          <w:b w:val="0"/>
        </w:rPr>
      </w:r>
      <w:r>
        <w:rPr>
          <w:b/>
        </w:rPr>
        <w:t xml:space="preserve">a) </w:t>
      </w:r>
      <w:r>
        <w:t>Bir gruba yalnız tek yönden, diğerine iki yandan eşit ışık vermelidir. Fideye ulaşan toplam ışık şiddeti ve aydınlanma süresi iki grupta eşit olmalıdır.</w:t>
      </w:r>
    </w:p>
    <w:p>
      <w:pPr>
        <w:keepLines/>
      </w:pPr>
      <w:r>
        <w:rPr>
          <w:b w:val="0"/>
        </w:rPr>
      </w:r>
      <w:r>
        <w:rPr>
          <w:b/>
        </w:rPr>
        <w:t xml:space="preserve">b) </w:t>
      </w:r>
      <w:r>
        <w:t>Başlangıçta ve aynı süre sonunda gövdenin düşeyle yaptığı açıyı ölçebilir; aynı açıdan çekilen fotoğrafları da karşılaştırabilir.</w:t>
      </w:r>
    </w:p>
    <w:p>
      <w:pPr>
        <w:keepLines/>
      </w:pPr>
      <w:r>
        <w:rPr>
          <w:b w:val="0"/>
        </w:rPr>
      </w:r>
      <w:r>
        <w:rPr>
          <w:b/>
        </w:rPr>
        <w:t xml:space="preserve">c) </w:t>
      </w:r>
      <w:r>
        <w:t>Su ve sıcaklık aynı tutulabilir. Bitki türü, yaşı, toprak ve gözlem süresi de eşit olmalıdır.</w:t>
      </w:r>
    </w:p>
    <w:p>
      <w:r>
        <w:br w:type="page"/>
      </w:r>
    </w:p>
    <w:p>
      <w:pPr>
        <w:pStyle w:val="Heading1"/>
      </w:pPr>
      <w:r>
        <w:rPr>
          <w:b w:val="0"/>
        </w:rPr>
        <w:t>Senaryo 2 Sorular</w:t>
      </w:r>
    </w:p>
    <w:p>
      <w:pPr>
        <w:pStyle w:val="Heading2"/>
        <w:keepNext/>
      </w:pPr>
      <w:r>
        <w:rPr>
          <w:b w:val="0"/>
        </w:rPr>
        <w:t>Soru 1</w:t>
      </w:r>
    </w:p>
    <w:p>
      <w:pPr>
        <w:keepNext/>
      </w:pPr>
      <w:r>
        <w:rPr>
          <w:b w:val="0"/>
        </w:rPr>
        <w:t>Küstüm otunun yaprakları dokunulduğunda kapanır. Bir insan sıcak bir yüzeye değdiğinde elini hızla çeker.</w:t>
      </w:r>
    </w:p>
    <w:p>
      <w:pPr>
        <w:keepNext/>
        <w:keepLines/>
      </w:pPr>
      <w:r>
        <w:rPr>
          <w:b w:val="0"/>
        </w:rPr>
      </w:r>
      <w:r>
        <w:rPr>
          <w:b/>
        </w:rPr>
        <w:t xml:space="preserve">a) </w:t>
      </w:r>
      <w:r>
        <w:t>Her olayda uyaran ve tepki nedir?</w:t>
      </w:r>
    </w:p>
    <w:p>
      <w:pPr>
        <w:spacing w:after="120"/>
      </w:pPr>
      <w:r>
        <w:rPr>
          <w:b w:val="0"/>
          <w:sz w:val="18"/>
        </w:rPr>
        <w:t>................................................................................................................................</w:t>
      </w:r>
    </w:p>
    <w:p>
      <w:pPr>
        <w:keepNext/>
        <w:keepLines/>
      </w:pPr>
      <w:r>
        <w:rPr>
          <w:b w:val="0"/>
        </w:rPr>
      </w:r>
      <w:r>
        <w:rPr>
          <w:b/>
        </w:rPr>
        <w:t xml:space="preserve">b) </w:t>
      </w:r>
      <w:r>
        <w:t>İki örnekten canlıların çevreleriyle ilişkisi hakkında ortak bir sonuç yazınız.</w:t>
      </w:r>
    </w:p>
    <w:p>
      <w:pPr>
        <w:spacing w:after="120"/>
      </w:pPr>
      <w:r>
        <w:rPr>
          <w:b w:val="0"/>
          <w:sz w:val="18"/>
        </w:rPr>
        <w:t>................................................................................................................................</w:t>
      </w:r>
    </w:p>
    <w:p>
      <w:pPr>
        <w:pStyle w:val="Heading2"/>
        <w:keepNext/>
      </w:pPr>
      <w:r>
        <w:rPr>
          <w:b w:val="0"/>
        </w:rPr>
        <w:t>Soru 2</w:t>
      </w:r>
    </w:p>
    <w:p>
      <w:pPr>
        <w:keepNext/>
      </w:pPr>
      <w:r>
        <w:rPr>
          <w:b w:val="0"/>
        </w:rPr>
        <w:t>Kuraklık yaşayan bir bitkide absisik asit (ABA) artıyor ve stomaların açıklığı azalıyor.</w:t>
      </w:r>
    </w:p>
    <w:p>
      <w:pPr>
        <w:keepNext/>
        <w:keepLines/>
      </w:pPr>
      <w:r>
        <w:rPr>
          <w:b w:val="0"/>
        </w:rPr>
      </w:r>
      <w:r>
        <w:rPr>
          <w:b/>
        </w:rPr>
        <w:t xml:space="preserve">a) </w:t>
      </w:r>
      <w:r>
        <w:t>Bu değişim bitkinin su kaybını nasıl etkiler?</w:t>
      </w:r>
    </w:p>
    <w:p>
      <w:pPr>
        <w:spacing w:after="120"/>
      </w:pPr>
      <w:r>
        <w:rPr>
          <w:b w:val="0"/>
          <w:sz w:val="18"/>
        </w:rPr>
        <w:t>................................................................................................................................</w:t>
      </w:r>
    </w:p>
    <w:p>
      <w:pPr>
        <w:keepNext/>
        <w:keepLines/>
      </w:pPr>
      <w:r>
        <w:rPr>
          <w:b w:val="0"/>
        </w:rPr>
      </w:r>
      <w:r>
        <w:rPr>
          <w:b/>
        </w:rPr>
        <w:t xml:space="preserve">b) </w:t>
      </w:r>
      <w:r>
        <w:t>Stomaların uzun süre kapalı kalması fotosentezi neden azaltabilir?</w:t>
      </w:r>
    </w:p>
    <w:p>
      <w:pPr>
        <w:spacing w:after="120"/>
      </w:pPr>
      <w:r>
        <w:rPr>
          <w:b w:val="0"/>
          <w:sz w:val="18"/>
        </w:rPr>
        <w:t>................................................................................................................................</w:t>
      </w:r>
    </w:p>
    <w:p>
      <w:pPr>
        <w:pStyle w:val="Heading2"/>
        <w:keepNext/>
      </w:pPr>
      <w:r>
        <w:rPr>
          <w:b w:val="0"/>
        </w:rPr>
        <w:t>Soru 3</w:t>
      </w:r>
    </w:p>
    <w:p>
      <w:pPr>
        <w:keepNext/>
      </w:pPr>
      <w:r>
        <w:rPr>
          <w:b w:val="0"/>
        </w:rPr>
        <w:t>Aynı yaştaki benzer bitkilerin bir grubuna giberellin, diğerine yalnız su uygulanıyor. Giberellin verilenlerin gövdesi daha fazla uzuyor. Diğer koşullar aynıdır.</w:t>
      </w:r>
    </w:p>
    <w:p>
      <w:pPr>
        <w:keepNext/>
        <w:keepLines/>
      </w:pPr>
      <w:r>
        <w:rPr>
          <w:b w:val="0"/>
        </w:rPr>
      </w:r>
      <w:r>
        <w:rPr>
          <w:b/>
        </w:rPr>
        <w:t xml:space="preserve">a) </w:t>
      </w:r>
      <w:r>
        <w:t>Bu sonuç giberellinin hangi etkisini destekler?</w:t>
      </w:r>
    </w:p>
    <w:p>
      <w:pPr>
        <w:spacing w:after="120"/>
      </w:pPr>
      <w:r>
        <w:rPr>
          <w:b w:val="0"/>
          <w:sz w:val="18"/>
        </w:rPr>
        <w:t>................................................................................................................................</w:t>
      </w:r>
    </w:p>
    <w:p>
      <w:pPr>
        <w:keepNext/>
        <w:keepLines/>
      </w:pPr>
      <w:r>
        <w:rPr>
          <w:b w:val="0"/>
        </w:rPr>
      </w:r>
      <w:r>
        <w:rPr>
          <w:b/>
        </w:rPr>
        <w:t xml:space="preserve">b) </w:t>
      </w:r>
      <w:r>
        <w:t>Bu deneyden çok daha fazla hormonun her zaman daha yararlı olacağı söylenebilir mi? Neden?</w:t>
      </w:r>
    </w:p>
    <w:p>
      <w:pPr>
        <w:spacing w:after="120"/>
      </w:pPr>
      <w:r>
        <w:rPr>
          <w:b w:val="0"/>
          <w:sz w:val="18"/>
        </w:rPr>
        <w:t>................................................................................................................................</w:t>
      </w:r>
    </w:p>
    <w:p>
      <w:r>
        <w:br w:type="page"/>
      </w:r>
    </w:p>
    <w:p>
      <w:pPr>
        <w:pStyle w:val="Heading1"/>
      </w:pPr>
      <w:r>
        <w:rPr>
          <w:b w:val="0"/>
        </w:rPr>
        <w:t>Senaryo 2 Sorular</w:t>
      </w:r>
    </w:p>
    <w:p>
      <w:pPr>
        <w:pStyle w:val="Heading2"/>
        <w:keepNext/>
      </w:pPr>
      <w:r>
        <w:rPr>
          <w:b w:val="0"/>
        </w:rPr>
        <w:t>Soru 4</w:t>
      </w:r>
    </w:p>
    <w:p>
      <w:pPr>
        <w:keepNext/>
      </w:pPr>
      <w:r>
        <w:rPr>
          <w:b w:val="0"/>
        </w:rPr>
        <w:t>Bezelyenin sülüğü bir desteğe dokununca zamanla o desteğin çevresine sarılarak büyüyor.</w:t>
      </w:r>
    </w:p>
    <w:p>
      <w:pPr>
        <w:keepNext/>
        <w:keepLines/>
      </w:pPr>
      <w:r>
        <w:rPr>
          <w:b w:val="0"/>
        </w:rPr>
      </w:r>
      <w:r>
        <w:rPr>
          <w:b/>
        </w:rPr>
        <w:t xml:space="preserve">a) </w:t>
      </w:r>
      <w:r>
        <w:t>Uyaran nedir ve hareket hangi tropizma çeşididir?</w:t>
      </w:r>
    </w:p>
    <w:p>
      <w:pPr>
        <w:spacing w:after="120"/>
      </w:pPr>
      <w:r>
        <w:rPr>
          <w:b w:val="0"/>
          <w:sz w:val="18"/>
        </w:rPr>
        <w:t>................................................................................................................................</w:t>
      </w:r>
    </w:p>
    <w:p>
      <w:pPr>
        <w:keepNext/>
        <w:keepLines/>
      </w:pPr>
      <w:r>
        <w:rPr>
          <w:b w:val="0"/>
        </w:rPr>
      </w:r>
      <w:r>
        <w:rPr>
          <w:b/>
        </w:rPr>
        <w:t xml:space="preserve">b) </w:t>
      </w:r>
      <w:r>
        <w:t>Destek başka yöne konulduğunda sarılmanın yönü neden değişebilir?</w:t>
      </w:r>
    </w:p>
    <w:p>
      <w:pPr>
        <w:spacing w:after="120"/>
      </w:pPr>
      <w:r>
        <w:rPr>
          <w:b w:val="0"/>
          <w:sz w:val="18"/>
        </w:rPr>
        <w:t>................................................................................................................................</w:t>
      </w:r>
    </w:p>
    <w:p>
      <w:pPr>
        <w:pStyle w:val="Heading2"/>
        <w:keepNext/>
      </w:pPr>
      <w:r>
        <w:rPr>
          <w:b w:val="0"/>
        </w:rPr>
        <w:t>Soru 5</w:t>
      </w:r>
    </w:p>
    <w:p>
      <w:pPr>
        <w:keepNext/>
      </w:pPr>
      <w:r>
        <w:rPr>
          <w:b w:val="0"/>
        </w:rPr>
        <w:t>Küstüm otunun yaprağına sağdan ya da soldan dokunulduğunda yapraklar benzer biçimde kapanıyor.</w:t>
      </w:r>
    </w:p>
    <w:p>
      <w:pPr>
        <w:keepNext/>
        <w:keepLines/>
      </w:pPr>
      <w:r>
        <w:rPr>
          <w:b w:val="0"/>
        </w:rPr>
      </w:r>
      <w:r>
        <w:rPr>
          <w:b/>
        </w:rPr>
        <w:t xml:space="preserve">a) </w:t>
      </w:r>
      <w:r>
        <w:t>Bu hareket nasti mi, tropizma mı örneğidir? Neden?</w:t>
      </w:r>
    </w:p>
    <w:p>
      <w:pPr>
        <w:spacing w:after="120"/>
      </w:pPr>
      <w:r>
        <w:rPr>
          <w:b w:val="0"/>
          <w:sz w:val="18"/>
        </w:rPr>
        <w:t>................................................................................................................................</w:t>
      </w:r>
    </w:p>
    <w:p>
      <w:pPr>
        <w:keepNext/>
        <w:keepLines/>
      </w:pPr>
      <w:r>
        <w:rPr>
          <w:b w:val="0"/>
        </w:rPr>
      </w:r>
      <w:r>
        <w:rPr>
          <w:b/>
        </w:rPr>
        <w:t xml:space="preserve">b) </w:t>
      </w:r>
      <w:r>
        <w:t>Bu örnekte yaprakların kapanıp bir süre sonra açılması hangi hücresel değişimle ilişkilidir?</w:t>
      </w:r>
    </w:p>
    <w:p>
      <w:pPr>
        <w:spacing w:after="120"/>
      </w:pPr>
      <w:r>
        <w:rPr>
          <w:b w:val="0"/>
          <w:sz w:val="18"/>
        </w:rPr>
        <w:t>................................................................................................................................</w:t>
      </w:r>
    </w:p>
    <w:p>
      <w:r>
        <w:br w:type="page"/>
      </w:r>
    </w:p>
    <w:p>
      <w:pPr>
        <w:pStyle w:val="Heading1"/>
      </w:pPr>
      <w:r>
        <w:rPr>
          <w:b w:val="0"/>
        </w:rPr>
        <w:t>Senaryo 2 Cevap Anahtarı</w:t>
      </w:r>
    </w:p>
    <w:p>
      <w:pPr>
        <w:pStyle w:val="Heading2"/>
        <w:spacing w:before="120"/>
      </w:pPr>
      <w:r>
        <w:rPr>
          <w:b w:val="0"/>
        </w:rPr>
        <w:t>Soru 1</w:t>
      </w:r>
    </w:p>
    <w:p>
      <w:pPr>
        <w:keepLines/>
      </w:pPr>
      <w:r>
        <w:rPr>
          <w:b w:val="0"/>
        </w:rPr>
      </w:r>
      <w:r>
        <w:rPr>
          <w:b/>
        </w:rPr>
        <w:t xml:space="preserve">a) </w:t>
      </w:r>
      <w:r>
        <w:t>Küstüm otunda uyaran dokunma, tepki yaprakların kapanmasıdır. İnsanda uyaran yakıcı sıcaklık, tepki elin çekilmesidir.</w:t>
      </w:r>
    </w:p>
    <w:p>
      <w:pPr>
        <w:keepLines/>
      </w:pPr>
      <w:r>
        <w:rPr>
          <w:b w:val="0"/>
        </w:rPr>
      </w:r>
      <w:r>
        <w:rPr>
          <w:b/>
        </w:rPr>
        <w:t xml:space="preserve">b) </w:t>
      </w:r>
      <w:r>
        <w:t>Canlılar çevreden gelen uyaranları algılayıp tepki verebilir; tepkinin biçimi ve oluşma yolu canlıya göre değişebilir.</w:t>
      </w:r>
    </w:p>
    <w:p>
      <w:pPr>
        <w:pStyle w:val="Heading2"/>
        <w:spacing w:before="120"/>
      </w:pPr>
      <w:r>
        <w:rPr>
          <w:b w:val="0"/>
        </w:rPr>
        <w:t>Soru 2</w:t>
      </w:r>
    </w:p>
    <w:p>
      <w:pPr>
        <w:keepLines/>
      </w:pPr>
      <w:r>
        <w:rPr>
          <w:b w:val="0"/>
        </w:rPr>
      </w:r>
      <w:r>
        <w:rPr>
          <w:b/>
        </w:rPr>
        <w:t xml:space="preserve">a) </w:t>
      </w:r>
      <w:r>
        <w:t>Stomaların kapanması terlemeyle su kaybını azaltır.</w:t>
      </w:r>
    </w:p>
    <w:p>
      <w:pPr>
        <w:keepLines/>
      </w:pPr>
      <w:r>
        <w:rPr>
          <w:b w:val="0"/>
        </w:rPr>
      </w:r>
      <w:r>
        <w:rPr>
          <w:b/>
        </w:rPr>
        <w:t xml:space="preserve">b) </w:t>
      </w:r>
      <w:r>
        <w:t>Yaprağa karbondioksit girişini azaltabilir. Bu da fotosentezle organik besin üretimini sınırlayabilir.</w:t>
      </w:r>
    </w:p>
    <w:p>
      <w:pPr>
        <w:pStyle w:val="Heading2"/>
        <w:spacing w:before="120"/>
      </w:pPr>
      <w:r>
        <w:rPr>
          <w:b w:val="0"/>
        </w:rPr>
        <w:t>Soru 3</w:t>
      </w:r>
    </w:p>
    <w:p>
      <w:pPr>
        <w:keepLines/>
      </w:pPr>
      <w:r>
        <w:rPr>
          <w:b w:val="0"/>
        </w:rPr>
      </w:r>
      <w:r>
        <w:rPr>
          <w:b/>
        </w:rPr>
        <w:t xml:space="preserve">a) </w:t>
      </w:r>
      <w:r>
        <w:t>Gövdenin boyuna uzamasını destekleyen etkisini gösterir.</w:t>
      </w:r>
    </w:p>
    <w:p>
      <w:pPr>
        <w:keepLines/>
      </w:pPr>
      <w:r>
        <w:rPr>
          <w:b w:val="0"/>
        </w:rPr>
      </w:r>
      <w:r>
        <w:rPr>
          <w:b/>
        </w:rPr>
        <w:t xml:space="preserve">b) </w:t>
      </w:r>
      <w:r>
        <w:t>Hayır. Farklı hormon miktarları karşılaştırılmamıştır. Uygun miktarı belirlemek için farklı dozlar denenmelidir.</w:t>
      </w:r>
    </w:p>
    <w:p>
      <w:pPr>
        <w:pStyle w:val="Heading2"/>
        <w:spacing w:before="120"/>
      </w:pPr>
      <w:r>
        <w:rPr>
          <w:b w:val="0"/>
        </w:rPr>
        <w:t>Soru 4</w:t>
      </w:r>
    </w:p>
    <w:p>
      <w:pPr>
        <w:keepLines/>
      </w:pPr>
      <w:r>
        <w:rPr>
          <w:b w:val="0"/>
        </w:rPr>
      </w:r>
      <w:r>
        <w:rPr>
          <w:b/>
        </w:rPr>
        <w:t xml:space="preserve">a) </w:t>
      </w:r>
      <w:r>
        <w:t>Uyaran temas veya dokunmadır. Hareket pozitif haptotropizma (tigmotropizma) örneğidir.</w:t>
      </w:r>
    </w:p>
    <w:p>
      <w:pPr>
        <w:keepLines/>
      </w:pPr>
      <w:r>
        <w:rPr>
          <w:b w:val="0"/>
        </w:rPr>
      </w:r>
      <w:r>
        <w:rPr>
          <w:b/>
        </w:rPr>
        <w:t xml:space="preserve">b) </w:t>
      </w:r>
      <w:r>
        <w:t>Büyümenin yönü temas edilen desteğin konumuna bağlıdır.</w:t>
      </w:r>
    </w:p>
    <w:p>
      <w:pPr>
        <w:pStyle w:val="Heading2"/>
        <w:spacing w:before="120"/>
      </w:pPr>
      <w:r>
        <w:rPr>
          <w:b w:val="0"/>
        </w:rPr>
        <w:t>Soru 5</w:t>
      </w:r>
    </w:p>
    <w:p>
      <w:pPr>
        <w:keepLines/>
      </w:pPr>
      <w:r>
        <w:rPr>
          <w:b w:val="0"/>
        </w:rPr>
      </w:r>
      <w:r>
        <w:rPr>
          <w:b/>
        </w:rPr>
        <w:t xml:space="preserve">a) </w:t>
      </w:r>
      <w:r>
        <w:t>Nastidir. Kapanma yönü dokunmanın geldiği yöne göre değişmez.</w:t>
      </w:r>
    </w:p>
    <w:p>
      <w:pPr>
        <w:keepLines/>
      </w:pPr>
      <w:r>
        <w:rPr>
          <w:b w:val="0"/>
        </w:rPr>
      </w:r>
      <w:r>
        <w:rPr>
          <w:b/>
        </w:rPr>
        <w:t xml:space="preserve">b) </w:t>
      </w:r>
      <w:r>
        <w:t>Yaprakların hareketini sağlayan hücrelerdeki turgor değişimleriyle ilişkilidir.</w:t>
      </w:r>
    </w:p>
    <w:p>
      <w:r>
        <w:br w:type="page"/>
      </w:r>
    </w:p>
    <w:p>
      <w:pPr>
        <w:pStyle w:val="Heading1"/>
      </w:pPr>
      <w:r>
        <w:rPr>
          <w:b w:val="0"/>
        </w:rPr>
        <w:t>Senaryo 3 Sorular</w:t>
      </w:r>
    </w:p>
    <w:p>
      <w:pPr>
        <w:pStyle w:val="Heading2"/>
        <w:keepNext/>
      </w:pPr>
      <w:r>
        <w:rPr>
          <w:b w:val="0"/>
        </w:rPr>
        <w:t>Soru 1</w:t>
      </w:r>
    </w:p>
    <w:p>
      <w:pPr>
        <w:keepNext/>
      </w:pPr>
      <w:r>
        <w:rPr>
          <w:b w:val="0"/>
        </w:rPr>
        <w:t>Bir deneyde hareketli bakterilerin besin bulunan bölgeye doğru toplandığı görülüyor. Bir salyangoz da besine doğru ilerliyor.</w:t>
      </w:r>
    </w:p>
    <w:p>
      <w:pPr>
        <w:keepNext/>
        <w:keepLines/>
      </w:pPr>
      <w:r>
        <w:rPr>
          <w:b w:val="0"/>
        </w:rPr>
      </w:r>
      <w:r>
        <w:rPr>
          <w:b/>
        </w:rPr>
        <w:t xml:space="preserve">a) </w:t>
      </w:r>
      <w:r>
        <w:t>Bu iki olayın ortak yönünü uyaran ve tepki açısından açıklayınız.</w:t>
      </w:r>
    </w:p>
    <w:p>
      <w:pPr>
        <w:spacing w:after="120"/>
      </w:pPr>
      <w:r>
        <w:rPr>
          <w:b w:val="0"/>
          <w:sz w:val="18"/>
        </w:rPr>
        <w:t>................................................................................................................................</w:t>
      </w:r>
    </w:p>
    <w:p>
      <w:pPr>
        <w:keepNext/>
        <w:keepLines/>
      </w:pPr>
      <w:r>
        <w:rPr>
          <w:b w:val="0"/>
        </w:rPr>
      </w:r>
      <w:r>
        <w:rPr>
          <w:b/>
        </w:rPr>
        <w:t xml:space="preserve">b) </w:t>
      </w:r>
      <w:r>
        <w:t>Tepkilerin benzemesi, iki canlının da aynı organları kullandığını gösterir mi? Neden?</w:t>
      </w:r>
    </w:p>
    <w:p>
      <w:pPr>
        <w:spacing w:after="120"/>
      </w:pPr>
      <w:r>
        <w:rPr>
          <w:b w:val="0"/>
          <w:sz w:val="18"/>
        </w:rPr>
        <w:t>................................................................................................................................</w:t>
      </w:r>
    </w:p>
    <w:p>
      <w:pPr>
        <w:pStyle w:val="Heading2"/>
        <w:keepNext/>
      </w:pPr>
      <w:r>
        <w:rPr>
          <w:b w:val="0"/>
        </w:rPr>
        <w:t>Soru 2</w:t>
      </w:r>
    </w:p>
    <w:p>
      <w:pPr>
        <w:keepNext/>
      </w:pPr>
      <w:r>
        <w:rPr>
          <w:b w:val="0"/>
        </w:rPr>
        <w:t>Benzer yapraklardan sitokinin uygulananlar, aynı koşullardaki kontrol yapraklarına göre daha geç sararıyor.</w:t>
      </w:r>
    </w:p>
    <w:p>
      <w:pPr>
        <w:keepNext/>
        <w:keepLines/>
      </w:pPr>
      <w:r>
        <w:rPr>
          <w:b w:val="0"/>
        </w:rPr>
      </w:r>
      <w:r>
        <w:rPr>
          <w:b/>
        </w:rPr>
        <w:t xml:space="preserve">a) </w:t>
      </w:r>
      <w:r>
        <w:t>Bu gözlem sitokininin hangi etkisiyle ilgilidir?</w:t>
      </w:r>
    </w:p>
    <w:p>
      <w:pPr>
        <w:spacing w:after="120"/>
      </w:pPr>
      <w:r>
        <w:rPr>
          <w:b w:val="0"/>
          <w:sz w:val="18"/>
        </w:rPr>
        <w:t>................................................................................................................................</w:t>
      </w:r>
    </w:p>
    <w:p>
      <w:pPr>
        <w:keepNext/>
        <w:keepLines/>
      </w:pPr>
      <w:r>
        <w:rPr>
          <w:b w:val="0"/>
        </w:rPr>
      </w:r>
      <w:r>
        <w:rPr>
          <w:b/>
        </w:rPr>
        <w:t xml:space="preserve">b) </w:t>
      </w:r>
      <w:r>
        <w:t>Sitokinin verilen yaprakların hiç yaşlanmayacağı sonucuna ulaşılabilir mi? Neden?</w:t>
      </w:r>
    </w:p>
    <w:p>
      <w:pPr>
        <w:spacing w:after="120"/>
      </w:pPr>
      <w:r>
        <w:rPr>
          <w:b w:val="0"/>
          <w:sz w:val="18"/>
        </w:rPr>
        <w:t>................................................................................................................................</w:t>
      </w:r>
    </w:p>
    <w:p>
      <w:pPr>
        <w:pStyle w:val="Heading2"/>
        <w:keepNext/>
      </w:pPr>
      <w:r>
        <w:rPr>
          <w:b w:val="0"/>
        </w:rPr>
        <w:t>Soru 3</w:t>
      </w:r>
    </w:p>
    <w:p>
      <w:pPr>
        <w:keepNext/>
      </w:pPr>
      <w:r>
        <w:rPr>
          <w:b w:val="0"/>
        </w:rPr>
        <w:t>Bir bitkinin uç tomurcuğu alındığında yan tomurcukları daha çok gelişiyor. Kesilen uca oksin uygulandığında yan tomurcukların gelişmesi yeniden azalıyor.</w:t>
      </w:r>
    </w:p>
    <w:p>
      <w:pPr>
        <w:keepNext/>
        <w:keepLines/>
      </w:pPr>
      <w:r>
        <w:rPr>
          <w:b w:val="0"/>
        </w:rPr>
      </w:r>
      <w:r>
        <w:rPr>
          <w:b/>
        </w:rPr>
        <w:t xml:space="preserve">a) </w:t>
      </w:r>
      <w:r>
        <w:t>Oksinin bu örnekte yan tomurcuk gelişmesine etkisi nedir?</w:t>
      </w:r>
    </w:p>
    <w:p>
      <w:pPr>
        <w:spacing w:after="120"/>
      </w:pPr>
      <w:r>
        <w:rPr>
          <w:b w:val="0"/>
          <w:sz w:val="18"/>
        </w:rPr>
        <w:t>................................................................................................................................</w:t>
      </w:r>
    </w:p>
    <w:p>
      <w:pPr>
        <w:keepNext/>
        <w:keepLines/>
      </w:pPr>
      <w:r>
        <w:rPr>
          <w:b w:val="0"/>
        </w:rPr>
      </w:r>
      <w:r>
        <w:rPr>
          <w:b/>
        </w:rPr>
        <w:t xml:space="preserve">b) </w:t>
      </w:r>
      <w:r>
        <w:t>Bahçıvanın bazı bitkilerin ucunu budaması dallanmayı neden artırabilir?</w:t>
      </w:r>
    </w:p>
    <w:p>
      <w:pPr>
        <w:spacing w:after="120"/>
      </w:pPr>
      <w:r>
        <w:rPr>
          <w:b w:val="0"/>
          <w:sz w:val="18"/>
        </w:rPr>
        <w:t>................................................................................................................................</w:t>
      </w:r>
    </w:p>
    <w:p>
      <w:r>
        <w:br w:type="page"/>
      </w:r>
    </w:p>
    <w:p>
      <w:pPr>
        <w:pStyle w:val="Heading1"/>
      </w:pPr>
      <w:r>
        <w:rPr>
          <w:b w:val="0"/>
        </w:rPr>
        <w:t>Senaryo 3 Sorular</w:t>
      </w:r>
    </w:p>
    <w:p>
      <w:pPr>
        <w:pStyle w:val="Heading2"/>
        <w:keepNext/>
      </w:pPr>
      <w:r>
        <w:rPr>
          <w:b w:val="0"/>
        </w:rPr>
        <w:t>Soru 4</w:t>
      </w:r>
    </w:p>
    <w:p>
      <w:pPr>
        <w:keepNext/>
      </w:pPr>
      <w:r>
        <w:rPr>
          <w:b w:val="0"/>
        </w:rPr>
        <w:t>Hareketli bir tek hücreli canlı, uygun ışığın geldiği bölgeye doğru yüzüyor. Bir bitkinin gövdesi ise aynı yöndeki ışığa doğru büyüyor.</w:t>
      </w:r>
    </w:p>
    <w:p>
      <w:pPr>
        <w:keepNext/>
        <w:keepLines/>
      </w:pPr>
      <w:r>
        <w:rPr>
          <w:b w:val="0"/>
        </w:rPr>
      </w:r>
      <w:r>
        <w:rPr>
          <w:b/>
        </w:rPr>
        <w:t xml:space="preserve">a) </w:t>
      </w:r>
      <w:r>
        <w:t>İlk canlının yer değiştirmesi ile gövdenin büyümesini adlandırınız.</w:t>
      </w:r>
    </w:p>
    <w:p>
      <w:pPr>
        <w:spacing w:after="120"/>
      </w:pPr>
      <w:r>
        <w:rPr>
          <w:b w:val="0"/>
          <w:sz w:val="18"/>
        </w:rPr>
        <w:t>................................................................................................................................</w:t>
      </w:r>
    </w:p>
    <w:p>
      <w:pPr>
        <w:keepNext/>
        <w:keepLines/>
      </w:pPr>
      <w:r>
        <w:rPr>
          <w:b w:val="0"/>
        </w:rPr>
      </w:r>
      <w:r>
        <w:rPr>
          <w:b/>
        </w:rPr>
        <w:t xml:space="preserve">b) </w:t>
      </w:r>
      <w:r>
        <w:t>Taksi ile tropizma arasındaki temel farkı bu örneklerden açıklayınız.</w:t>
      </w:r>
    </w:p>
    <w:p>
      <w:pPr>
        <w:spacing w:after="120"/>
      </w:pPr>
      <w:r>
        <w:rPr>
          <w:b w:val="0"/>
          <w:sz w:val="18"/>
        </w:rPr>
        <w:t>................................................................................................................................</w:t>
      </w:r>
    </w:p>
    <w:p>
      <w:pPr>
        <w:pStyle w:val="Heading2"/>
        <w:keepNext/>
      </w:pPr>
      <w:r>
        <w:rPr>
          <w:b w:val="0"/>
        </w:rPr>
        <w:t>Soru 5</w:t>
      </w:r>
    </w:p>
    <w:p>
      <w:pPr>
        <w:keepNext/>
      </w:pPr>
      <w:r>
        <w:rPr>
          <w:b w:val="0"/>
        </w:rPr>
        <w:t>Eşit koşullardaki fidelerin bir grubuna soldan, diğerine iki yandan eşit toplam şiddette ışık veriliyor. Üç gün sonra ilk grubun gövdeleri ortalama 25° sola eğilirken ikinci grupta belirgin sağ-sol eğilme görülmüyor.</w:t>
      </w:r>
    </w:p>
    <w:p>
      <w:pPr>
        <w:keepNext/>
        <w:keepLines/>
      </w:pPr>
      <w:r>
        <w:rPr>
          <w:b w:val="0"/>
        </w:rPr>
      </w:r>
      <w:r>
        <w:rPr>
          <w:b/>
        </w:rPr>
        <w:t xml:space="preserve">a) </w:t>
      </w:r>
      <w:r>
        <w:t>Deneyde değiştirilen etken nedir?</w:t>
      </w:r>
    </w:p>
    <w:p>
      <w:pPr>
        <w:spacing w:after="120"/>
      </w:pPr>
      <w:r>
        <w:rPr>
          <w:b w:val="0"/>
          <w:sz w:val="18"/>
        </w:rPr>
        <w:t>................................................................................................................................</w:t>
      </w:r>
    </w:p>
    <w:p>
      <w:pPr>
        <w:keepNext/>
        <w:keepLines/>
      </w:pPr>
      <w:r>
        <w:rPr>
          <w:b w:val="0"/>
        </w:rPr>
      </w:r>
      <w:r>
        <w:rPr>
          <w:b/>
        </w:rPr>
        <w:t xml:space="preserve">b) </w:t>
      </w:r>
      <w:r>
        <w:t>Sonuç, ışığın gövde yönelmesine etkisi hakkında ne gösterir?</w:t>
      </w:r>
    </w:p>
    <w:p>
      <w:pPr>
        <w:spacing w:after="120"/>
      </w:pPr>
      <w:r>
        <w:rPr>
          <w:b w:val="0"/>
          <w:sz w:val="18"/>
        </w:rPr>
        <w:t>................................................................................................................................</w:t>
      </w:r>
    </w:p>
    <w:p>
      <w:pPr>
        <w:keepNext/>
        <w:keepLines/>
      </w:pPr>
      <w:r>
        <w:rPr>
          <w:b w:val="0"/>
        </w:rPr>
      </w:r>
      <w:r>
        <w:rPr>
          <w:b/>
        </w:rPr>
        <w:t xml:space="preserve">c) </w:t>
      </w:r>
      <w:r>
        <w:t>Birer fide yerine birçok fide kullanmak neden yararlıdır?</w:t>
      </w:r>
    </w:p>
    <w:p>
      <w:pPr>
        <w:spacing w:after="120"/>
      </w:pPr>
      <w:r>
        <w:rPr>
          <w:b w:val="0"/>
          <w:sz w:val="18"/>
        </w:rPr>
        <w:t>................................................................................................................................</w:t>
      </w:r>
    </w:p>
    <w:p>
      <w:pPr>
        <w:pStyle w:val="Heading2"/>
        <w:keepNext/>
      </w:pPr>
      <w:r>
        <w:rPr>
          <w:b w:val="0"/>
        </w:rPr>
        <w:t>Soru 6</w:t>
      </w:r>
    </w:p>
    <w:p>
      <w:pPr>
        <w:keepNext/>
      </w:pPr>
      <w:r>
        <w:rPr>
          <w:b w:val="0"/>
        </w:rPr>
        <w:t>Gözdeki retina ışığı, burundaki koku hücreleri koku moleküllerini, iç kulaktaki işitme hücreleri titreşimleri algılar.</w:t>
      </w:r>
    </w:p>
    <w:p>
      <w:pPr>
        <w:keepNext/>
        <w:keepLines/>
      </w:pPr>
      <w:r>
        <w:rPr>
          <w:b w:val="0"/>
        </w:rPr>
      </w:r>
      <w:r>
        <w:rPr>
          <w:b/>
        </w:rPr>
        <w:t xml:space="preserve">a) </w:t>
      </w:r>
      <w:r>
        <w:t>Bu üç reseptörü algıladıkları uyarana göre adlandırınız.</w:t>
      </w:r>
    </w:p>
    <w:p>
      <w:pPr>
        <w:spacing w:after="120"/>
      </w:pPr>
      <w:r>
        <w:rPr>
          <w:b w:val="0"/>
          <w:sz w:val="18"/>
        </w:rPr>
        <w:t>................................................................................................................................</w:t>
      </w:r>
    </w:p>
    <w:p>
      <w:pPr>
        <w:keepNext/>
        <w:keepLines/>
      </w:pPr>
      <w:r>
        <w:rPr>
          <w:b w:val="0"/>
        </w:rPr>
      </w:r>
      <w:r>
        <w:rPr>
          <w:b/>
        </w:rPr>
        <w:t xml:space="preserve">b) </w:t>
      </w:r>
      <w:r>
        <w:t>İşitme reseptörlerinin mekanoreseptör sayılmasının nedeni nedir?</w:t>
      </w:r>
    </w:p>
    <w:p>
      <w:pPr>
        <w:spacing w:after="120"/>
      </w:pPr>
      <w:r>
        <w:rPr>
          <w:b w:val="0"/>
          <w:sz w:val="18"/>
        </w:rPr>
        <w:t>................................................................................................................................</w:t>
      </w:r>
    </w:p>
    <w:p>
      <w:r>
        <w:br w:type="page"/>
      </w:r>
    </w:p>
    <w:p>
      <w:pPr>
        <w:pStyle w:val="Heading1"/>
      </w:pPr>
      <w:r>
        <w:rPr>
          <w:b w:val="0"/>
        </w:rPr>
        <w:t>Senaryo 3 Cevap Anahtarı</w:t>
      </w:r>
    </w:p>
    <w:p>
      <w:pPr>
        <w:pStyle w:val="Heading2"/>
        <w:spacing w:before="120"/>
      </w:pPr>
      <w:r>
        <w:rPr>
          <w:b w:val="0"/>
        </w:rPr>
        <w:t>Soru 1</w:t>
      </w:r>
    </w:p>
    <w:p>
      <w:pPr>
        <w:keepLines/>
      </w:pPr>
      <w:r>
        <w:rPr>
          <w:b w:val="0"/>
        </w:rPr>
      </w:r>
      <w:r>
        <w:rPr>
          <w:b/>
        </w:rPr>
        <w:t xml:space="preserve">a) </w:t>
      </w:r>
      <w:r>
        <w:t>Besinle ilişkili kimyasal uyaranlar canlıların yer değiştirmesine yol açmıştır. Her iki canlı besine doğru hareket ederek tepki vermiştir.</w:t>
      </w:r>
    </w:p>
    <w:p>
      <w:pPr>
        <w:keepLines/>
      </w:pPr>
      <w:r>
        <w:rPr>
          <w:b w:val="0"/>
        </w:rPr>
      </w:r>
      <w:r>
        <w:rPr>
          <w:b/>
        </w:rPr>
        <w:t xml:space="preserve">b) </w:t>
      </w:r>
      <w:r>
        <w:t>Hayır. Bakterinin sinir sistemi ve duyu organları yoktur; salyangozun yapıları farklıdır. Benzer tepki farklı yapılarla oluşabilir.</w:t>
      </w:r>
    </w:p>
    <w:p>
      <w:pPr>
        <w:pStyle w:val="Heading2"/>
        <w:spacing w:before="120"/>
      </w:pPr>
      <w:r>
        <w:rPr>
          <w:b w:val="0"/>
        </w:rPr>
        <w:t>Soru 2</w:t>
      </w:r>
    </w:p>
    <w:p>
      <w:pPr>
        <w:keepLines/>
      </w:pPr>
      <w:r>
        <w:rPr>
          <w:b w:val="0"/>
        </w:rPr>
      </w:r>
      <w:r>
        <w:rPr>
          <w:b/>
        </w:rPr>
        <w:t xml:space="preserve">a) </w:t>
      </w:r>
      <w:r>
        <w:t>Yaprak yaşlanmasını ve klorofil kaybını geciktirmesiyle ilgilidir.</w:t>
      </w:r>
    </w:p>
    <w:p>
      <w:pPr>
        <w:keepLines/>
      </w:pPr>
      <w:r>
        <w:rPr>
          <w:b w:val="0"/>
        </w:rPr>
      </w:r>
      <w:r>
        <w:rPr>
          <w:b/>
        </w:rPr>
        <w:t xml:space="preserve">b) </w:t>
      </w:r>
      <w:r>
        <w:t>Hayır. Gözlem yaşlanmanın geciktiğini gösterir; tamamen durduğunu veya yaprağın sonsuza kadar canlı kalacağını göstermez.</w:t>
      </w:r>
    </w:p>
    <w:p>
      <w:pPr>
        <w:pStyle w:val="Heading2"/>
        <w:spacing w:before="120"/>
      </w:pPr>
      <w:r>
        <w:rPr>
          <w:b w:val="0"/>
        </w:rPr>
        <w:t>Soru 3</w:t>
      </w:r>
    </w:p>
    <w:p>
      <w:pPr>
        <w:keepLines/>
      </w:pPr>
      <w:r>
        <w:rPr>
          <w:b w:val="0"/>
        </w:rPr>
      </w:r>
      <w:r>
        <w:rPr>
          <w:b/>
        </w:rPr>
        <w:t xml:space="preserve">a) </w:t>
      </w:r>
      <w:r>
        <w:t>Yan tomurcuk gelişmesini baskılayan uç baskınlığına katkı sağlar.</w:t>
      </w:r>
    </w:p>
    <w:p>
      <w:pPr>
        <w:keepLines/>
      </w:pPr>
      <w:r>
        <w:rPr>
          <w:b w:val="0"/>
        </w:rPr>
      </w:r>
      <w:r>
        <w:rPr>
          <w:b/>
        </w:rPr>
        <w:t xml:space="preserve">b) </w:t>
      </w:r>
      <w:r>
        <w:t>Uç kısmın yan tomurcuklar üzerindeki baskısı azalır; yan tomurcuklar daha kolay gelişebilir.</w:t>
      </w:r>
    </w:p>
    <w:p>
      <w:pPr>
        <w:pStyle w:val="Heading2"/>
        <w:spacing w:before="120"/>
      </w:pPr>
      <w:r>
        <w:rPr>
          <w:b w:val="0"/>
        </w:rPr>
        <w:t>Soru 4</w:t>
      </w:r>
    </w:p>
    <w:p>
      <w:pPr>
        <w:keepLines/>
      </w:pPr>
      <w:r>
        <w:rPr>
          <w:b w:val="0"/>
        </w:rPr>
      </w:r>
      <w:r>
        <w:rPr>
          <w:b/>
        </w:rPr>
        <w:t xml:space="preserve">a) </w:t>
      </w:r>
      <w:r>
        <w:t>İlkinde pozitif fototaksi, ikincisinde pozitif fototropizma görülür.</w:t>
      </w:r>
    </w:p>
    <w:p>
      <w:pPr>
        <w:keepLines/>
      </w:pPr>
      <w:r>
        <w:rPr>
          <w:b w:val="0"/>
        </w:rPr>
      </w:r>
      <w:r>
        <w:rPr>
          <w:b/>
        </w:rPr>
        <w:t xml:space="preserve">b) </w:t>
      </w:r>
      <w:r>
        <w:t>Takside canlı bütün olarak yer değiştirir. Tropizmada bitkinin bir organı uyaranın yönüne bağlı büyür.</w:t>
      </w:r>
    </w:p>
    <w:p>
      <w:pPr>
        <w:pStyle w:val="Heading2"/>
        <w:spacing w:before="120"/>
      </w:pPr>
      <w:r>
        <w:rPr>
          <w:b w:val="0"/>
        </w:rPr>
        <w:t>Soru 5</w:t>
      </w:r>
    </w:p>
    <w:p>
      <w:pPr>
        <w:keepLines/>
      </w:pPr>
      <w:r>
        <w:rPr>
          <w:b w:val="0"/>
        </w:rPr>
      </w:r>
      <w:r>
        <w:rPr>
          <w:b/>
        </w:rPr>
        <w:t xml:space="preserve">a) </w:t>
      </w:r>
      <w:r>
        <w:t>Işığın geliş yönüdür.</w:t>
      </w:r>
    </w:p>
    <w:p>
      <w:pPr>
        <w:keepLines/>
      </w:pPr>
      <w:r>
        <w:rPr>
          <w:b w:val="0"/>
        </w:rPr>
      </w:r>
      <w:r>
        <w:rPr>
          <w:b/>
        </w:rPr>
        <w:t xml:space="preserve">b) </w:t>
      </w:r>
      <w:r>
        <w:t>Tek yönden ışık gövdenin o yöne büyümesine, yani pozitif fototropizmaya yol açmıştır. İki yandan eşit ışıkta belirli bir yana yönelme görülmemiştir.</w:t>
      </w:r>
    </w:p>
    <w:p>
      <w:pPr>
        <w:keepLines/>
      </w:pPr>
      <w:r>
        <w:rPr>
          <w:b w:val="0"/>
        </w:rPr>
      </w:r>
      <w:r>
        <w:rPr>
          <w:b/>
        </w:rPr>
        <w:t xml:space="preserve">c) </w:t>
      </w:r>
      <w:r>
        <w:t>Tek bir fideye özgü durumların etkisini azaltır ve sonuçların birbirine uygun olup olmadığını görmeyi sağlar.</w:t>
      </w:r>
    </w:p>
    <w:p>
      <w:pPr>
        <w:pStyle w:val="Heading2"/>
        <w:spacing w:before="120"/>
      </w:pPr>
      <w:r>
        <w:rPr>
          <w:b w:val="0"/>
        </w:rPr>
        <w:t>Soru 6</w:t>
      </w:r>
    </w:p>
    <w:p>
      <w:pPr>
        <w:keepLines/>
      </w:pPr>
      <w:r>
        <w:rPr>
          <w:b w:val="0"/>
        </w:rPr>
      </w:r>
      <w:r>
        <w:rPr>
          <w:b/>
        </w:rPr>
        <w:t xml:space="preserve">a) </w:t>
      </w:r>
      <w:r>
        <w:t>Retinadakiler fotoreseptör, burundakiler kemoreseptör, iç kulaktakiler mekanoreseptördür.</w:t>
      </w:r>
    </w:p>
    <w:p>
      <w:pPr>
        <w:keepLines/>
      </w:pPr>
      <w:r>
        <w:rPr>
          <w:b w:val="0"/>
        </w:rPr>
      </w:r>
      <w:r>
        <w:rPr>
          <w:b/>
        </w:rPr>
        <w:t xml:space="preserve">b) </w:t>
      </w:r>
      <w:r>
        <w:t>Sesin oluşturduğu mekanik hareket ve titreşimle uyarılmalarıdır.</w:t>
      </w:r>
    </w:p>
    <w:p>
      <w:r>
        <w:br w:type="page"/>
      </w:r>
    </w:p>
    <w:p>
      <w:pPr>
        <w:pStyle w:val="Heading1"/>
      </w:pPr>
      <w:r>
        <w:rPr>
          <w:b w:val="0"/>
        </w:rPr>
        <w:t>Senaryo 4 Sorular</w:t>
      </w:r>
    </w:p>
    <w:p>
      <w:pPr>
        <w:pStyle w:val="Heading2"/>
        <w:keepNext/>
      </w:pPr>
      <w:r>
        <w:rPr>
          <w:b w:val="0"/>
        </w:rPr>
        <w:t>Soru 1</w:t>
      </w:r>
    </w:p>
    <w:p>
      <w:pPr>
        <w:keepNext/>
      </w:pPr>
      <w:r>
        <w:rPr>
          <w:b w:val="0"/>
        </w:rPr>
        <w:t>Uygun nem ve sıcaklıktaki bazı tohumlarda giberellin çimlenmeyi desteklerken, absisik asit dinlenme hâlinin korunmasına katkıda bulunuyor.</w:t>
      </w:r>
    </w:p>
    <w:p>
      <w:pPr>
        <w:keepNext/>
        <w:keepLines/>
      </w:pPr>
      <w:r>
        <w:rPr>
          <w:b w:val="0"/>
        </w:rPr>
      </w:r>
      <w:r>
        <w:rPr>
          <w:b/>
        </w:rPr>
        <w:t xml:space="preserve">a) </w:t>
      </w:r>
      <w:r>
        <w:t>Bu iki hormonun çimlenmeye etkilerini karşılaştırınız.</w:t>
      </w:r>
    </w:p>
    <w:p>
      <w:pPr>
        <w:spacing w:after="120"/>
      </w:pPr>
      <w:r>
        <w:rPr>
          <w:b w:val="0"/>
          <w:sz w:val="18"/>
        </w:rPr>
        <w:t>................................................................................................................................</w:t>
      </w:r>
    </w:p>
    <w:p>
      <w:pPr>
        <w:keepNext/>
        <w:keepLines/>
      </w:pPr>
      <w:r>
        <w:rPr>
          <w:b w:val="0"/>
        </w:rPr>
      </w:r>
      <w:r>
        <w:rPr>
          <w:b/>
        </w:rPr>
        <w:t xml:space="preserve">b) </w:t>
      </w:r>
      <w:r>
        <w:t>Bu örnek, bitkisel hormonların her zaman aynı yönde etki gösterdiğini destekler mi? Açıklayınız.</w:t>
      </w:r>
    </w:p>
    <w:p>
      <w:pPr>
        <w:spacing w:after="120"/>
      </w:pPr>
      <w:r>
        <w:rPr>
          <w:b w:val="0"/>
          <w:sz w:val="18"/>
        </w:rPr>
        <w:t>................................................................................................................................</w:t>
      </w:r>
    </w:p>
    <w:p>
      <w:pPr>
        <w:pStyle w:val="Heading2"/>
        <w:keepNext/>
      </w:pPr>
      <w:r>
        <w:rPr>
          <w:b w:val="0"/>
        </w:rPr>
        <w:t>Soru 2</w:t>
      </w:r>
    </w:p>
    <w:p>
      <w:pPr>
        <w:keepNext/>
      </w:pPr>
      <w:r>
        <w:rPr>
          <w:b w:val="0"/>
        </w:rPr>
        <w:t>Bir lalenin çiçek yaprakları ortam ısınınca açılıyor, soğuyunca kapanıyor. Hareketin yönü sıcaklığın geldiği yöne bağlı değildir.</w:t>
      </w:r>
    </w:p>
    <w:p>
      <w:pPr>
        <w:keepNext/>
        <w:keepLines/>
      </w:pPr>
      <w:r>
        <w:rPr>
          <w:b w:val="0"/>
        </w:rPr>
      </w:r>
      <w:r>
        <w:rPr>
          <w:b/>
        </w:rPr>
        <w:t xml:space="preserve">a) </w:t>
      </w:r>
      <w:r>
        <w:t>Bu hareket hangi ana gruba girer? Uyaranına göre adı nedir?</w:t>
      </w:r>
    </w:p>
    <w:p>
      <w:pPr>
        <w:spacing w:after="120"/>
      </w:pPr>
      <w:r>
        <w:rPr>
          <w:b w:val="0"/>
          <w:sz w:val="18"/>
        </w:rPr>
        <w:t>................................................................................................................................</w:t>
      </w:r>
    </w:p>
    <w:p>
      <w:pPr>
        <w:keepNext/>
        <w:keepLines/>
      </w:pPr>
      <w:r>
        <w:rPr>
          <w:b w:val="0"/>
        </w:rPr>
      </w:r>
      <w:r>
        <w:rPr>
          <w:b/>
        </w:rPr>
        <w:t xml:space="preserve">b) </w:t>
      </w:r>
      <w:r>
        <w:t>Bu olayı tropizmadan ayıran yön ilişkisini yazınız.</w:t>
      </w:r>
    </w:p>
    <w:p>
      <w:pPr>
        <w:spacing w:after="120"/>
      </w:pPr>
      <w:r>
        <w:rPr>
          <w:b w:val="0"/>
          <w:sz w:val="18"/>
        </w:rPr>
        <w:t>................................................................................................................................</w:t>
      </w:r>
    </w:p>
    <w:p>
      <w:pPr>
        <w:pStyle w:val="Heading2"/>
        <w:keepNext/>
      </w:pPr>
      <w:r>
        <w:rPr>
          <w:b w:val="0"/>
        </w:rPr>
        <w:t>Soru 3</w:t>
      </w:r>
    </w:p>
    <w:p>
      <w:pPr>
        <w:keepNext/>
      </w:pPr>
      <w:r>
        <w:rPr>
          <w:b w:val="0"/>
        </w:rPr>
        <w:t>Toprakta ilerleyen bir kök, nemin daha fazla olduğu bölgeye doğru büyüyor.</w:t>
      </w:r>
    </w:p>
    <w:p>
      <w:pPr>
        <w:keepNext/>
        <w:keepLines/>
      </w:pPr>
      <w:r>
        <w:rPr>
          <w:b w:val="0"/>
        </w:rPr>
      </w:r>
      <w:r>
        <w:rPr>
          <w:b/>
        </w:rPr>
        <w:t xml:space="preserve">a) </w:t>
      </w:r>
      <w:r>
        <w:t>Bu yönelmenin uyaranını ve adını yazınız.</w:t>
      </w:r>
    </w:p>
    <w:p>
      <w:pPr>
        <w:spacing w:after="120"/>
      </w:pPr>
      <w:r>
        <w:rPr>
          <w:b w:val="0"/>
          <w:sz w:val="18"/>
        </w:rPr>
        <w:t>................................................................................................................................</w:t>
      </w:r>
    </w:p>
    <w:p>
      <w:pPr>
        <w:keepNext/>
        <w:keepLines/>
      </w:pPr>
      <w:r>
        <w:rPr>
          <w:b w:val="0"/>
        </w:rPr>
      </w:r>
      <w:r>
        <w:rPr>
          <w:b/>
        </w:rPr>
        <w:t xml:space="preserve">b) </w:t>
      </w:r>
      <w:r>
        <w:t>Kökün bu hareketi ile bir hayvanın suya doğru yürümesi aynı hareket çeşidi midir? Neden?</w:t>
      </w:r>
    </w:p>
    <w:p>
      <w:pPr>
        <w:spacing w:after="120"/>
      </w:pPr>
      <w:r>
        <w:rPr>
          <w:b w:val="0"/>
          <w:sz w:val="18"/>
        </w:rPr>
        <w:t>................................................................................................................................</w:t>
      </w:r>
    </w:p>
    <w:p>
      <w:r>
        <w:br w:type="page"/>
      </w:r>
    </w:p>
    <w:p>
      <w:pPr>
        <w:pStyle w:val="Heading1"/>
      </w:pPr>
      <w:r>
        <w:rPr>
          <w:b w:val="0"/>
        </w:rPr>
        <w:t>Senaryo 4 Sorular</w:t>
      </w:r>
    </w:p>
    <w:p>
      <w:pPr>
        <w:pStyle w:val="Heading2"/>
        <w:keepNext/>
      </w:pPr>
      <w:r>
        <w:rPr>
          <w:b w:val="0"/>
        </w:rPr>
        <w:t>Soru 4</w:t>
      </w:r>
    </w:p>
    <w:p>
      <w:pPr>
        <w:keepNext/>
      </w:pPr>
      <w:r>
        <w:rPr>
          <w:b w:val="0"/>
        </w:rPr>
        <w:t>Yatay gözlem düzlemindeki benzer köklerin bir grubunda sol taraf, diğerinde sağ taraf daha nemli tutuluyor. Üçüncü grubun iki tarafı eşit nemli. Yer çekimi yönü, ışık, sıcaklık ve mineral miktarı gruplarda aynıdır.</w:t>
      </w:r>
    </w:p>
    <w:p>
      <w:pPr>
        <w:keepNext/>
        <w:keepLines/>
      </w:pPr>
      <w:r>
        <w:rPr>
          <w:b w:val="0"/>
        </w:rPr>
      </w:r>
      <w:r>
        <w:rPr>
          <w:b/>
        </w:rPr>
        <w:t xml:space="preserve">a) </w:t>
      </w:r>
      <w:r>
        <w:t>Hidrotropizma görülürse ilk iki gruptaki kökler hangi yönlere büyür?</w:t>
      </w:r>
    </w:p>
    <w:p>
      <w:pPr>
        <w:spacing w:after="120"/>
      </w:pPr>
      <w:r>
        <w:rPr>
          <w:b w:val="0"/>
          <w:sz w:val="18"/>
        </w:rPr>
        <w:t>................................................................................................................................</w:t>
      </w:r>
    </w:p>
    <w:p>
      <w:pPr>
        <w:keepNext/>
        <w:keepLines/>
      </w:pPr>
      <w:r>
        <w:rPr>
          <w:b w:val="0"/>
        </w:rPr>
      </w:r>
      <w:r>
        <w:rPr>
          <w:b/>
        </w:rPr>
        <w:t xml:space="preserve">b) </w:t>
      </w:r>
      <w:r>
        <w:t>İki tarafı eşit nemli grubun amacı nedir?</w:t>
      </w:r>
    </w:p>
    <w:p>
      <w:pPr>
        <w:spacing w:after="120"/>
      </w:pPr>
      <w:r>
        <w:rPr>
          <w:b w:val="0"/>
          <w:sz w:val="18"/>
        </w:rPr>
        <w:t>................................................................................................................................</w:t>
      </w:r>
    </w:p>
    <w:p>
      <w:pPr>
        <w:keepNext/>
        <w:keepLines/>
      </w:pPr>
      <w:r>
        <w:rPr>
          <w:b w:val="0"/>
        </w:rPr>
      </w:r>
      <w:r>
        <w:rPr>
          <w:b/>
        </w:rPr>
        <w:t xml:space="preserve">c) </w:t>
      </w:r>
      <w:r>
        <w:t>Yalnız kök uzunluğunu ölçmek yönelmeyi göstermek için yeterli midir? Ne ölçülmelidir?</w:t>
      </w:r>
    </w:p>
    <w:p>
      <w:pPr>
        <w:spacing w:after="120"/>
      </w:pPr>
      <w:r>
        <w:rPr>
          <w:b w:val="0"/>
          <w:sz w:val="18"/>
        </w:rPr>
        <w:t>................................................................................................................................</w:t>
      </w:r>
    </w:p>
    <w:p>
      <w:pPr>
        <w:pStyle w:val="Heading2"/>
        <w:keepNext/>
      </w:pPr>
      <w:r>
        <w:rPr>
          <w:b w:val="0"/>
        </w:rPr>
        <w:t>Soru 5</w:t>
      </w:r>
    </w:p>
    <w:p>
      <w:pPr>
        <w:keepNext/>
      </w:pPr>
      <w:r>
        <w:rPr>
          <w:b w:val="0"/>
        </w:rPr>
        <w:t>Bir kişinin derisi hafif dokunmayı, sıcaklık değişimini ve can yakan bir batmayı algılayabiliyor.</w:t>
      </w:r>
    </w:p>
    <w:p>
      <w:pPr>
        <w:keepNext/>
        <w:keepLines/>
      </w:pPr>
      <w:r>
        <w:rPr>
          <w:b w:val="0"/>
        </w:rPr>
      </w:r>
      <w:r>
        <w:rPr>
          <w:b/>
        </w:rPr>
        <w:t xml:space="preserve">a) </w:t>
      </w:r>
      <w:r>
        <w:t>Bu üç uyaranı algılayan reseptör çeşitlerini sırasıyla yazınız.</w:t>
      </w:r>
    </w:p>
    <w:p>
      <w:pPr>
        <w:spacing w:after="120"/>
      </w:pPr>
      <w:r>
        <w:rPr>
          <w:b w:val="0"/>
          <w:sz w:val="18"/>
        </w:rPr>
        <w:t>................................................................................................................................</w:t>
      </w:r>
    </w:p>
    <w:p>
      <w:pPr>
        <w:keepNext/>
        <w:keepLines/>
      </w:pPr>
      <w:r>
        <w:rPr>
          <w:b w:val="0"/>
        </w:rPr>
      </w:r>
      <w:r>
        <w:rPr>
          <w:b/>
        </w:rPr>
        <w:t xml:space="preserve">b) </w:t>
      </w:r>
      <w:r>
        <w:t>Bu örnek bir duyu organında tek çeşit reseptör bulunduğunu destekler mi? Açıklayınız.</w:t>
      </w:r>
    </w:p>
    <w:p>
      <w:pPr>
        <w:spacing w:after="120"/>
      </w:pPr>
      <w:r>
        <w:rPr>
          <w:b w:val="0"/>
          <w:sz w:val="18"/>
        </w:rPr>
        <w:t>................................................................................................................................</w:t>
      </w:r>
    </w:p>
    <w:p>
      <w:pPr>
        <w:pStyle w:val="Heading2"/>
        <w:keepNext/>
      </w:pPr>
      <w:r>
        <w:rPr>
          <w:b w:val="0"/>
        </w:rPr>
        <w:t>Soru 6</w:t>
      </w:r>
    </w:p>
    <w:p>
      <w:pPr>
        <w:keepNext/>
      </w:pPr>
      <w:r>
        <w:rPr>
          <w:b w:val="0"/>
        </w:rPr>
        <w:t>Retinada çubuk ve koni hücreleri bulunur. Bir kişi loş ortamda şekilleri seçerken, yeterli ışıkta renkleri daha iyi ayırt ediyor.</w:t>
      </w:r>
    </w:p>
    <w:p>
      <w:pPr>
        <w:keepNext/>
        <w:keepLines/>
      </w:pPr>
      <w:r>
        <w:rPr>
          <w:b w:val="0"/>
        </w:rPr>
      </w:r>
      <w:r>
        <w:rPr>
          <w:b/>
        </w:rPr>
        <w:t xml:space="preserve">a) </w:t>
      </w:r>
      <w:r>
        <w:t>Loş ortamda görmede ve renkleri ayırt etmede hangi hücreler daha etkilidir?</w:t>
      </w:r>
    </w:p>
    <w:p>
      <w:pPr>
        <w:spacing w:after="120"/>
      </w:pPr>
      <w:r>
        <w:rPr>
          <w:b w:val="0"/>
          <w:sz w:val="18"/>
        </w:rPr>
        <w:t>................................................................................................................................</w:t>
      </w:r>
    </w:p>
    <w:p>
      <w:pPr>
        <w:keepNext/>
        <w:keepLines/>
      </w:pPr>
      <w:r>
        <w:rPr>
          <w:b w:val="0"/>
        </w:rPr>
      </w:r>
      <w:r>
        <w:rPr>
          <w:b/>
        </w:rPr>
        <w:t xml:space="preserve">b) </w:t>
      </w:r>
      <w:r>
        <w:t>Bu hücreler uyaranlarına göre hangi reseptör grubundadır?</w:t>
      </w:r>
    </w:p>
    <w:p>
      <w:pPr>
        <w:spacing w:after="120"/>
      </w:pPr>
      <w:r>
        <w:rPr>
          <w:b w:val="0"/>
          <w:sz w:val="18"/>
        </w:rPr>
        <w:t>................................................................................................................................</w:t>
      </w:r>
    </w:p>
    <w:p>
      <w:r>
        <w:br w:type="page"/>
      </w:r>
    </w:p>
    <w:p>
      <w:pPr>
        <w:pStyle w:val="Heading1"/>
      </w:pPr>
      <w:r>
        <w:rPr>
          <w:b w:val="0"/>
        </w:rPr>
        <w:t>Senaryo 4 Cevap Anahtarı</w:t>
      </w:r>
    </w:p>
    <w:p>
      <w:pPr>
        <w:pStyle w:val="Heading2"/>
        <w:spacing w:before="120"/>
      </w:pPr>
      <w:r>
        <w:rPr>
          <w:b w:val="0"/>
        </w:rPr>
        <w:t>Soru 1</w:t>
      </w:r>
    </w:p>
    <w:p>
      <w:pPr>
        <w:keepLines/>
      </w:pPr>
      <w:r>
        <w:rPr>
          <w:b w:val="0"/>
        </w:rPr>
      </w:r>
      <w:r>
        <w:rPr>
          <w:b/>
        </w:rPr>
        <w:t xml:space="preserve">a) </w:t>
      </w:r>
      <w:r>
        <w:t>Giberellin çimlenmeyi destekler; absisik asit dinlenme hâlini koruyarak çimlenmeyi baskılayabilir.</w:t>
      </w:r>
    </w:p>
    <w:p>
      <w:pPr>
        <w:keepLines/>
      </w:pPr>
      <w:r>
        <w:rPr>
          <w:b w:val="0"/>
        </w:rPr>
      </w:r>
      <w:r>
        <w:rPr>
          <w:b/>
        </w:rPr>
        <w:t xml:space="preserve">b) </w:t>
      </w:r>
      <w:r>
        <w:t>Desteklemez. İki hormon aynı süreç üzerinde birbirine karşıt etkiler gösterebilir.</w:t>
      </w:r>
    </w:p>
    <w:p>
      <w:pPr>
        <w:pStyle w:val="Heading2"/>
        <w:spacing w:before="120"/>
      </w:pPr>
      <w:r>
        <w:rPr>
          <w:b w:val="0"/>
        </w:rPr>
        <w:t>Soru 2</w:t>
      </w:r>
    </w:p>
    <w:p>
      <w:pPr>
        <w:keepLines/>
      </w:pPr>
      <w:r>
        <w:rPr>
          <w:b w:val="0"/>
        </w:rPr>
      </w:r>
      <w:r>
        <w:rPr>
          <w:b/>
        </w:rPr>
        <w:t xml:space="preserve">a) </w:t>
      </w:r>
      <w:r>
        <w:t>Nasti hareketidir; sıcaklığa bağlı olduğu için termonasti denir.</w:t>
      </w:r>
    </w:p>
    <w:p>
      <w:pPr>
        <w:keepLines/>
      </w:pPr>
      <w:r>
        <w:rPr>
          <w:b w:val="0"/>
        </w:rPr>
      </w:r>
      <w:r>
        <w:rPr>
          <w:b/>
        </w:rPr>
        <w:t xml:space="preserve">b) </w:t>
      </w:r>
      <w:r>
        <w:t>Tropizmada yönelme uyaranın yönüne bağlıdır. Burada açılıp kapanmanın yönü sıcaklığın geldiği yöne bağlı değildir.</w:t>
      </w:r>
    </w:p>
    <w:p>
      <w:pPr>
        <w:pStyle w:val="Heading2"/>
        <w:spacing w:before="120"/>
      </w:pPr>
      <w:r>
        <w:rPr>
          <w:b w:val="0"/>
        </w:rPr>
        <w:t>Soru 3</w:t>
      </w:r>
    </w:p>
    <w:p>
      <w:pPr>
        <w:keepLines/>
      </w:pPr>
      <w:r>
        <w:rPr>
          <w:b w:val="0"/>
        </w:rPr>
      </w:r>
      <w:r>
        <w:rPr>
          <w:b/>
        </w:rPr>
        <w:t xml:space="preserve">a) </w:t>
      </w:r>
      <w:r>
        <w:t>Uyaran su veya nem farkıdır. Hareket pozitif hidrotropizmadır.</w:t>
      </w:r>
    </w:p>
    <w:p>
      <w:pPr>
        <w:keepLines/>
      </w:pPr>
      <w:r>
        <w:rPr>
          <w:b w:val="0"/>
        </w:rPr>
      </w:r>
      <w:r>
        <w:rPr>
          <w:b/>
        </w:rPr>
        <w:t xml:space="preserve">b) </w:t>
      </w:r>
      <w:r>
        <w:t>Hayır. Kökte bir organın yönelerek büyümesi vardır. Hayvanda canlının bütünü yer değiştirir.</w:t>
      </w:r>
    </w:p>
    <w:p>
      <w:pPr>
        <w:pStyle w:val="Heading2"/>
        <w:spacing w:before="120"/>
      </w:pPr>
      <w:r>
        <w:rPr>
          <w:b w:val="0"/>
        </w:rPr>
        <w:t>Soru 4</w:t>
      </w:r>
    </w:p>
    <w:p>
      <w:pPr>
        <w:keepLines/>
      </w:pPr>
      <w:r>
        <w:rPr>
          <w:b w:val="0"/>
        </w:rPr>
      </w:r>
      <w:r>
        <w:rPr>
          <w:b/>
        </w:rPr>
        <w:t xml:space="preserve">a) </w:t>
      </w:r>
      <w:r>
        <w:t>İlk grupta daha nemli olan sola, ikinci grupta daha nemli olan sağa büyümesi beklenir.</w:t>
      </w:r>
    </w:p>
    <w:p>
      <w:pPr>
        <w:keepLines/>
      </w:pPr>
      <w:r>
        <w:rPr>
          <w:b w:val="0"/>
        </w:rPr>
      </w:r>
      <w:r>
        <w:rPr>
          <w:b/>
        </w:rPr>
        <w:t xml:space="preserve">b) </w:t>
      </w:r>
      <w:r>
        <w:t>Nem yönü farkı olmadığında köklerin durumunu karşılaştırmak için kontrol sağlar.</w:t>
      </w:r>
    </w:p>
    <w:p>
      <w:pPr>
        <w:keepLines/>
      </w:pPr>
      <w:r>
        <w:rPr>
          <w:b w:val="0"/>
        </w:rPr>
      </w:r>
      <w:r>
        <w:rPr>
          <w:b/>
        </w:rPr>
        <w:t xml:space="preserve">c) </w:t>
      </w:r>
      <w:r>
        <w:t>Yeterli değildir. Kök ucunun başlangıç doğrultusuna göre sağa veya sola yaptığı açı ölçülmelidir.</w:t>
      </w:r>
    </w:p>
    <w:p>
      <w:pPr>
        <w:pStyle w:val="Heading2"/>
        <w:spacing w:before="120"/>
      </w:pPr>
      <w:r>
        <w:rPr>
          <w:b w:val="0"/>
        </w:rPr>
        <w:t>Soru 5</w:t>
      </w:r>
    </w:p>
    <w:p>
      <w:pPr>
        <w:keepLines/>
      </w:pPr>
      <w:r>
        <w:rPr>
          <w:b w:val="0"/>
        </w:rPr>
      </w:r>
      <w:r>
        <w:rPr>
          <w:b/>
        </w:rPr>
        <w:t xml:space="preserve">a) </w:t>
      </w:r>
      <w:r>
        <w:t>Mekanoreseptör, termoreseptör ve ağrı reseptörü (nosiseptör).</w:t>
      </w:r>
    </w:p>
    <w:p>
      <w:pPr>
        <w:keepLines/>
      </w:pPr>
      <w:r>
        <w:rPr>
          <w:b w:val="0"/>
        </w:rPr>
      </w:r>
      <w:r>
        <w:rPr>
          <w:b/>
        </w:rPr>
        <w:t xml:space="preserve">b) </w:t>
      </w:r>
      <w:r>
        <w:t>Desteklemez. Deride farklı uyaranları algılayan farklı reseptörler bulunur.</w:t>
      </w:r>
    </w:p>
    <w:p>
      <w:pPr>
        <w:pStyle w:val="Heading2"/>
        <w:spacing w:before="120"/>
      </w:pPr>
      <w:r>
        <w:rPr>
          <w:b w:val="0"/>
        </w:rPr>
        <w:t>Soru 6</w:t>
      </w:r>
    </w:p>
    <w:p>
      <w:pPr>
        <w:keepLines/>
      </w:pPr>
      <w:r>
        <w:rPr>
          <w:b w:val="0"/>
        </w:rPr>
      </w:r>
      <w:r>
        <w:rPr>
          <w:b/>
        </w:rPr>
        <w:t xml:space="preserve">a) </w:t>
      </w:r>
      <w:r>
        <w:t>Loş ortamda çubuklar; renkleri ayırt etmede koniler daha etkilidir.</w:t>
      </w:r>
    </w:p>
    <w:p>
      <w:pPr>
        <w:keepLines/>
      </w:pPr>
      <w:r>
        <w:rPr>
          <w:b w:val="0"/>
        </w:rPr>
      </w:r>
      <w:r>
        <w:rPr>
          <w:b/>
        </w:rPr>
        <w:t xml:space="preserve">b) </w:t>
      </w:r>
      <w:r>
        <w:t>İkisi de ışığı algıladıkları için fotoreseptördür.</w:t>
      </w:r>
    </w:p>
    <w:p>
      <w:r>
        <w:br w:type="page"/>
      </w:r>
    </w:p>
    <w:p>
      <w:pPr>
        <w:pStyle w:val="Heading1"/>
      </w:pPr>
      <w:r>
        <w:rPr>
          <w:b w:val="0"/>
        </w:rPr>
        <w:t>Senaryo 5 Sorular</w:t>
      </w:r>
    </w:p>
    <w:p>
      <w:pPr>
        <w:pStyle w:val="Heading2"/>
        <w:keepNext/>
      </w:pPr>
      <w:r>
        <w:rPr>
          <w:b w:val="0"/>
        </w:rPr>
        <w:t>Soru 1</w:t>
      </w:r>
    </w:p>
    <w:p>
      <w:pPr>
        <w:keepNext/>
      </w:pPr>
      <w:r>
        <w:rPr>
          <w:b w:val="0"/>
        </w:rPr>
        <w:t>Çilek üzerindeki küçük akenler uzaklaştırıldığında meyvenin gelişmesi azalıyor. Akenleri alınmış başka bir çileğe oksin uygulanınca gelişme artıyor.</w:t>
      </w:r>
    </w:p>
    <w:p>
      <w:pPr>
        <w:keepNext/>
        <w:keepLines/>
      </w:pPr>
      <w:r>
        <w:rPr>
          <w:b w:val="0"/>
        </w:rPr>
      </w:r>
      <w:r>
        <w:rPr>
          <w:b/>
        </w:rPr>
        <w:t xml:space="preserve">a) </w:t>
      </w:r>
      <w:r>
        <w:t>Bu karşılaştırma oksinin hangi etkisini destekler?</w:t>
      </w:r>
    </w:p>
    <w:p>
      <w:pPr>
        <w:spacing w:after="120"/>
      </w:pPr>
      <w:r>
        <w:rPr>
          <w:b w:val="0"/>
          <w:sz w:val="18"/>
        </w:rPr>
        <w:t>................................................................................................................................</w:t>
      </w:r>
    </w:p>
    <w:p>
      <w:pPr>
        <w:keepNext/>
        <w:keepLines/>
      </w:pPr>
      <w:r>
        <w:rPr>
          <w:b w:val="0"/>
        </w:rPr>
      </w:r>
      <w:r>
        <w:rPr>
          <w:b/>
        </w:rPr>
        <w:t xml:space="preserve">b) </w:t>
      </w:r>
      <w:r>
        <w:t>Oksin verilen örneği yalnız sağlam çilekle değil, akenleri alınmış örnekle de karşılaştırmak neden gereklidir?</w:t>
      </w:r>
    </w:p>
    <w:p>
      <w:pPr>
        <w:spacing w:after="120"/>
      </w:pPr>
      <w:r>
        <w:rPr>
          <w:b w:val="0"/>
          <w:sz w:val="18"/>
        </w:rPr>
        <w:t>................................................................................................................................</w:t>
      </w:r>
    </w:p>
    <w:p>
      <w:pPr>
        <w:pStyle w:val="Heading2"/>
        <w:keepNext/>
      </w:pPr>
      <w:r>
        <w:rPr>
          <w:b w:val="0"/>
        </w:rPr>
        <w:t>Soru 2</w:t>
      </w:r>
    </w:p>
    <w:p>
      <w:pPr>
        <w:keepNext/>
      </w:pPr>
      <w:r>
        <w:rPr>
          <w:b w:val="0"/>
        </w:rPr>
        <w:t>Aynı miktarda oksin uygulanan kök ve gövde parçalarında farklı uzama tepkileri görülüyor.</w:t>
      </w:r>
    </w:p>
    <w:p>
      <w:pPr>
        <w:keepNext/>
        <w:keepLines/>
      </w:pPr>
      <w:r>
        <w:rPr>
          <w:b w:val="0"/>
        </w:rPr>
      </w:r>
      <w:r>
        <w:rPr>
          <w:b/>
        </w:rPr>
        <w:t xml:space="preserve">a) </w:t>
      </w:r>
      <w:r>
        <w:t>Bu gözlemden hormon etkisi ile doku çeşidi arasında nasıl bir ilişki çıkarılır?</w:t>
      </w:r>
    </w:p>
    <w:p>
      <w:pPr>
        <w:spacing w:after="120"/>
      </w:pPr>
      <w:r>
        <w:rPr>
          <w:b w:val="0"/>
          <w:sz w:val="18"/>
        </w:rPr>
        <w:t>................................................................................................................................</w:t>
      </w:r>
    </w:p>
    <w:p>
      <w:pPr>
        <w:keepNext/>
        <w:keepLines/>
      </w:pPr>
      <w:r>
        <w:rPr>
          <w:b w:val="0"/>
        </w:rPr>
      </w:r>
      <w:r>
        <w:rPr>
          <w:b/>
        </w:rPr>
        <w:t xml:space="preserve">b) </w:t>
      </w:r>
      <w:r>
        <w:t>Kökte uygun bulunan hormon miktarı doğrudan her gövde için de en uygun kabul edilebilir mi? Neden?</w:t>
      </w:r>
    </w:p>
    <w:p>
      <w:pPr>
        <w:spacing w:after="120"/>
      </w:pPr>
      <w:r>
        <w:rPr>
          <w:b w:val="0"/>
          <w:sz w:val="18"/>
        </w:rPr>
        <w:t>................................................................................................................................</w:t>
      </w:r>
    </w:p>
    <w:p>
      <w:pPr>
        <w:pStyle w:val="Heading2"/>
        <w:keepNext/>
      </w:pPr>
      <w:r>
        <w:rPr>
          <w:b w:val="0"/>
        </w:rPr>
        <w:t>Soru 3</w:t>
      </w:r>
    </w:p>
    <w:p>
      <w:pPr>
        <w:keepNext/>
      </w:pPr>
      <w:r>
        <w:rPr>
          <w:b w:val="0"/>
        </w:rPr>
        <w:t>A bitkisinin yaprağı dokunulunca kapanıyor; dokunma yönü sonucu değiştirmiyor. B bitkisinin gövdesi, ışık kaynağı nereye konulursa o yöne kıvrılarak büyüyor.</w:t>
      </w:r>
    </w:p>
    <w:p>
      <w:pPr>
        <w:keepNext/>
        <w:keepLines/>
      </w:pPr>
      <w:r>
        <w:rPr>
          <w:b w:val="0"/>
        </w:rPr>
      </w:r>
      <w:r>
        <w:rPr>
          <w:b/>
        </w:rPr>
        <w:t xml:space="preserve">a) </w:t>
      </w:r>
      <w:r>
        <w:t>A ve B hareketlerini sınıflandırınız.</w:t>
      </w:r>
    </w:p>
    <w:p>
      <w:pPr>
        <w:spacing w:after="120"/>
      </w:pPr>
      <w:r>
        <w:rPr>
          <w:b w:val="0"/>
          <w:sz w:val="18"/>
        </w:rPr>
        <w:t>................................................................................................................................</w:t>
      </w:r>
    </w:p>
    <w:p>
      <w:pPr>
        <w:keepNext/>
        <w:keepLines/>
      </w:pPr>
      <w:r>
        <w:rPr>
          <w:b w:val="0"/>
        </w:rPr>
      </w:r>
      <w:r>
        <w:rPr>
          <w:b/>
        </w:rPr>
        <w:t xml:space="preserve">b) </w:t>
      </w:r>
      <w:r>
        <w:t>Bu sınıflandırmada hangi ölçütü kullandınız?</w:t>
      </w:r>
    </w:p>
    <w:p>
      <w:pPr>
        <w:spacing w:after="120"/>
      </w:pPr>
      <w:r>
        <w:rPr>
          <w:b w:val="0"/>
          <w:sz w:val="18"/>
        </w:rPr>
        <w:t>................................................................................................................................</w:t>
      </w:r>
    </w:p>
    <w:p>
      <w:r>
        <w:br w:type="page"/>
      </w:r>
    </w:p>
    <w:p>
      <w:pPr>
        <w:pStyle w:val="Heading1"/>
      </w:pPr>
      <w:r>
        <w:rPr>
          <w:b w:val="0"/>
        </w:rPr>
        <w:t>Senaryo 5 Sorular</w:t>
      </w:r>
    </w:p>
    <w:p>
      <w:pPr>
        <w:pStyle w:val="Heading2"/>
        <w:keepNext/>
      </w:pPr>
      <w:r>
        <w:rPr>
          <w:b w:val="0"/>
        </w:rPr>
        <w:t>Soru 4</w:t>
      </w:r>
    </w:p>
    <w:p>
      <w:pPr>
        <w:keepNext/>
      </w:pPr>
      <w:r>
        <w:rPr>
          <w:b w:val="0"/>
        </w:rPr>
        <w:t>Bir kök, zararlı bir kimyasalın yoğun olduğu bölgeden uzaklaşacak yönde büyüyor. Başka bir kök suyun daha fazla olduğu yöne büyüyor.</w:t>
      </w:r>
    </w:p>
    <w:p>
      <w:pPr>
        <w:keepNext/>
        <w:keepLines/>
      </w:pPr>
      <w:r>
        <w:rPr>
          <w:b w:val="0"/>
        </w:rPr>
      </w:r>
      <w:r>
        <w:rPr>
          <w:b/>
        </w:rPr>
        <w:t xml:space="preserve">a) </w:t>
      </w:r>
      <w:r>
        <w:t>İki hareketi uyaranları ve yönleri bakımından adlandırınız.</w:t>
      </w:r>
    </w:p>
    <w:p>
      <w:pPr>
        <w:spacing w:after="120"/>
      </w:pPr>
      <w:r>
        <w:rPr>
          <w:b w:val="0"/>
          <w:sz w:val="18"/>
        </w:rPr>
        <w:t>................................................................................................................................</w:t>
      </w:r>
    </w:p>
    <w:p>
      <w:pPr>
        <w:keepNext/>
        <w:keepLines/>
      </w:pPr>
      <w:r>
        <w:rPr>
          <w:b w:val="0"/>
        </w:rPr>
      </w:r>
      <w:r>
        <w:rPr>
          <w:b/>
        </w:rPr>
        <w:t xml:space="preserve">b) </w:t>
      </w:r>
      <w:r>
        <w:t>Her iki hareketin ortak olarak tropizma sayılmasının nedeni nedir?</w:t>
      </w:r>
    </w:p>
    <w:p>
      <w:pPr>
        <w:spacing w:after="120"/>
      </w:pPr>
      <w:r>
        <w:rPr>
          <w:b w:val="0"/>
          <w:sz w:val="18"/>
        </w:rPr>
        <w:t>................................................................................................................................</w:t>
      </w:r>
    </w:p>
    <w:p>
      <w:pPr>
        <w:pStyle w:val="Heading2"/>
        <w:keepNext/>
      </w:pPr>
      <w:r>
        <w:rPr>
          <w:b w:val="0"/>
        </w:rPr>
        <w:t>Soru 5</w:t>
      </w:r>
    </w:p>
    <w:p>
      <w:pPr>
        <w:keepNext/>
      </w:pPr>
      <w:r>
        <w:rPr>
          <w:b w:val="0"/>
        </w:rPr>
        <w:t>Bir öğrenci soldan ışık alan fidelerin sola kıvrıldığını gözlüyor. Ardından yeni bir fide grubunu aynı koşullarda bu kez sağdan aydınlatıyor.</w:t>
      </w:r>
    </w:p>
    <w:p>
      <w:pPr>
        <w:keepNext/>
        <w:keepLines/>
      </w:pPr>
      <w:r>
        <w:rPr>
          <w:b w:val="0"/>
        </w:rPr>
      </w:r>
      <w:r>
        <w:rPr>
          <w:b/>
        </w:rPr>
        <w:t xml:space="preserve">a) </w:t>
      </w:r>
      <w:r>
        <w:t>İkinci grubun kurulmasının araştırmaya katkısı nedir?</w:t>
      </w:r>
    </w:p>
    <w:p>
      <w:pPr>
        <w:spacing w:after="120"/>
      </w:pPr>
      <w:r>
        <w:rPr>
          <w:b w:val="0"/>
          <w:sz w:val="18"/>
        </w:rPr>
        <w:t>................................................................................................................................</w:t>
      </w:r>
    </w:p>
    <w:p>
      <w:pPr>
        <w:keepNext/>
        <w:keepLines/>
      </w:pPr>
      <w:r>
        <w:rPr>
          <w:b w:val="0"/>
        </w:rPr>
      </w:r>
      <w:r>
        <w:rPr>
          <w:b/>
        </w:rPr>
        <w:t xml:space="preserve">b) </w:t>
      </w:r>
      <w:r>
        <w:t>Fototropizma varsa ikinci grupta beklenen sonuç nedir?</w:t>
      </w:r>
    </w:p>
    <w:p>
      <w:pPr>
        <w:spacing w:after="120"/>
      </w:pPr>
      <w:r>
        <w:rPr>
          <w:b w:val="0"/>
          <w:sz w:val="18"/>
        </w:rPr>
        <w:t>................................................................................................................................</w:t>
      </w:r>
    </w:p>
    <w:p>
      <w:pPr>
        <w:keepNext/>
        <w:keepLines/>
      </w:pPr>
      <w:r>
        <w:rPr>
          <w:b w:val="0"/>
        </w:rPr>
      </w:r>
      <w:r>
        <w:rPr>
          <w:b/>
        </w:rPr>
        <w:t xml:space="preserve">c) </w:t>
      </w:r>
      <w:r>
        <w:t>İki grubun sonuçları karşılaştırılırken gözlem süresi neden aynı olmalıdır?</w:t>
      </w:r>
    </w:p>
    <w:p>
      <w:pPr>
        <w:spacing w:after="120"/>
      </w:pPr>
      <w:r>
        <w:rPr>
          <w:b w:val="0"/>
          <w:sz w:val="18"/>
        </w:rPr>
        <w:t>................................................................................................................................</w:t>
      </w:r>
    </w:p>
    <w:p>
      <w:pPr>
        <w:pStyle w:val="Heading2"/>
        <w:keepNext/>
      </w:pPr>
      <w:r>
        <w:rPr>
          <w:b w:val="0"/>
        </w:rPr>
        <w:t>Soru 6</w:t>
      </w:r>
    </w:p>
    <w:p>
      <w:pPr>
        <w:keepNext/>
      </w:pPr>
      <w:r>
        <w:rPr>
          <w:b w:val="0"/>
        </w:rPr>
        <w:t>Dildeki tat reseptörleri çözünmüş besin maddeleriyle, burundaki koku reseptörleri ise koku molekülleriyle uyarılıyor.</w:t>
      </w:r>
    </w:p>
    <w:p>
      <w:pPr>
        <w:keepNext/>
        <w:keepLines/>
      </w:pPr>
      <w:r>
        <w:rPr>
          <w:b w:val="0"/>
        </w:rPr>
      </w:r>
      <w:r>
        <w:rPr>
          <w:b/>
        </w:rPr>
        <w:t xml:space="preserve">a) </w:t>
      </w:r>
      <w:r>
        <w:t>Bu iki reseptörün aynı ana grupta olmasının nedeni nedir? Grubun adını yazınız.</w:t>
      </w:r>
    </w:p>
    <w:p>
      <w:pPr>
        <w:spacing w:after="120"/>
      </w:pPr>
      <w:r>
        <w:rPr>
          <w:b w:val="0"/>
          <w:sz w:val="18"/>
        </w:rPr>
        <w:t>................................................................................................................................</w:t>
      </w:r>
    </w:p>
    <w:p>
      <w:pPr>
        <w:keepNext/>
        <w:keepLines/>
      </w:pPr>
      <w:r>
        <w:rPr>
          <w:b w:val="0"/>
        </w:rPr>
      </w:r>
      <w:r>
        <w:rPr>
          <w:b/>
        </w:rPr>
        <w:t xml:space="preserve">b) </w:t>
      </w:r>
      <w:r>
        <w:t>Aynı grupta olmaları aynı duyu organında bulundukları anlamına gelir mi? Açıklayınız.</w:t>
      </w:r>
    </w:p>
    <w:p>
      <w:pPr>
        <w:spacing w:after="120"/>
      </w:pPr>
      <w:r>
        <w:rPr>
          <w:b w:val="0"/>
          <w:sz w:val="18"/>
        </w:rPr>
        <w:t>................................................................................................................................</w:t>
      </w:r>
    </w:p>
    <w:p>
      <w:r>
        <w:br w:type="page"/>
      </w:r>
    </w:p>
    <w:p>
      <w:pPr>
        <w:pStyle w:val="Heading1"/>
      </w:pPr>
      <w:r>
        <w:rPr>
          <w:b w:val="0"/>
        </w:rPr>
        <w:t>Senaryo 5 Sorular</w:t>
      </w:r>
    </w:p>
    <w:p>
      <w:pPr>
        <w:pStyle w:val="Heading2"/>
        <w:keepNext/>
      </w:pPr>
      <w:r>
        <w:rPr>
          <w:b w:val="0"/>
        </w:rPr>
        <w:t>Soru 7</w:t>
      </w:r>
    </w:p>
    <w:p>
      <w:pPr>
        <w:keepNext/>
      </w:pPr>
      <w:r>
        <w:rPr>
          <w:b w:val="0"/>
        </w:rPr>
        <w:t>Bir tabloda üç reseptörün algıladığı uyaranlar K: ışık, L: sıcaklık değişimi, M: basınç olarak verilmiştir.</w:t>
      </w:r>
    </w:p>
    <w:p>
      <w:pPr>
        <w:keepNext/>
        <w:keepLines/>
      </w:pPr>
      <w:r>
        <w:rPr>
          <w:b w:val="0"/>
        </w:rPr>
      </w:r>
      <w:r>
        <w:rPr>
          <w:b/>
        </w:rPr>
        <w:t xml:space="preserve">a) </w:t>
      </w:r>
      <w:r>
        <w:t>K, L ve M’nin reseptör çeşitlerini yazınız.</w:t>
      </w:r>
    </w:p>
    <w:p>
      <w:pPr>
        <w:spacing w:after="120"/>
      </w:pPr>
      <w:r>
        <w:rPr>
          <w:b w:val="0"/>
          <w:sz w:val="18"/>
        </w:rPr>
        <w:t>................................................................................................................................</w:t>
      </w:r>
    </w:p>
    <w:p>
      <w:pPr>
        <w:keepNext/>
        <w:keepLines/>
      </w:pPr>
      <w:r>
        <w:rPr>
          <w:b w:val="0"/>
        </w:rPr>
      </w:r>
      <w:r>
        <w:rPr>
          <w:b/>
        </w:rPr>
        <w:t xml:space="preserve">b) </w:t>
      </w:r>
      <w:r>
        <w:t>K’nın ve M’nin bulunabileceği birer duyu organı örneği veriniz.</w:t>
      </w:r>
    </w:p>
    <w:p>
      <w:pPr>
        <w:spacing w:after="120"/>
      </w:pPr>
      <w:r>
        <w:rPr>
          <w:b w:val="0"/>
          <w:sz w:val="18"/>
        </w:rPr>
        <w:t>................................................................................................................................</w:t>
      </w:r>
    </w:p>
    <w:p>
      <w:r>
        <w:br w:type="page"/>
      </w:r>
    </w:p>
    <w:p>
      <w:pPr>
        <w:pStyle w:val="Heading1"/>
      </w:pPr>
      <w:r>
        <w:rPr>
          <w:b w:val="0"/>
        </w:rPr>
        <w:t>Senaryo 5 Cevap Anahtarı</w:t>
      </w:r>
    </w:p>
    <w:p>
      <w:pPr>
        <w:pStyle w:val="Heading2"/>
        <w:spacing w:before="120"/>
      </w:pPr>
      <w:r>
        <w:rPr>
          <w:b w:val="0"/>
        </w:rPr>
        <w:t>Soru 1</w:t>
      </w:r>
    </w:p>
    <w:p>
      <w:pPr>
        <w:keepLines/>
      </w:pPr>
      <w:r>
        <w:rPr>
          <w:b w:val="0"/>
        </w:rPr>
      </w:r>
      <w:r>
        <w:rPr>
          <w:b/>
        </w:rPr>
        <w:t xml:space="preserve">a) </w:t>
      </w:r>
      <w:r>
        <w:t>Çilekte meyve gelişmesini destekleyen etkisini gösterir.</w:t>
      </w:r>
    </w:p>
    <w:p>
      <w:pPr>
        <w:keepLines/>
      </w:pPr>
      <w:r>
        <w:rPr>
          <w:b w:val="0"/>
        </w:rPr>
      </w:r>
      <w:r>
        <w:rPr>
          <w:b/>
        </w:rPr>
        <w:t xml:space="preserve">b) </w:t>
      </w:r>
      <w:r>
        <w:t>Akenlerin alınmasının etkisiyle oksin uygulanmasının etkisini ayırt etmeyi sağlar.</w:t>
      </w:r>
    </w:p>
    <w:p>
      <w:pPr>
        <w:pStyle w:val="Heading2"/>
        <w:spacing w:before="120"/>
      </w:pPr>
      <w:r>
        <w:rPr>
          <w:b w:val="0"/>
        </w:rPr>
        <w:t>Soru 2</w:t>
      </w:r>
    </w:p>
    <w:p>
      <w:pPr>
        <w:keepLines/>
      </w:pPr>
      <w:r>
        <w:rPr>
          <w:b w:val="0"/>
        </w:rPr>
      </w:r>
      <w:r>
        <w:rPr>
          <w:b/>
        </w:rPr>
        <w:t xml:space="preserve">a) </w:t>
      </w:r>
      <w:r>
        <w:t>Aynı hormonun etkisi dokuya göre değişebilir; kök ve gövdenin duyarlılıkları aynı olmak zorunda değildir.</w:t>
      </w:r>
    </w:p>
    <w:p>
      <w:pPr>
        <w:keepLines/>
      </w:pPr>
      <w:r>
        <w:rPr>
          <w:b w:val="0"/>
        </w:rPr>
      </w:r>
      <w:r>
        <w:rPr>
          <w:b/>
        </w:rPr>
        <w:t xml:space="preserve">b) </w:t>
      </w:r>
      <w:r>
        <w:t>Edilemez. Her doku için farklı miktarlar denenerek etkiler karşılaştırılmalıdır.</w:t>
      </w:r>
    </w:p>
    <w:p>
      <w:pPr>
        <w:pStyle w:val="Heading2"/>
        <w:spacing w:before="120"/>
      </w:pPr>
      <w:r>
        <w:rPr>
          <w:b w:val="0"/>
        </w:rPr>
        <w:t>Soru 3</w:t>
      </w:r>
    </w:p>
    <w:p>
      <w:pPr>
        <w:keepLines/>
      </w:pPr>
      <w:r>
        <w:rPr>
          <w:b w:val="0"/>
        </w:rPr>
      </w:r>
      <w:r>
        <w:rPr>
          <w:b/>
        </w:rPr>
        <w:t xml:space="preserve">a) </w:t>
      </w:r>
      <w:r>
        <w:t>A nasti, B tropizma hareketidir. B’de pozitif fototropizma vardır.</w:t>
      </w:r>
    </w:p>
    <w:p>
      <w:pPr>
        <w:keepLines/>
      </w:pPr>
      <w:r>
        <w:rPr>
          <w:b w:val="0"/>
        </w:rPr>
      </w:r>
      <w:r>
        <w:rPr>
          <w:b/>
        </w:rPr>
        <w:t xml:space="preserve">b) </w:t>
      </w:r>
      <w:r>
        <w:t>Hareket yönünün uyaranın yönüne bağlı olup olmadığını kullandım. B’de bağlı, A’da bağımsızdır.</w:t>
      </w:r>
    </w:p>
    <w:p>
      <w:pPr>
        <w:pStyle w:val="Heading2"/>
        <w:spacing w:before="120"/>
      </w:pPr>
      <w:r>
        <w:rPr>
          <w:b w:val="0"/>
        </w:rPr>
        <w:t>Soru 4</w:t>
      </w:r>
    </w:p>
    <w:p>
      <w:pPr>
        <w:keepLines/>
      </w:pPr>
      <w:r>
        <w:rPr>
          <w:b w:val="0"/>
        </w:rPr>
      </w:r>
      <w:r>
        <w:rPr>
          <w:b/>
        </w:rPr>
        <w:t xml:space="preserve">a) </w:t>
      </w:r>
      <w:r>
        <w:t>İlki negatif kemotropizma, ikincisi pozitif hidrotropizmadır.</w:t>
      </w:r>
    </w:p>
    <w:p>
      <w:pPr>
        <w:keepLines/>
      </w:pPr>
      <w:r>
        <w:rPr>
          <w:b w:val="0"/>
        </w:rPr>
      </w:r>
      <w:r>
        <w:rPr>
          <w:b/>
        </w:rPr>
        <w:t xml:space="preserve">b) </w:t>
      </w:r>
      <w:r>
        <w:t>Kökün büyüme yönü, çevresindeki uyaranın yönüne göre değişmektedir.</w:t>
      </w:r>
    </w:p>
    <w:p>
      <w:pPr>
        <w:pStyle w:val="Heading2"/>
        <w:spacing w:before="120"/>
      </w:pPr>
      <w:r>
        <w:rPr>
          <w:b w:val="0"/>
        </w:rPr>
        <w:t>Soru 5</w:t>
      </w:r>
    </w:p>
    <w:p>
      <w:pPr>
        <w:keepLines/>
      </w:pPr>
      <w:r>
        <w:rPr>
          <w:b w:val="0"/>
        </w:rPr>
      </w:r>
      <w:r>
        <w:rPr>
          <w:b/>
        </w:rPr>
        <w:t xml:space="preserve">a) </w:t>
      </w:r>
      <w:r>
        <w:t>Gövde yönelmesinin ışığın konumuyla ilişkili olup olmadığını sınar. Yalnız belirli bir yana büyüme eğilimiyle karıştırmayı azaltır.</w:t>
      </w:r>
    </w:p>
    <w:p>
      <w:pPr>
        <w:keepLines/>
      </w:pPr>
      <w:r>
        <w:rPr>
          <w:b w:val="0"/>
        </w:rPr>
      </w:r>
      <w:r>
        <w:rPr>
          <w:b/>
        </w:rPr>
        <w:t xml:space="preserve">b) </w:t>
      </w:r>
      <w:r>
        <w:t>Gövdenin sağdaki ışığa doğru kıvrılarak büyümesi beklenir.</w:t>
      </w:r>
    </w:p>
    <w:p>
      <w:pPr>
        <w:keepLines/>
      </w:pPr>
      <w:r>
        <w:rPr>
          <w:b w:val="0"/>
        </w:rPr>
      </w:r>
      <w:r>
        <w:rPr>
          <w:b/>
        </w:rPr>
        <w:t xml:space="preserve">c) </w:t>
      </w:r>
      <w:r>
        <w:t>Farklı sürelerdeki büyüme ve kıvrılmaların karşılaştırmayı etkilemesini önlemek için aynı olmalıdır.</w:t>
      </w:r>
    </w:p>
    <w:p>
      <w:pPr>
        <w:pStyle w:val="Heading2"/>
        <w:spacing w:before="120"/>
      </w:pPr>
      <w:r>
        <w:rPr>
          <w:b w:val="0"/>
        </w:rPr>
        <w:t>Soru 6</w:t>
      </w:r>
    </w:p>
    <w:p>
      <w:pPr>
        <w:keepLines/>
      </w:pPr>
      <w:r>
        <w:rPr>
          <w:b w:val="0"/>
        </w:rPr>
      </w:r>
      <w:r>
        <w:rPr>
          <w:b/>
        </w:rPr>
        <w:t xml:space="preserve">a) </w:t>
      </w:r>
      <w:r>
        <w:t>İkisi de kimyasal maddelerle uyarılır; kemoreseptördür.</w:t>
      </w:r>
    </w:p>
    <w:p>
      <w:pPr>
        <w:keepLines/>
      </w:pPr>
      <w:r>
        <w:rPr>
          <w:b w:val="0"/>
        </w:rPr>
      </w:r>
      <w:r>
        <w:rPr>
          <w:b/>
        </w:rPr>
        <w:t xml:space="preserve">b) </w:t>
      </w:r>
      <w:r>
        <w:t>Hayır. Tat reseptörleri dilde, koku reseptörleri burunda bulunur. Sınıflandırma algıladıkları uyaran çeşidine göre yapılır.</w:t>
      </w:r>
    </w:p>
    <w:p>
      <w:pPr>
        <w:pStyle w:val="Heading2"/>
        <w:spacing w:before="120"/>
      </w:pPr>
      <w:r>
        <w:rPr>
          <w:b w:val="0"/>
        </w:rPr>
        <w:t>Soru 7</w:t>
      </w:r>
    </w:p>
    <w:p>
      <w:pPr>
        <w:keepLines/>
      </w:pPr>
      <w:r>
        <w:rPr>
          <w:b w:val="0"/>
        </w:rPr>
      </w:r>
      <w:r>
        <w:rPr>
          <w:b/>
        </w:rPr>
        <w:t xml:space="preserve">a) </w:t>
      </w:r>
      <w:r>
        <w:t>K fotoreseptör, L termoreseptör, M mekanoreseptördür.</w:t>
      </w:r>
    </w:p>
    <w:p>
      <w:pPr>
        <w:keepLines/>
      </w:pPr>
      <w:r>
        <w:rPr>
          <w:b w:val="0"/>
        </w:rPr>
      </w:r>
      <w:r>
        <w:rPr>
          <w:b/>
        </w:rPr>
        <w:t xml:space="preserve">b) </w:t>
      </w:r>
      <w:r>
        <w:t>K gözde retinada bulunur. M deride dokunma veya basınç reseptörü olarak bulunabilir.</w:t>
      </w:r>
    </w:p>
    <w:sectPr w:rsidR="00FC693F" w:rsidRPr="0006063C" w:rsidSect="00034616">
      <w:headerReference w:type="default" r:id="rId9"/>
      <w:footerReference w:type="default" r:id="rId10"/>
      <w:pgSz w:w="11906" w:h="16838"/>
      <w:pgMar w:top="935" w:right="1020" w:bottom="907"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   11. Sınıf Biyoloji   |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Sınıf Biyoloji Ortak Yazılı Çalışma Soruları ve Cevapları</dc:title>
  <dc:subject>2026–2027 Birinci Dönem Birinci Yazılı Çalışma Soruları ve Cevapları</dc:subject>
  <dc:creator>Biyoloji Hikayesi</dc:creator>
  <cp:keywords>11. sınıf, biyoloji, yazılı, sorular, cevap anahtarı</cp:keywords>
  <dc:description/>
  <cp:lastModifiedBy/>
  <cp:revision>1</cp:revision>
  <dcterms:created xsi:type="dcterms:W3CDTF">2013-12-23T23:15:00Z</dcterms:created>
  <dcterms:modified xsi:type="dcterms:W3CDTF">2013-12-23T23:15:00Z</dcterms:modified>
  <cp:category/>
</cp:coreProperties>
</file>