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10 Sınıf Biyoloji Ortak Yazılı Çalışma Soruları ve Cevapları</w:t>
      </w:r>
    </w:p>
    <w:p>
      <w:pPr>
        <w:spacing w:after="180"/>
      </w:pPr>
      <w:r>
        <w:rPr>
          <w:b w:val="0"/>
        </w:rPr>
        <w:t>2026–2027 Eğitim Öğretim Yılı  •  1. Dönem 1. Yazılı</w:t>
      </w:r>
    </w:p>
    <w:p>
      <w:pPr>
        <w:pStyle w:val="Heading1"/>
      </w:pPr>
      <w:r>
        <w:rPr>
          <w:b w:val="0"/>
        </w:rPr>
        <w:t>Senaryo 1 Sorular</w:t>
      </w:r>
    </w:p>
    <w:p>
      <w:pPr>
        <w:pStyle w:val="Heading2"/>
        <w:keepNext/>
      </w:pPr>
      <w:r>
        <w:rPr>
          <w:b w:val="0"/>
        </w:rPr>
        <w:t>Soru 1</w:t>
      </w:r>
    </w:p>
    <w:p>
      <w:pPr>
        <w:keepNext/>
      </w:pPr>
      <w:r>
        <w:rPr>
          <w:b w:val="0"/>
        </w:rPr>
        <w:t>Bir kas hücresi kasılırken, bir bağırsak hücresi ise bazı maddeleri aktif taşımayla alırken ATP kullanır.</w:t>
      </w:r>
    </w:p>
    <w:p>
      <w:pPr>
        <w:keepNext/>
        <w:keepLines/>
      </w:pPr>
      <w:r>
        <w:rPr>
          <w:b w:val="0"/>
        </w:rPr>
      </w:r>
      <w:r>
        <w:rPr>
          <w:b/>
        </w:rPr>
        <w:t xml:space="preserve">a) </w:t>
      </w:r>
      <w:r>
        <w:t>Bu iki olayda ATP’nin ortak görevi nedir?</w:t>
      </w:r>
    </w:p>
    <w:p>
      <w:pPr>
        <w:spacing w:after="120"/>
      </w:pPr>
      <w:r>
        <w:rPr>
          <w:b w:val="0"/>
          <w:sz w:val="18"/>
        </w:rPr>
        <w:t>................................................................................................................................</w:t>
      </w:r>
    </w:p>
    <w:p>
      <w:pPr>
        <w:keepNext/>
        <w:keepLines/>
      </w:pPr>
      <w:r>
        <w:rPr>
          <w:b w:val="0"/>
        </w:rPr>
      </w:r>
      <w:r>
        <w:rPr>
          <w:b/>
        </w:rPr>
        <w:t xml:space="preserve">b) </w:t>
      </w:r>
      <w:r>
        <w:t>ATP’nin yapısındaki baz, şeker ve fosfat sayısını yazınız.</w:t>
      </w:r>
    </w:p>
    <w:p>
      <w:pPr>
        <w:spacing w:after="120"/>
      </w:pPr>
      <w:r>
        <w:rPr>
          <w:b w:val="0"/>
          <w:sz w:val="18"/>
        </w:rPr>
        <w:t>................................................................................................................................</w:t>
      </w:r>
    </w:p>
    <w:p>
      <w:pPr>
        <w:pStyle w:val="Heading2"/>
        <w:keepNext/>
      </w:pPr>
      <w:r>
        <w:rPr>
          <w:b w:val="0"/>
        </w:rPr>
        <w:t>Soru 2</w:t>
      </w:r>
    </w:p>
    <w:p>
      <w:pPr>
        <w:keepNext/>
      </w:pPr>
      <w:r>
        <w:rPr>
          <w:b w:val="0"/>
        </w:rPr>
        <w:t>Bir öğrenci, uyurken hareket etmediği için hücrelerinin enerji kullanmadığını söylüyor.</w:t>
      </w:r>
    </w:p>
    <w:p>
      <w:pPr>
        <w:keepNext/>
        <w:keepLines/>
      </w:pPr>
      <w:r>
        <w:rPr>
          <w:b w:val="0"/>
        </w:rPr>
      </w:r>
      <w:r>
        <w:rPr>
          <w:b/>
        </w:rPr>
        <w:t xml:space="preserve">a) </w:t>
      </w:r>
      <w:r>
        <w:t>Bu görüş doğru mudur? Uyurken süren iki olayla açıklayınız.</w:t>
      </w:r>
    </w:p>
    <w:p>
      <w:pPr>
        <w:spacing w:after="120"/>
      </w:pPr>
      <w:r>
        <w:rPr>
          <w:b w:val="0"/>
          <w:sz w:val="18"/>
        </w:rPr>
        <w:t>................................................................................................................................</w:t>
      </w:r>
    </w:p>
    <w:p>
      <w:pPr>
        <w:keepNext/>
        <w:keepLines/>
      </w:pPr>
      <w:r>
        <w:rPr>
          <w:b w:val="0"/>
        </w:rPr>
      </w:r>
      <w:r>
        <w:rPr>
          <w:b/>
        </w:rPr>
        <w:t xml:space="preserve">b) </w:t>
      </w:r>
      <w:r>
        <w:t>Hücrelerde kullanılan ATP’nin neden yeniden üretilmesi gerekir?</w:t>
      </w:r>
    </w:p>
    <w:p>
      <w:pPr>
        <w:spacing w:after="120"/>
      </w:pPr>
      <w:r>
        <w:rPr>
          <w:b w:val="0"/>
          <w:sz w:val="18"/>
        </w:rPr>
        <w:t>................................................................................................................................</w:t>
      </w:r>
    </w:p>
    <w:p>
      <w:pPr>
        <w:pStyle w:val="Heading2"/>
        <w:keepNext/>
      </w:pPr>
      <w:r>
        <w:rPr>
          <w:b w:val="0"/>
        </w:rPr>
        <w:t>Soru 3</w:t>
      </w:r>
    </w:p>
    <w:p>
      <w:pPr>
        <w:keepNext/>
      </w:pPr>
      <w:r>
        <w:rPr>
          <w:b w:val="0"/>
        </w:rPr>
        <w:t>Başlangıçta nişasta içermediği kontrol edilen bir yaprağın yarısı ışık geçirmeyen bir kapakla örtülüyor. Diğer yarısı ışık alıyor. Gaz alışverişinin etkilenmediği ve diğer koşulların aynı olduğu kabul ediliyor. Birkaç saat sonra nişasta testi ışık alan bölümde pozitif, örtülü bölümde negatif çıkıyor.</w:t>
      </w:r>
    </w:p>
    <w:p>
      <w:pPr>
        <w:keepNext/>
        <w:keepLines/>
      </w:pPr>
      <w:r>
        <w:rPr>
          <w:b w:val="0"/>
        </w:rPr>
      </w:r>
      <w:r>
        <w:rPr>
          <w:b/>
        </w:rPr>
        <w:t xml:space="preserve">a) </w:t>
      </w:r>
      <w:r>
        <w:t>Deneyde değiştirilen etken ve araştırılan sonuç nedir?</w:t>
      </w:r>
    </w:p>
    <w:p>
      <w:pPr>
        <w:spacing w:after="120"/>
      </w:pPr>
      <w:r>
        <w:rPr>
          <w:b w:val="0"/>
          <w:sz w:val="18"/>
        </w:rPr>
        <w:t>................................................................................................................................</w:t>
      </w:r>
    </w:p>
    <w:p>
      <w:pPr>
        <w:keepNext/>
        <w:keepLines/>
      </w:pPr>
      <w:r>
        <w:rPr>
          <w:b w:val="0"/>
        </w:rPr>
      </w:r>
      <w:r>
        <w:rPr>
          <w:b/>
        </w:rPr>
        <w:t xml:space="preserve">b) </w:t>
      </w:r>
      <w:r>
        <w:t>Sonuç ışığın fotosentezle besin üretimindeki rolü hakkında ne gösterir?</w:t>
      </w:r>
    </w:p>
    <w:p>
      <w:pPr>
        <w:spacing w:after="120"/>
      </w:pPr>
      <w:r>
        <w:rPr>
          <w:b w:val="0"/>
          <w:sz w:val="18"/>
        </w:rPr>
        <w:t>................................................................................................................................</w:t>
      </w:r>
    </w:p>
    <w:p>
      <w:pPr>
        <w:keepNext/>
        <w:keepLines/>
      </w:pPr>
      <w:r>
        <w:rPr>
          <w:b w:val="0"/>
        </w:rPr>
      </w:r>
      <w:r>
        <w:rPr>
          <w:b/>
        </w:rPr>
        <w:t xml:space="preserve">c) </w:t>
      </w:r>
      <w:r>
        <w:t>Başlangıçta nişasta bulunmadığını kontrol etmek neden önemlidir?</w:t>
      </w:r>
    </w:p>
    <w:p>
      <w:pPr>
        <w:spacing w:after="120"/>
      </w:pPr>
      <w:r>
        <w:rPr>
          <w:b w:val="0"/>
          <w:sz w:val="18"/>
        </w:rPr>
        <w:t>................................................................................................................................</w:t>
      </w:r>
    </w:p>
    <w:p>
      <w:r>
        <w:br w:type="page"/>
      </w:r>
    </w:p>
    <w:p>
      <w:pPr>
        <w:pStyle w:val="Heading1"/>
      </w:pPr>
      <w:r>
        <w:rPr>
          <w:b w:val="0"/>
        </w:rPr>
        <w:t>Senaryo 1 Sorular</w:t>
      </w:r>
    </w:p>
    <w:p>
      <w:pPr>
        <w:pStyle w:val="Heading2"/>
        <w:keepNext/>
      </w:pPr>
      <w:r>
        <w:rPr>
          <w:b w:val="0"/>
        </w:rPr>
        <w:t>Soru 4</w:t>
      </w:r>
    </w:p>
    <w:p>
      <w:pPr>
        <w:keepNext/>
      </w:pPr>
      <w:r>
        <w:rPr>
          <w:b w:val="0"/>
        </w:rPr>
        <w:t>Amip besini hücre içine alıp kofulda parçalar. Bir mantar ise enzimlerini besinin üzerine salgılar ve parçalanan besinleri alır.</w:t>
      </w:r>
    </w:p>
    <w:p>
      <w:pPr>
        <w:keepNext/>
        <w:keepLines/>
      </w:pPr>
      <w:r>
        <w:rPr>
          <w:b w:val="0"/>
        </w:rPr>
      </w:r>
      <w:r>
        <w:rPr>
          <w:b/>
        </w:rPr>
        <w:t xml:space="preserve">a) </w:t>
      </w:r>
      <w:r>
        <w:t>Amip ve mantardaki sindirimi gerçekleştiği yere göre adlandırınız.</w:t>
      </w:r>
    </w:p>
    <w:p>
      <w:pPr>
        <w:spacing w:after="120"/>
      </w:pPr>
      <w:r>
        <w:rPr>
          <w:b w:val="0"/>
          <w:sz w:val="18"/>
        </w:rPr>
        <w:t>................................................................................................................................</w:t>
      </w:r>
    </w:p>
    <w:p>
      <w:pPr>
        <w:keepNext/>
        <w:keepLines/>
      </w:pPr>
      <w:r>
        <w:rPr>
          <w:b w:val="0"/>
        </w:rPr>
      </w:r>
      <w:r>
        <w:rPr>
          <w:b/>
        </w:rPr>
        <w:t xml:space="preserve">b) </w:t>
      </w:r>
      <w:r>
        <w:t>Bu iki sindirimi ayırırken besinin parçalandığı yere mi, canlının büyüklüğüne mi bakılır? Açıklayınız.</w:t>
      </w:r>
    </w:p>
    <w:p>
      <w:pPr>
        <w:spacing w:after="120"/>
      </w:pPr>
      <w:r>
        <w:rPr>
          <w:b w:val="0"/>
          <w:sz w:val="18"/>
        </w:rPr>
        <w:t>................................................................................................................................</w:t>
      </w:r>
    </w:p>
    <w:p>
      <w:pPr>
        <w:pStyle w:val="Heading2"/>
        <w:keepNext/>
      </w:pPr>
      <w:r>
        <w:rPr>
          <w:b w:val="0"/>
        </w:rPr>
        <w:t>Soru 5</w:t>
      </w:r>
    </w:p>
    <w:p>
      <w:pPr>
        <w:keepNext/>
      </w:pPr>
      <w:r>
        <w:rPr>
          <w:b w:val="0"/>
        </w:rPr>
        <w:t>İnekte geniş öğütücü azılar, kedide belirgin sivri köpek dişleri bulunur.</w:t>
      </w:r>
    </w:p>
    <w:p>
      <w:pPr>
        <w:keepNext/>
        <w:keepLines/>
      </w:pPr>
      <w:r>
        <w:rPr>
          <w:b w:val="0"/>
        </w:rPr>
      </w:r>
      <w:r>
        <w:rPr>
          <w:b/>
        </w:rPr>
        <w:t xml:space="preserve">a) </w:t>
      </w:r>
      <w:r>
        <w:t>Bu özellikleri beslenmeleriyle ilişkilendiriniz.</w:t>
      </w:r>
    </w:p>
    <w:p>
      <w:pPr>
        <w:spacing w:after="120"/>
      </w:pPr>
      <w:r>
        <w:rPr>
          <w:b w:val="0"/>
          <w:sz w:val="18"/>
        </w:rPr>
        <w:t>................................................................................................................................</w:t>
      </w:r>
    </w:p>
    <w:p>
      <w:pPr>
        <w:keepNext/>
        <w:keepLines/>
      </w:pPr>
      <w:r>
        <w:rPr>
          <w:b w:val="0"/>
        </w:rPr>
      </w:r>
      <w:r>
        <w:rPr>
          <w:b/>
        </w:rPr>
        <w:t xml:space="preserve">b) </w:t>
      </w:r>
      <w:r>
        <w:t>Bu dişlerle gerçekleşen parçalama mekanik mi, kimyasal mı sindirimdir? Neden?</w:t>
      </w:r>
    </w:p>
    <w:p>
      <w:pPr>
        <w:spacing w:after="120"/>
      </w:pPr>
      <w:r>
        <w:rPr>
          <w:b w:val="0"/>
          <w:sz w:val="18"/>
        </w:rPr>
        <w:t>................................................................................................................................</w:t>
      </w:r>
    </w:p>
    <w:p>
      <w:r>
        <w:br w:type="page"/>
      </w:r>
    </w:p>
    <w:p>
      <w:pPr>
        <w:pStyle w:val="Heading1"/>
      </w:pPr>
      <w:r>
        <w:rPr>
          <w:b w:val="0"/>
        </w:rPr>
        <w:t>Senaryo 1 Cevap Anahtarı</w:t>
      </w:r>
    </w:p>
    <w:p>
      <w:pPr>
        <w:pStyle w:val="Heading2"/>
        <w:spacing w:before="120"/>
      </w:pPr>
      <w:r>
        <w:rPr>
          <w:b w:val="0"/>
        </w:rPr>
        <w:t>Soru 1</w:t>
      </w:r>
    </w:p>
    <w:p>
      <w:pPr>
        <w:keepLines/>
      </w:pPr>
      <w:r>
        <w:rPr>
          <w:b w:val="0"/>
        </w:rPr>
      </w:r>
      <w:r>
        <w:rPr>
          <w:b/>
        </w:rPr>
        <w:t xml:space="preserve">a) </w:t>
      </w:r>
      <w:r>
        <w:t>Enerji gerektiren hücresel olaylara kullanılabilir enerji aktarmaktır.</w:t>
      </w:r>
    </w:p>
    <w:p>
      <w:pPr>
        <w:keepLines/>
      </w:pPr>
      <w:r>
        <w:rPr>
          <w:b w:val="0"/>
        </w:rPr>
      </w:r>
      <w:r>
        <w:rPr>
          <w:b/>
        </w:rPr>
        <w:t xml:space="preserve">b) </w:t>
      </w:r>
      <w:r>
        <w:t>Bazı adenin, şekeri ribozdur; üç fosfat grubu içerir.</w:t>
      </w:r>
    </w:p>
    <w:p>
      <w:pPr>
        <w:pStyle w:val="Heading2"/>
        <w:spacing w:before="120"/>
      </w:pPr>
      <w:r>
        <w:rPr>
          <w:b w:val="0"/>
        </w:rPr>
        <w:t>Soru 2</w:t>
      </w:r>
    </w:p>
    <w:p>
      <w:pPr>
        <w:keepLines/>
      </w:pPr>
      <w:r>
        <w:rPr>
          <w:b w:val="0"/>
        </w:rPr>
      </w:r>
      <w:r>
        <w:rPr>
          <w:b/>
        </w:rPr>
        <w:t xml:space="preserve">a) </w:t>
      </w:r>
      <w:r>
        <w:t>Doğru değildir. Kalbin kasılması, aktif taşıma ve protein sentezi gibi olaylar uyurken de sürer ve ATP kullanılır.</w:t>
      </w:r>
    </w:p>
    <w:p>
      <w:pPr>
        <w:keepLines/>
      </w:pPr>
      <w:r>
        <w:rPr>
          <w:b w:val="0"/>
        </w:rPr>
      </w:r>
      <w:r>
        <w:rPr>
          <w:b/>
        </w:rPr>
        <w:t xml:space="preserve">b) </w:t>
      </w:r>
      <w:r>
        <w:t>ATP sürekli tüketilir ve uzun süreli ana enerji deposu değildir. Enerji gerektiren olayların sürmesi için ATP yenilenmelidir.</w:t>
      </w:r>
    </w:p>
    <w:p>
      <w:pPr>
        <w:pStyle w:val="Heading2"/>
        <w:spacing w:before="120"/>
      </w:pPr>
      <w:r>
        <w:rPr>
          <w:b w:val="0"/>
        </w:rPr>
        <w:t>Soru 3</w:t>
      </w:r>
    </w:p>
    <w:p>
      <w:pPr>
        <w:keepLines/>
      </w:pPr>
      <w:r>
        <w:rPr>
          <w:b w:val="0"/>
        </w:rPr>
      </w:r>
      <w:r>
        <w:rPr>
          <w:b/>
        </w:rPr>
        <w:t xml:space="preserve">a) </w:t>
      </w:r>
      <w:r>
        <w:t>Değiştirilen etken ışık alıp almamadır. Araştırılan sonuç yaprakta nişasta oluşmasıdır.</w:t>
      </w:r>
    </w:p>
    <w:p>
      <w:pPr>
        <w:keepLines/>
      </w:pPr>
      <w:r>
        <w:rPr>
          <w:b w:val="0"/>
        </w:rPr>
      </w:r>
      <w:r>
        <w:rPr>
          <w:b/>
        </w:rPr>
        <w:t xml:space="preserve">b) </w:t>
      </w:r>
      <w:r>
        <w:t>Bu koşullarda ışık alan bölümde fotosentez ürünlerinin nişasta olarak biriktiğini, ışık almayan bölümde bu birikimin görülmediğini gösterir.</w:t>
      </w:r>
    </w:p>
    <w:p>
      <w:pPr>
        <w:keepLines/>
      </w:pPr>
      <w:r>
        <w:rPr>
          <w:b w:val="0"/>
        </w:rPr>
      </w:r>
      <w:r>
        <w:rPr>
          <w:b/>
        </w:rPr>
        <w:t xml:space="preserve">c) </w:t>
      </w:r>
      <w:r>
        <w:t>Testte görülen nişastanın önceden depolanmış nişasta olmasını önlemek için önemlidir.</w:t>
      </w:r>
    </w:p>
    <w:p>
      <w:pPr>
        <w:pStyle w:val="Heading2"/>
        <w:spacing w:before="120"/>
      </w:pPr>
      <w:r>
        <w:rPr>
          <w:b w:val="0"/>
        </w:rPr>
        <w:t>Soru 4</w:t>
      </w:r>
    </w:p>
    <w:p>
      <w:pPr>
        <w:keepLines/>
      </w:pPr>
      <w:r>
        <w:rPr>
          <w:b w:val="0"/>
        </w:rPr>
      </w:r>
      <w:r>
        <w:rPr>
          <w:b/>
        </w:rPr>
        <w:t xml:space="preserve">a) </w:t>
      </w:r>
      <w:r>
        <w:t>Amipte hücre içi, mantarda hücre dışı sindirim gerçekleşir.</w:t>
      </w:r>
    </w:p>
    <w:p>
      <w:pPr>
        <w:keepLines/>
      </w:pPr>
      <w:r>
        <w:rPr>
          <w:b w:val="0"/>
        </w:rPr>
      </w:r>
      <w:r>
        <w:rPr>
          <w:b/>
        </w:rPr>
        <w:t xml:space="preserve">b) </w:t>
      </w:r>
      <w:r>
        <w:t>Besinin enzimlerle hücrenin içinde mi dışında mı parçalandığına bakılır. Canlının büyüklüğü bu sınıflandırmanın ölçütü değildir.</w:t>
      </w:r>
    </w:p>
    <w:p>
      <w:pPr>
        <w:pStyle w:val="Heading2"/>
        <w:spacing w:before="120"/>
      </w:pPr>
      <w:r>
        <w:rPr>
          <w:b w:val="0"/>
        </w:rPr>
        <w:t>Soru 5</w:t>
      </w:r>
    </w:p>
    <w:p>
      <w:pPr>
        <w:keepLines/>
      </w:pPr>
      <w:r>
        <w:rPr>
          <w:b w:val="0"/>
        </w:rPr>
      </w:r>
      <w:r>
        <w:rPr>
          <w:b/>
        </w:rPr>
        <w:t xml:space="preserve">a) </w:t>
      </w:r>
      <w:r>
        <w:t>İnek otçuldur; geniş azılar bitkisel besinleri öğütmeye uygundur. Kedi etçildir; sivri köpek dişleri besini yakalama ve parçalamaya yardımcı olur.</w:t>
      </w:r>
    </w:p>
    <w:p>
      <w:pPr>
        <w:keepLines/>
      </w:pPr>
      <w:r>
        <w:rPr>
          <w:b w:val="0"/>
        </w:rPr>
      </w:r>
      <w:r>
        <w:rPr>
          <w:b/>
        </w:rPr>
        <w:t xml:space="preserve">b) </w:t>
      </w:r>
      <w:r>
        <w:t>Mekanik sindirimdir. Besin parçaları küçülür; bu işlem tek başına büyük besin moleküllerini enzimlerle yapı birimlerine ayırmaz.</w:t>
      </w:r>
    </w:p>
    <w:p>
      <w:r>
        <w:br w:type="page"/>
      </w:r>
    </w:p>
    <w:p>
      <w:pPr>
        <w:pStyle w:val="Heading1"/>
      </w:pPr>
      <w:r>
        <w:rPr>
          <w:b w:val="0"/>
        </w:rPr>
        <w:t>Senaryo 2 Sorular</w:t>
      </w:r>
    </w:p>
    <w:p>
      <w:pPr>
        <w:pStyle w:val="Heading2"/>
        <w:keepNext/>
      </w:pPr>
      <w:r>
        <w:rPr>
          <w:b w:val="0"/>
        </w:rPr>
        <w:t>Soru 1</w:t>
      </w:r>
    </w:p>
    <w:p>
      <w:pPr>
        <w:keepNext/>
      </w:pPr>
      <w:r>
        <w:rPr>
          <w:b w:val="0"/>
        </w:rPr>
        <w:t>Bir hücrede başlangıçta 80 birim ATP vardır. Bir dakika içinde 50 birim ATP üretilir, 65 birim ATP kullanılır.</w:t>
      </w:r>
    </w:p>
    <w:p>
      <w:pPr>
        <w:keepNext/>
        <w:keepLines/>
      </w:pPr>
      <w:r>
        <w:rPr>
          <w:b w:val="0"/>
        </w:rPr>
      </w:r>
      <w:r>
        <w:rPr>
          <w:b/>
        </w:rPr>
        <w:t xml:space="preserve">a) </w:t>
      </w:r>
      <w:r>
        <w:t>Bir dakika sonunda kaç birim ATP kalır? İşlemi yazınız.</w:t>
      </w:r>
    </w:p>
    <w:p>
      <w:pPr>
        <w:spacing w:after="120"/>
      </w:pPr>
      <w:r>
        <w:rPr>
          <w:b w:val="0"/>
          <w:sz w:val="18"/>
        </w:rPr>
        <w:t>................................................................................................................................</w:t>
      </w:r>
    </w:p>
    <w:p>
      <w:pPr>
        <w:keepNext/>
        <w:keepLines/>
      </w:pPr>
      <w:r>
        <w:rPr>
          <w:b w:val="0"/>
        </w:rPr>
      </w:r>
      <w:r>
        <w:rPr>
          <w:b/>
        </w:rPr>
        <w:t xml:space="preserve">b) </w:t>
      </w:r>
      <w:r>
        <w:t>ATP miktarının azalmaması için üretim, tüketimle nasıl bir ilişki içinde olmalıdır?</w:t>
      </w:r>
    </w:p>
    <w:p>
      <w:pPr>
        <w:spacing w:after="120"/>
      </w:pPr>
      <w:r>
        <w:rPr>
          <w:b w:val="0"/>
          <w:sz w:val="18"/>
        </w:rPr>
        <w:t>................................................................................................................................</w:t>
      </w:r>
    </w:p>
    <w:p>
      <w:pPr>
        <w:pStyle w:val="Heading2"/>
        <w:keepNext/>
      </w:pPr>
      <w:r>
        <w:rPr>
          <w:b w:val="0"/>
        </w:rPr>
        <w:t>Soru 2</w:t>
      </w:r>
    </w:p>
    <w:p>
      <w:pPr>
        <w:keepNext/>
      </w:pPr>
      <w:r>
        <w:rPr>
          <w:b w:val="0"/>
        </w:rPr>
        <w:t>Bir hücre, içindeki bir mineralin miktarı dışarıdakinden fazla olmasına rağmen bu minerali içeri almaya devam ediyor. Bu olayda ATP kullanan bir taşıyıcı protein görev yapıyor.</w:t>
      </w:r>
    </w:p>
    <w:p>
      <w:pPr>
        <w:keepNext/>
        <w:keepLines/>
      </w:pPr>
      <w:r>
        <w:rPr>
          <w:b w:val="0"/>
        </w:rPr>
      </w:r>
      <w:r>
        <w:rPr>
          <w:b/>
        </w:rPr>
        <w:t xml:space="preserve">a) </w:t>
      </w:r>
      <w:r>
        <w:t>Mineralin bu yönde taşınması neden enerji gerektirir?</w:t>
      </w:r>
    </w:p>
    <w:p>
      <w:pPr>
        <w:spacing w:after="120"/>
      </w:pPr>
      <w:r>
        <w:rPr>
          <w:b w:val="0"/>
          <w:sz w:val="18"/>
        </w:rPr>
        <w:t>................................................................................................................................</w:t>
      </w:r>
    </w:p>
    <w:p>
      <w:pPr>
        <w:keepNext/>
        <w:keepLines/>
      </w:pPr>
      <w:r>
        <w:rPr>
          <w:b w:val="0"/>
        </w:rPr>
      </w:r>
      <w:r>
        <w:rPr>
          <w:b/>
        </w:rPr>
        <w:t xml:space="preserve">b) </w:t>
      </w:r>
      <w:r>
        <w:t>ATP üretimi durup eldeki ATP tükenirse bu taşıma nasıl etkilenir?</w:t>
      </w:r>
    </w:p>
    <w:p>
      <w:pPr>
        <w:spacing w:after="120"/>
      </w:pPr>
      <w:r>
        <w:rPr>
          <w:b w:val="0"/>
          <w:sz w:val="18"/>
        </w:rPr>
        <w:t>................................................................................................................................</w:t>
      </w:r>
    </w:p>
    <w:p>
      <w:pPr>
        <w:pStyle w:val="Heading2"/>
        <w:keepNext/>
      </w:pPr>
      <w:r>
        <w:rPr>
          <w:b w:val="0"/>
        </w:rPr>
        <w:t>Soru 3</w:t>
      </w:r>
    </w:p>
    <w:p>
      <w:pPr>
        <w:keepNext/>
      </w:pPr>
      <w:r>
        <w:rPr>
          <w:b w:val="0"/>
        </w:rPr>
        <w:t>Bir kas hücresinde ATP, ADP ve inorganik fosfata dönüşerek kullanılıyor. Daha sonra ADP ve fosfat yeniden ATP yapımında kullanılıyor.</w:t>
      </w:r>
    </w:p>
    <w:p>
      <w:pPr>
        <w:keepNext/>
        <w:keepLines/>
      </w:pPr>
      <w:r>
        <w:rPr>
          <w:b w:val="0"/>
        </w:rPr>
      </w:r>
      <w:r>
        <w:rPr>
          <w:b/>
        </w:rPr>
        <w:t xml:space="preserve">a) </w:t>
      </w:r>
      <w:r>
        <w:t>ADP’den yeniden ATP oluşurken enerji alınır mı, açığa mı çıkar?</w:t>
      </w:r>
    </w:p>
    <w:p>
      <w:pPr>
        <w:spacing w:after="120"/>
      </w:pPr>
      <w:r>
        <w:rPr>
          <w:b w:val="0"/>
          <w:sz w:val="18"/>
        </w:rPr>
        <w:t>................................................................................................................................</w:t>
      </w:r>
    </w:p>
    <w:p>
      <w:pPr>
        <w:keepNext/>
        <w:keepLines/>
      </w:pPr>
      <w:r>
        <w:rPr>
          <w:b w:val="0"/>
        </w:rPr>
      </w:r>
      <w:r>
        <w:rPr>
          <w:b/>
        </w:rPr>
        <w:t xml:space="preserve">b) </w:t>
      </w:r>
      <w:r>
        <w:t>ATP’nin tekrar tekrar üretilmesi hücreye ne sağlar?</w:t>
      </w:r>
    </w:p>
    <w:p>
      <w:pPr>
        <w:spacing w:after="120"/>
      </w:pPr>
      <w:r>
        <w:rPr>
          <w:b w:val="0"/>
          <w:sz w:val="18"/>
        </w:rPr>
        <w:t>................................................................................................................................</w:t>
      </w:r>
    </w:p>
    <w:p>
      <w:r>
        <w:br w:type="page"/>
      </w:r>
    </w:p>
    <w:p>
      <w:pPr>
        <w:pStyle w:val="Heading1"/>
      </w:pPr>
      <w:r>
        <w:rPr>
          <w:b w:val="0"/>
        </w:rPr>
        <w:t>Senaryo 2 Sorular</w:t>
      </w:r>
    </w:p>
    <w:p>
      <w:pPr>
        <w:pStyle w:val="Heading2"/>
        <w:keepNext/>
      </w:pPr>
      <w:r>
        <w:rPr>
          <w:b w:val="0"/>
        </w:rPr>
        <w:t>Soru 4</w:t>
      </w:r>
    </w:p>
    <w:p>
      <w:pPr>
        <w:keepNext/>
      </w:pPr>
      <w:r>
        <w:rPr>
          <w:b w:val="0"/>
        </w:rPr>
        <w:t>Benzer iki bitkinin başlangıçta yapraklarında nişasta bulunmadığı doğrulanıyor. Biri normal havada, diğeri karbondioksitin uzaklaştırıldığı ortamda ışıkta bekletiliyor. Su, sıcaklık ve ışık aynıdır. Normal havadaki yaprakta nişasta oluşurken diğerinde oluşmuyor.</w:t>
      </w:r>
    </w:p>
    <w:p>
      <w:pPr>
        <w:keepNext/>
        <w:keepLines/>
      </w:pPr>
      <w:r>
        <w:rPr>
          <w:b w:val="0"/>
        </w:rPr>
      </w:r>
      <w:r>
        <w:rPr>
          <w:b/>
        </w:rPr>
        <w:t xml:space="preserve">a) </w:t>
      </w:r>
      <w:r>
        <w:t>Deney hangi maddenin fotosentezdeki rolünü araştırır?</w:t>
      </w:r>
    </w:p>
    <w:p>
      <w:pPr>
        <w:spacing w:after="120"/>
      </w:pPr>
      <w:r>
        <w:rPr>
          <w:b w:val="0"/>
          <w:sz w:val="18"/>
        </w:rPr>
        <w:t>................................................................................................................................</w:t>
      </w:r>
    </w:p>
    <w:p>
      <w:pPr>
        <w:keepNext/>
        <w:keepLines/>
      </w:pPr>
      <w:r>
        <w:rPr>
          <w:b w:val="0"/>
        </w:rPr>
      </w:r>
      <w:r>
        <w:rPr>
          <w:b/>
        </w:rPr>
        <w:t xml:space="preserve">b) </w:t>
      </w:r>
      <w:r>
        <w:t>İki ortamın ışık ve sıcaklığının aynı tutulması neden gereklidir?</w:t>
      </w:r>
    </w:p>
    <w:p>
      <w:pPr>
        <w:spacing w:after="120"/>
      </w:pPr>
      <w:r>
        <w:rPr>
          <w:b w:val="0"/>
          <w:sz w:val="18"/>
        </w:rPr>
        <w:t>................................................................................................................................</w:t>
      </w:r>
    </w:p>
    <w:p>
      <w:pPr>
        <w:keepNext/>
        <w:keepLines/>
      </w:pPr>
      <w:r>
        <w:rPr>
          <w:b w:val="0"/>
        </w:rPr>
      </w:r>
      <w:r>
        <w:rPr>
          <w:b/>
        </w:rPr>
        <w:t xml:space="preserve">c) </w:t>
      </w:r>
      <w:r>
        <w:t>Sonuçtan hangi ilişki çıkarılabilir?</w:t>
      </w:r>
    </w:p>
    <w:p>
      <w:pPr>
        <w:spacing w:after="120"/>
      </w:pPr>
      <w:r>
        <w:rPr>
          <w:b w:val="0"/>
          <w:sz w:val="18"/>
        </w:rPr>
        <w:t>................................................................................................................................</w:t>
      </w:r>
    </w:p>
    <w:p>
      <w:pPr>
        <w:pStyle w:val="Heading2"/>
        <w:keepNext/>
      </w:pPr>
      <w:r>
        <w:rPr>
          <w:b w:val="0"/>
        </w:rPr>
        <w:t>Soru 5</w:t>
      </w:r>
    </w:p>
    <w:p>
      <w:pPr>
        <w:keepNext/>
      </w:pPr>
      <w:r>
        <w:rPr>
          <w:b w:val="0"/>
        </w:rPr>
        <w:t>Bir kuşta besin önce kursakta bir süre tutulur. Daha sonra bezli mideye ve güçlü kaslara sahip taşlığa geçer.</w:t>
      </w:r>
    </w:p>
    <w:p>
      <w:pPr>
        <w:keepNext/>
        <w:keepLines/>
      </w:pPr>
      <w:r>
        <w:rPr>
          <w:b w:val="0"/>
        </w:rPr>
      </w:r>
      <w:r>
        <w:rPr>
          <w:b/>
        </w:rPr>
        <w:t xml:space="preserve">a) </w:t>
      </w:r>
      <w:r>
        <w:t>Kursak ile taşlığın görevlerini yazınız.</w:t>
      </w:r>
    </w:p>
    <w:p>
      <w:pPr>
        <w:spacing w:after="120"/>
      </w:pPr>
      <w:r>
        <w:rPr>
          <w:b w:val="0"/>
          <w:sz w:val="18"/>
        </w:rPr>
        <w:t>................................................................................................................................</w:t>
      </w:r>
    </w:p>
    <w:p>
      <w:pPr>
        <w:keepNext/>
        <w:keepLines/>
      </w:pPr>
      <w:r>
        <w:rPr>
          <w:b w:val="0"/>
        </w:rPr>
      </w:r>
      <w:r>
        <w:rPr>
          <w:b/>
        </w:rPr>
        <w:t xml:space="preserve">b) </w:t>
      </w:r>
      <w:r>
        <w:t>Bezli midedeki enzimlerin yaptığı parçalama hangi sindirim çeşididir?</w:t>
      </w:r>
    </w:p>
    <w:p>
      <w:pPr>
        <w:spacing w:after="120"/>
      </w:pPr>
      <w:r>
        <w:rPr>
          <w:b w:val="0"/>
          <w:sz w:val="18"/>
        </w:rPr>
        <w:t>................................................................................................................................</w:t>
      </w:r>
    </w:p>
    <w:p>
      <w:pPr>
        <w:pStyle w:val="Heading2"/>
        <w:keepNext/>
      </w:pPr>
      <w:r>
        <w:rPr>
          <w:b w:val="0"/>
        </w:rPr>
        <w:t>Soru 6</w:t>
      </w:r>
    </w:p>
    <w:p>
      <w:pPr>
        <w:keepNext/>
      </w:pPr>
      <w:r>
        <w:rPr>
          <w:b w:val="0"/>
        </w:rPr>
        <w:t>Hidra besini aldığı açıklıktan sindirilmemiş artıkları da çıkarır. Toprak solucanında besin ağızdan alınır, artıklar anüsten çıkarılır.</w:t>
      </w:r>
    </w:p>
    <w:p>
      <w:pPr>
        <w:keepNext/>
        <w:keepLines/>
      </w:pPr>
      <w:r>
        <w:rPr>
          <w:b w:val="0"/>
        </w:rPr>
      </w:r>
      <w:r>
        <w:rPr>
          <w:b/>
        </w:rPr>
        <w:t xml:space="preserve">a) </w:t>
      </w:r>
      <w:r>
        <w:t>Bu iki canlının sindirim yapısını açıklık sayısına göre karşılaştırınız.</w:t>
      </w:r>
    </w:p>
    <w:p>
      <w:pPr>
        <w:spacing w:after="120"/>
      </w:pPr>
      <w:r>
        <w:rPr>
          <w:b w:val="0"/>
          <w:sz w:val="18"/>
        </w:rPr>
        <w:t>................................................................................................................................</w:t>
      </w:r>
    </w:p>
    <w:p>
      <w:pPr>
        <w:keepNext/>
        <w:keepLines/>
      </w:pPr>
      <w:r>
        <w:rPr>
          <w:b w:val="0"/>
        </w:rPr>
      </w:r>
      <w:r>
        <w:rPr>
          <w:b/>
        </w:rPr>
        <w:t xml:space="preserve">b) </w:t>
      </w:r>
      <w:r>
        <w:t>Hidranın sindirim boşluğuna salgılanan enzimler besini parçalarken hücre içi mi, hücre dışı mı sindirim olur?</w:t>
      </w:r>
    </w:p>
    <w:p>
      <w:pPr>
        <w:spacing w:after="120"/>
      </w:pPr>
      <w:r>
        <w:rPr>
          <w:b w:val="0"/>
          <w:sz w:val="18"/>
        </w:rPr>
        <w:t>................................................................................................................................</w:t>
      </w:r>
    </w:p>
    <w:p>
      <w:r>
        <w:br w:type="page"/>
      </w:r>
    </w:p>
    <w:p>
      <w:pPr>
        <w:pStyle w:val="Heading1"/>
      </w:pPr>
      <w:r>
        <w:rPr>
          <w:b w:val="0"/>
        </w:rPr>
        <w:t>Senaryo 2 Cevap Anahtarı</w:t>
      </w:r>
    </w:p>
    <w:p>
      <w:pPr>
        <w:pStyle w:val="Heading2"/>
        <w:spacing w:before="120"/>
      </w:pPr>
      <w:r>
        <w:rPr>
          <w:b w:val="0"/>
        </w:rPr>
        <w:t>Soru 1</w:t>
      </w:r>
    </w:p>
    <w:p>
      <w:pPr>
        <w:keepLines/>
      </w:pPr>
      <w:r>
        <w:rPr>
          <w:b w:val="0"/>
        </w:rPr>
      </w:r>
      <w:r>
        <w:rPr>
          <w:b/>
        </w:rPr>
        <w:t xml:space="preserve">a) </w:t>
      </w:r>
      <w:r>
        <w:t>80 + 50 − 65 = 65 birim ATP kalır.</w:t>
      </w:r>
    </w:p>
    <w:p>
      <w:pPr>
        <w:keepLines/>
      </w:pPr>
      <w:r>
        <w:rPr>
          <w:b w:val="0"/>
        </w:rPr>
      </w:r>
      <w:r>
        <w:rPr>
          <w:b/>
        </w:rPr>
        <w:t xml:space="preserve">b) </w:t>
      </w:r>
      <w:r>
        <w:t>Üretim en az tüketim kadar olmalıdır. Bu örnekte tüketim 65 birim kaldığı sürece en az 65 birim ATP üretilmelidir.</w:t>
      </w:r>
    </w:p>
    <w:p>
      <w:pPr>
        <w:pStyle w:val="Heading2"/>
        <w:spacing w:before="120"/>
      </w:pPr>
      <w:r>
        <w:rPr>
          <w:b w:val="0"/>
        </w:rPr>
        <w:t>Soru 2</w:t>
      </w:r>
    </w:p>
    <w:p>
      <w:pPr>
        <w:keepLines/>
      </w:pPr>
      <w:r>
        <w:rPr>
          <w:b w:val="0"/>
        </w:rPr>
      </w:r>
      <w:r>
        <w:rPr>
          <w:b/>
        </w:rPr>
        <w:t xml:space="preserve">a) </w:t>
      </w:r>
      <w:r>
        <w:t>Madde az yoğun olduğu ortamdan çok yoğun olduğu ortama, yoğunluk farkına karşı taşınmaktadır.</w:t>
      </w:r>
    </w:p>
    <w:p>
      <w:pPr>
        <w:keepLines/>
      </w:pPr>
      <w:r>
        <w:rPr>
          <w:b w:val="0"/>
        </w:rPr>
      </w:r>
      <w:r>
        <w:rPr>
          <w:b/>
        </w:rPr>
        <w:t xml:space="preserve">b) </w:t>
      </w:r>
      <w:r>
        <w:t>ATP’ye bağlı taşıyıcı çalışamaz; bu mineralin aktif taşınması aksar veya durur.</w:t>
      </w:r>
    </w:p>
    <w:p>
      <w:pPr>
        <w:pStyle w:val="Heading2"/>
        <w:spacing w:before="120"/>
      </w:pPr>
      <w:r>
        <w:rPr>
          <w:b w:val="0"/>
        </w:rPr>
        <w:t>Soru 3</w:t>
      </w:r>
    </w:p>
    <w:p>
      <w:pPr>
        <w:keepLines/>
      </w:pPr>
      <w:r>
        <w:rPr>
          <w:b w:val="0"/>
        </w:rPr>
      </w:r>
      <w:r>
        <w:rPr>
          <w:b/>
        </w:rPr>
        <w:t xml:space="preserve">a) </w:t>
      </w:r>
      <w:r>
        <w:t>Enerji alınması gerekir.</w:t>
      </w:r>
    </w:p>
    <w:p>
      <w:pPr>
        <w:keepLines/>
      </w:pPr>
      <w:r>
        <w:rPr>
          <w:b w:val="0"/>
        </w:rPr>
      </w:r>
      <w:r>
        <w:rPr>
          <w:b/>
        </w:rPr>
        <w:t xml:space="preserve">b) </w:t>
      </w:r>
      <w:r>
        <w:t>Enerji gerektiren olaylara sürekli enerji aktarılmasını sağlar. Böylece hücre yalnız başlangıçta bulunan ATP ile sınırlı kalmaz.</w:t>
      </w:r>
    </w:p>
    <w:p>
      <w:pPr>
        <w:pStyle w:val="Heading2"/>
        <w:spacing w:before="120"/>
      </w:pPr>
      <w:r>
        <w:rPr>
          <w:b w:val="0"/>
        </w:rPr>
        <w:t>Soru 4</w:t>
      </w:r>
    </w:p>
    <w:p>
      <w:pPr>
        <w:keepLines/>
      </w:pPr>
      <w:r>
        <w:rPr>
          <w:b w:val="0"/>
        </w:rPr>
      </w:r>
      <w:r>
        <w:rPr>
          <w:b/>
        </w:rPr>
        <w:t xml:space="preserve">a) </w:t>
      </w:r>
      <w:r>
        <w:t>Karbondioksitin rolünü araştırır.</w:t>
      </w:r>
    </w:p>
    <w:p>
      <w:pPr>
        <w:keepLines/>
      </w:pPr>
      <w:r>
        <w:rPr>
          <w:b w:val="0"/>
        </w:rPr>
      </w:r>
      <w:r>
        <w:rPr>
          <w:b/>
        </w:rPr>
        <w:t xml:space="preserve">b) </w:t>
      </w:r>
      <w:r>
        <w:t>Nişasta oluşumundaki farkın ışık veya sıcaklıktan değil, karbondioksit durumundan kaynaklanıp kaynaklanmadığını araştırabilmek için gereklidir.</w:t>
      </w:r>
    </w:p>
    <w:p>
      <w:pPr>
        <w:keepLines/>
      </w:pPr>
      <w:r>
        <w:rPr>
          <w:b w:val="0"/>
        </w:rPr>
      </w:r>
      <w:r>
        <w:rPr>
          <w:b/>
        </w:rPr>
        <w:t xml:space="preserve">c) </w:t>
      </w:r>
      <w:r>
        <w:t>Verilen koşullarda fotosentezle besin üretilmesi ve nişasta birikmesi için karbondioksit gereklidir.</w:t>
      </w:r>
    </w:p>
    <w:p>
      <w:pPr>
        <w:pStyle w:val="Heading2"/>
        <w:spacing w:before="120"/>
      </w:pPr>
      <w:r>
        <w:rPr>
          <w:b w:val="0"/>
        </w:rPr>
        <w:t>Soru 5</w:t>
      </w:r>
    </w:p>
    <w:p>
      <w:pPr>
        <w:keepLines/>
      </w:pPr>
      <w:r>
        <w:rPr>
          <w:b w:val="0"/>
        </w:rPr>
      </w:r>
      <w:r>
        <w:rPr>
          <w:b/>
        </w:rPr>
        <w:t xml:space="preserve">a) </w:t>
      </w:r>
      <w:r>
        <w:t>Kursak besini geçici olarak depolar ve yumuşatır. Taşlık besini mekanik olarak öğütür.</w:t>
      </w:r>
    </w:p>
    <w:p>
      <w:pPr>
        <w:keepLines/>
      </w:pPr>
      <w:r>
        <w:rPr>
          <w:b w:val="0"/>
        </w:rPr>
      </w:r>
      <w:r>
        <w:rPr>
          <w:b/>
        </w:rPr>
        <w:t xml:space="preserve">b) </w:t>
      </w:r>
      <w:r>
        <w:t>Kimyasal sindirimdir.</w:t>
      </w:r>
    </w:p>
    <w:p>
      <w:pPr>
        <w:pStyle w:val="Heading2"/>
        <w:spacing w:before="120"/>
      </w:pPr>
      <w:r>
        <w:rPr>
          <w:b w:val="0"/>
        </w:rPr>
        <w:t>Soru 6</w:t>
      </w:r>
    </w:p>
    <w:p>
      <w:pPr>
        <w:keepLines/>
      </w:pPr>
      <w:r>
        <w:rPr>
          <w:b w:val="0"/>
        </w:rPr>
      </w:r>
      <w:r>
        <w:rPr>
          <w:b/>
        </w:rPr>
        <w:t xml:space="preserve">a) </w:t>
      </w:r>
      <w:r>
        <w:t>Hidranın sindirim boşluğu tek açıklıklıdır. Toprak solucanının sindirim kanalı ağız ve anüs olmak üzere iki açıklıklıdır.</w:t>
      </w:r>
    </w:p>
    <w:p>
      <w:pPr>
        <w:keepLines/>
      </w:pPr>
      <w:r>
        <w:rPr>
          <w:b w:val="0"/>
        </w:rPr>
      </w:r>
      <w:r>
        <w:rPr>
          <w:b/>
        </w:rPr>
        <w:t xml:space="preserve">b) </w:t>
      </w:r>
      <w:r>
        <w:t>Hücre dışı sindirim olur. Besin hücrelerin dışındaki sindirim boşluğunda parçalanır.</w:t>
      </w:r>
    </w:p>
    <w:p>
      <w:r>
        <w:br w:type="page"/>
      </w:r>
    </w:p>
    <w:p>
      <w:pPr>
        <w:pStyle w:val="Heading1"/>
      </w:pPr>
      <w:r>
        <w:rPr>
          <w:b w:val="0"/>
        </w:rPr>
        <w:t>Senaryo 3 Sorular</w:t>
      </w:r>
    </w:p>
    <w:p>
      <w:pPr>
        <w:pStyle w:val="Heading2"/>
        <w:keepNext/>
      </w:pPr>
      <w:r>
        <w:rPr>
          <w:b w:val="0"/>
        </w:rPr>
        <w:t>Soru 1</w:t>
      </w:r>
    </w:p>
    <w:p>
      <w:pPr>
        <w:keepNext/>
      </w:pPr>
      <w:r>
        <w:rPr>
          <w:b w:val="0"/>
        </w:rPr>
        <w:t>Yoğun çalışan bir hücrede ATP miktarı bir süre aynı kalıyor. Bu sırada hücrenin enerji gerektiren işleri devam ediyor.</w:t>
      </w:r>
    </w:p>
    <w:p>
      <w:pPr>
        <w:keepNext/>
        <w:keepLines/>
      </w:pPr>
      <w:r>
        <w:rPr>
          <w:b w:val="0"/>
        </w:rPr>
      </w:r>
      <w:r>
        <w:rPr>
          <w:b/>
        </w:rPr>
        <w:t xml:space="preserve">a) </w:t>
      </w:r>
      <w:r>
        <w:t>ATP miktarının aynı kalması, ATP kullanılmadığını gösterir mi? Neden?</w:t>
      </w:r>
    </w:p>
    <w:p>
      <w:pPr>
        <w:spacing w:after="120"/>
      </w:pPr>
      <w:r>
        <w:rPr>
          <w:b w:val="0"/>
          <w:sz w:val="18"/>
        </w:rPr>
        <w:t>................................................................................................................................</w:t>
      </w:r>
    </w:p>
    <w:p>
      <w:pPr>
        <w:keepNext/>
        <w:keepLines/>
      </w:pPr>
      <w:r>
        <w:rPr>
          <w:b w:val="0"/>
        </w:rPr>
      </w:r>
      <w:r>
        <w:rPr>
          <w:b/>
        </w:rPr>
        <w:t xml:space="preserve">b) </w:t>
      </w:r>
      <w:r>
        <w:t>Bu hücrede ATP üretimi tüketimin altında kalırsa ne olur?</w:t>
      </w:r>
    </w:p>
    <w:p>
      <w:pPr>
        <w:spacing w:after="120"/>
      </w:pPr>
      <w:r>
        <w:rPr>
          <w:b w:val="0"/>
          <w:sz w:val="18"/>
        </w:rPr>
        <w:t>................................................................................................................................</w:t>
      </w:r>
    </w:p>
    <w:p>
      <w:pPr>
        <w:pStyle w:val="Heading2"/>
        <w:keepNext/>
      </w:pPr>
      <w:r>
        <w:rPr>
          <w:b w:val="0"/>
        </w:rPr>
        <w:t>Soru 2</w:t>
      </w:r>
    </w:p>
    <w:p>
      <w:pPr>
        <w:keepNext/>
      </w:pPr>
      <w:r>
        <w:rPr>
          <w:b w:val="0"/>
        </w:rPr>
        <w:t>Bir bitki yaprağı gündüz organik besin üretir. Hücreleri bu besinlerden yararlanarak ATP de üretir.</w:t>
      </w:r>
    </w:p>
    <w:p>
      <w:pPr>
        <w:keepNext/>
        <w:keepLines/>
      </w:pPr>
      <w:r>
        <w:rPr>
          <w:b w:val="0"/>
        </w:rPr>
      </w:r>
      <w:r>
        <w:rPr>
          <w:b/>
        </w:rPr>
        <w:t xml:space="preserve">a) </w:t>
      </w:r>
      <w:r>
        <w:t>Organik besin ile ATP’nin enerji bakımından görevleri aynı mıdır? Kısaca açıklayınız.</w:t>
      </w:r>
    </w:p>
    <w:p>
      <w:pPr>
        <w:spacing w:after="120"/>
      </w:pPr>
      <w:r>
        <w:rPr>
          <w:b w:val="0"/>
          <w:sz w:val="18"/>
        </w:rPr>
        <w:t>................................................................................................................................</w:t>
      </w:r>
    </w:p>
    <w:p>
      <w:pPr>
        <w:keepNext/>
        <w:keepLines/>
      </w:pPr>
      <w:r>
        <w:rPr>
          <w:b w:val="0"/>
        </w:rPr>
      </w:r>
      <w:r>
        <w:rPr>
          <w:b/>
        </w:rPr>
        <w:t xml:space="preserve">b) </w:t>
      </w:r>
      <w:r>
        <w:t>Gece fotosentez durduğunda bitkinin bütün ATP üretimi hemen durur mu? Neden?</w:t>
      </w:r>
    </w:p>
    <w:p>
      <w:pPr>
        <w:spacing w:after="120"/>
      </w:pPr>
      <w:r>
        <w:rPr>
          <w:b w:val="0"/>
          <w:sz w:val="18"/>
        </w:rPr>
        <w:t>................................................................................................................................</w:t>
      </w:r>
    </w:p>
    <w:p>
      <w:pPr>
        <w:pStyle w:val="Heading2"/>
        <w:keepNext/>
      </w:pPr>
      <w:r>
        <w:rPr>
          <w:b w:val="0"/>
        </w:rPr>
        <w:t>Soru 3</w:t>
      </w:r>
    </w:p>
    <w:p>
      <w:pPr>
        <w:keepNext/>
      </w:pPr>
      <w:r>
        <w:rPr>
          <w:b w:val="0"/>
        </w:rPr>
        <w:t>Bir su bitkisi ışık altında tutuluyor. Çıkardığı gaz bir tüpte toplanıyor. Öğretmenin yaptığı test, bu gazda oksijen bulunduğunu gösteriyor. Bitkisiz kapta aynı koşullarda gaz birikmiyor.</w:t>
      </w:r>
    </w:p>
    <w:p>
      <w:pPr>
        <w:keepNext/>
        <w:keepLines/>
      </w:pPr>
      <w:r>
        <w:rPr>
          <w:b w:val="0"/>
        </w:rPr>
      </w:r>
      <w:r>
        <w:rPr>
          <w:b/>
        </w:rPr>
        <w:t xml:space="preserve">a) </w:t>
      </w:r>
      <w:r>
        <w:t>Bu deney fotosentezde kullanılan mı, üretilen mi bir maddeyi araştırır? Maddeyi yazınız.</w:t>
      </w:r>
    </w:p>
    <w:p>
      <w:pPr>
        <w:spacing w:after="120"/>
      </w:pPr>
      <w:r>
        <w:rPr>
          <w:b w:val="0"/>
          <w:sz w:val="18"/>
        </w:rPr>
        <w:t>................................................................................................................................</w:t>
      </w:r>
    </w:p>
    <w:p>
      <w:pPr>
        <w:keepNext/>
        <w:keepLines/>
      </w:pPr>
      <w:r>
        <w:rPr>
          <w:b w:val="0"/>
        </w:rPr>
      </w:r>
      <w:r>
        <w:rPr>
          <w:b/>
        </w:rPr>
        <w:t xml:space="preserve">b) </w:t>
      </w:r>
      <w:r>
        <w:t>Bitkisiz kap hangi amaçla kullanılmıştır?</w:t>
      </w:r>
    </w:p>
    <w:p>
      <w:pPr>
        <w:spacing w:after="120"/>
      </w:pPr>
      <w:r>
        <w:rPr>
          <w:b w:val="0"/>
          <w:sz w:val="18"/>
        </w:rPr>
        <w:t>................................................................................................................................</w:t>
      </w:r>
    </w:p>
    <w:p>
      <w:pPr>
        <w:keepNext/>
        <w:keepLines/>
      </w:pPr>
      <w:r>
        <w:rPr>
          <w:b w:val="0"/>
        </w:rPr>
      </w:r>
      <w:r>
        <w:rPr>
          <w:b/>
        </w:rPr>
        <w:t xml:space="preserve">c) </w:t>
      </w:r>
      <w:r>
        <w:t>Deney tekrarlanırken karşılaştırmayı bozmamak için aynı tutulacak iki koşulu yazınız.</w:t>
      </w:r>
    </w:p>
    <w:p>
      <w:pPr>
        <w:spacing w:after="120"/>
      </w:pPr>
      <w:r>
        <w:rPr>
          <w:b w:val="0"/>
          <w:sz w:val="18"/>
        </w:rPr>
        <w:t>................................................................................................................................</w:t>
      </w:r>
    </w:p>
    <w:p>
      <w:r>
        <w:br w:type="page"/>
      </w:r>
    </w:p>
    <w:p>
      <w:pPr>
        <w:pStyle w:val="Heading1"/>
      </w:pPr>
      <w:r>
        <w:rPr>
          <w:b w:val="0"/>
        </w:rPr>
        <w:t>Senaryo 3 Sorular</w:t>
      </w:r>
    </w:p>
    <w:p>
      <w:pPr>
        <w:pStyle w:val="Heading2"/>
        <w:keepNext/>
      </w:pPr>
      <w:r>
        <w:rPr>
          <w:b w:val="0"/>
        </w:rPr>
        <w:t>Soru 4</w:t>
      </w:r>
    </w:p>
    <w:p>
      <w:pPr>
        <w:keepNext/>
      </w:pPr>
      <w:r>
        <w:rPr>
          <w:b w:val="0"/>
        </w:rPr>
        <w:t>Bir inek, daha önce yuttuğu besini yeniden ağzına getirip çiğner. Midesindeki mikroorganizmalar selülozun parçalanmasına yardımcı olur.</w:t>
      </w:r>
    </w:p>
    <w:p>
      <w:pPr>
        <w:keepNext/>
        <w:keepLines/>
      </w:pPr>
      <w:r>
        <w:rPr>
          <w:b w:val="0"/>
        </w:rPr>
      </w:r>
      <w:r>
        <w:rPr>
          <w:b/>
        </w:rPr>
        <w:t xml:space="preserve">a) </w:t>
      </w:r>
      <w:r>
        <w:t>Yeniden çiğneme besinin sindirimini nasıl kolaylaştırır?</w:t>
      </w:r>
    </w:p>
    <w:p>
      <w:pPr>
        <w:spacing w:after="120"/>
      </w:pPr>
      <w:r>
        <w:rPr>
          <w:b w:val="0"/>
          <w:sz w:val="18"/>
        </w:rPr>
        <w:t>................................................................................................................................</w:t>
      </w:r>
    </w:p>
    <w:p>
      <w:pPr>
        <w:keepNext/>
        <w:keepLines/>
      </w:pPr>
      <w:r>
        <w:rPr>
          <w:b w:val="0"/>
        </w:rPr>
      </w:r>
      <w:r>
        <w:rPr>
          <w:b/>
        </w:rPr>
        <w:t xml:space="preserve">b) </w:t>
      </w:r>
      <w:r>
        <w:t>Selülozu parçalayan enzimlerin üretilmesinde hangi canlılar görev yapar?</w:t>
      </w:r>
    </w:p>
    <w:p>
      <w:pPr>
        <w:spacing w:after="120"/>
      </w:pPr>
      <w:r>
        <w:rPr>
          <w:b w:val="0"/>
          <w:sz w:val="18"/>
        </w:rPr>
        <w:t>................................................................................................................................</w:t>
      </w:r>
    </w:p>
    <w:p>
      <w:pPr>
        <w:pStyle w:val="Heading2"/>
        <w:keepNext/>
      </w:pPr>
      <w:r>
        <w:rPr>
          <w:b w:val="0"/>
        </w:rPr>
        <w:t>Soru 5</w:t>
      </w:r>
    </w:p>
    <w:p>
      <w:pPr>
        <w:keepNext/>
      </w:pPr>
      <w:r>
        <w:rPr>
          <w:b w:val="0"/>
        </w:rPr>
        <w:t>İnek ve at bitkisel besinlerle beslenir. İneğin midesi dört bölmeli, atın midesi tek bölmelidir.</w:t>
      </w:r>
    </w:p>
    <w:p>
      <w:pPr>
        <w:keepNext/>
        <w:keepLines/>
      </w:pPr>
      <w:r>
        <w:rPr>
          <w:b w:val="0"/>
        </w:rPr>
      </w:r>
      <w:r>
        <w:rPr>
          <w:b/>
        </w:rPr>
        <w:t xml:space="preserve">a) </w:t>
      </w:r>
      <w:r>
        <w:t>Bütün otçulların midesi dört bölmelidir diyen bir öğrenciye hangi örnekle cevap verirsiniz?</w:t>
      </w:r>
    </w:p>
    <w:p>
      <w:pPr>
        <w:spacing w:after="120"/>
      </w:pPr>
      <w:r>
        <w:rPr>
          <w:b w:val="0"/>
          <w:sz w:val="18"/>
        </w:rPr>
        <w:t>................................................................................................................................</w:t>
      </w:r>
    </w:p>
    <w:p>
      <w:pPr>
        <w:keepNext/>
        <w:keepLines/>
      </w:pPr>
      <w:r>
        <w:rPr>
          <w:b w:val="0"/>
        </w:rPr>
      </w:r>
      <w:r>
        <w:rPr>
          <w:b/>
        </w:rPr>
        <w:t xml:space="preserve">b) </w:t>
      </w:r>
      <w:r>
        <w:t>Bu örnekler, aynı beslenme tipindeki canlıların sindirim yapıları hakkında ne gösterir?</w:t>
      </w:r>
    </w:p>
    <w:p>
      <w:pPr>
        <w:spacing w:after="120"/>
      </w:pPr>
      <w:r>
        <w:rPr>
          <w:b w:val="0"/>
          <w:sz w:val="18"/>
        </w:rPr>
        <w:t>................................................................................................................................</w:t>
      </w:r>
    </w:p>
    <w:p>
      <w:pPr>
        <w:pStyle w:val="Heading2"/>
        <w:keepNext/>
      </w:pPr>
      <w:r>
        <w:rPr>
          <w:b w:val="0"/>
        </w:rPr>
        <w:t>Soru 6</w:t>
      </w:r>
    </w:p>
    <w:p>
      <w:pPr>
        <w:keepNext/>
      </w:pPr>
      <w:r>
        <w:rPr>
          <w:b w:val="0"/>
        </w:rPr>
        <w:t>Bağırsak boşluğunda büyük besin molekülleri enzimlerle küçük moleküllere ayrılıyor. Ardından bu küçük moleküller bağırsak duvarından geçiyor.</w:t>
      </w:r>
    </w:p>
    <w:p>
      <w:pPr>
        <w:keepNext/>
        <w:keepLines/>
      </w:pPr>
      <w:r>
        <w:rPr>
          <w:b w:val="0"/>
        </w:rPr>
      </w:r>
      <w:r>
        <w:rPr>
          <w:b/>
        </w:rPr>
        <w:t xml:space="preserve">a) </w:t>
      </w:r>
      <w:r>
        <w:t>Bu iki olayı sırasıyla adlandırınız.</w:t>
      </w:r>
    </w:p>
    <w:p>
      <w:pPr>
        <w:spacing w:after="120"/>
      </w:pPr>
      <w:r>
        <w:rPr>
          <w:b w:val="0"/>
          <w:sz w:val="18"/>
        </w:rPr>
        <w:t>................................................................................................................................</w:t>
      </w:r>
    </w:p>
    <w:p>
      <w:pPr>
        <w:keepNext/>
        <w:keepLines/>
      </w:pPr>
      <w:r>
        <w:rPr>
          <w:b w:val="0"/>
        </w:rPr>
      </w:r>
      <w:r>
        <w:rPr>
          <w:b/>
        </w:rPr>
        <w:t xml:space="preserve">b) </w:t>
      </w:r>
      <w:r>
        <w:t>İlk olay neden hücre dışı sindirim sayılır?</w:t>
      </w:r>
    </w:p>
    <w:p>
      <w:pPr>
        <w:spacing w:after="120"/>
      </w:pPr>
      <w:r>
        <w:rPr>
          <w:b w:val="0"/>
          <w:sz w:val="18"/>
        </w:rPr>
        <w:t>................................................................................................................................</w:t>
      </w:r>
    </w:p>
    <w:p>
      <w:r>
        <w:br w:type="page"/>
      </w:r>
    </w:p>
    <w:p>
      <w:pPr>
        <w:pStyle w:val="Heading1"/>
      </w:pPr>
      <w:r>
        <w:rPr>
          <w:b w:val="0"/>
        </w:rPr>
        <w:t>Senaryo 3 Cevap Anahtarı</w:t>
      </w:r>
    </w:p>
    <w:p>
      <w:pPr>
        <w:pStyle w:val="Heading2"/>
        <w:spacing w:before="120"/>
      </w:pPr>
      <w:r>
        <w:rPr>
          <w:b w:val="0"/>
        </w:rPr>
        <w:t>Soru 1</w:t>
      </w:r>
    </w:p>
    <w:p>
      <w:pPr>
        <w:keepLines/>
      </w:pPr>
      <w:r>
        <w:rPr>
          <w:b w:val="0"/>
        </w:rPr>
      </w:r>
      <w:r>
        <w:rPr>
          <w:b/>
        </w:rPr>
        <w:t xml:space="preserve">a) </w:t>
      </w:r>
      <w:r>
        <w:t>Hayır. Kullanılan ATP kadar yeni ATP üretildiğinde toplam miktar aynı kalabilir.</w:t>
      </w:r>
    </w:p>
    <w:p>
      <w:pPr>
        <w:keepLines/>
      </w:pPr>
      <w:r>
        <w:rPr>
          <w:b w:val="0"/>
        </w:rPr>
      </w:r>
      <w:r>
        <w:rPr>
          <w:b/>
        </w:rPr>
        <w:t xml:space="preserve">b) </w:t>
      </w:r>
      <w:r>
        <w:t>ATP miktarı azalır. Durum sürerse enerji gerektiren işler yavaşlar veya aksar.</w:t>
      </w:r>
    </w:p>
    <w:p>
      <w:pPr>
        <w:pStyle w:val="Heading2"/>
        <w:spacing w:before="120"/>
      </w:pPr>
      <w:r>
        <w:rPr>
          <w:b w:val="0"/>
        </w:rPr>
        <w:t>Soru 2</w:t>
      </w:r>
    </w:p>
    <w:p>
      <w:pPr>
        <w:keepLines/>
      </w:pPr>
      <w:r>
        <w:rPr>
          <w:b w:val="0"/>
        </w:rPr>
      </w:r>
      <w:r>
        <w:rPr>
          <w:b/>
        </w:rPr>
        <w:t xml:space="preserve">a) </w:t>
      </w:r>
      <w:r>
        <w:t>Organik besinlerde enerji depolanabilir. ATP ise enerjinin hücredeki işlere kısa süreli ve doğrudan aktarılmasında görev yapar.</w:t>
      </w:r>
    </w:p>
    <w:p>
      <w:pPr>
        <w:keepLines/>
      </w:pPr>
      <w:r>
        <w:rPr>
          <w:b w:val="0"/>
        </w:rPr>
      </w:r>
      <w:r>
        <w:rPr>
          <w:b/>
        </w:rPr>
        <w:t xml:space="preserve">b) </w:t>
      </w:r>
      <w:r>
        <w:t>Hayır. Uygun koşullarda depolanmış besinler hücresel solunumda kullanılarak ATP üretilir.</w:t>
      </w:r>
    </w:p>
    <w:p>
      <w:pPr>
        <w:pStyle w:val="Heading2"/>
        <w:spacing w:before="120"/>
      </w:pPr>
      <w:r>
        <w:rPr>
          <w:b w:val="0"/>
        </w:rPr>
        <w:t>Soru 3</w:t>
      </w:r>
    </w:p>
    <w:p>
      <w:pPr>
        <w:keepLines/>
      </w:pPr>
      <w:r>
        <w:rPr>
          <w:b w:val="0"/>
        </w:rPr>
      </w:r>
      <w:r>
        <w:rPr>
          <w:b/>
        </w:rPr>
        <w:t xml:space="preserve">a) </w:t>
      </w:r>
      <w:r>
        <w:t>Fotosentezde üretilen bir maddeyi araştırır; bu madde oksijendir.</w:t>
      </w:r>
    </w:p>
    <w:p>
      <w:pPr>
        <w:keepLines/>
      </w:pPr>
      <w:r>
        <w:rPr>
          <w:b w:val="0"/>
        </w:rPr>
      </w:r>
      <w:r>
        <w:rPr>
          <w:b/>
        </w:rPr>
        <w:t xml:space="preserve">b) </w:t>
      </w:r>
      <w:r>
        <w:t>Gaz birikmesinin bitkiyle ilişkisini karşılaştırmak için kontrol olarak kullanılmıştır.</w:t>
      </w:r>
    </w:p>
    <w:p>
      <w:pPr>
        <w:keepLines/>
      </w:pPr>
      <w:r>
        <w:rPr>
          <w:b w:val="0"/>
        </w:rPr>
      </w:r>
      <w:r>
        <w:rPr>
          <w:b/>
        </w:rPr>
        <w:t xml:space="preserve">c) </w:t>
      </w:r>
      <w:r>
        <w:t>Sıcaklık ve ışık şiddeti aynı tutulabilir. Su hacmi ve gözlem süresi de aynı olmalıdır.</w:t>
      </w:r>
    </w:p>
    <w:p>
      <w:pPr>
        <w:pStyle w:val="Heading2"/>
        <w:spacing w:before="120"/>
      </w:pPr>
      <w:r>
        <w:rPr>
          <w:b w:val="0"/>
        </w:rPr>
        <w:t>Soru 4</w:t>
      </w:r>
    </w:p>
    <w:p>
      <w:pPr>
        <w:keepLines/>
      </w:pPr>
      <w:r>
        <w:rPr>
          <w:b w:val="0"/>
        </w:rPr>
      </w:r>
      <w:r>
        <w:rPr>
          <w:b/>
        </w:rPr>
        <w:t xml:space="preserve">a) </w:t>
      </w:r>
      <w:r>
        <w:t>Besini daha küçük parçalara ayırıp yüzey alanını artırır; enzimlerin besine ulaşmasını kolaylaştırır.</w:t>
      </w:r>
    </w:p>
    <w:p>
      <w:pPr>
        <w:keepLines/>
      </w:pPr>
      <w:r>
        <w:rPr>
          <w:b w:val="0"/>
        </w:rPr>
      </w:r>
      <w:r>
        <w:rPr>
          <w:b/>
        </w:rPr>
        <w:t xml:space="preserve">b) </w:t>
      </w:r>
      <w:r>
        <w:t>İneğin midesinde yaşayan mikroorganizmalar görev yapar; selülozun sindirilmesine onların enzimleri yardımcı olur.</w:t>
      </w:r>
    </w:p>
    <w:p>
      <w:pPr>
        <w:pStyle w:val="Heading2"/>
        <w:spacing w:before="120"/>
      </w:pPr>
      <w:r>
        <w:rPr>
          <w:b w:val="0"/>
        </w:rPr>
        <w:t>Soru 5</w:t>
      </w:r>
    </w:p>
    <w:p>
      <w:pPr>
        <w:keepLines/>
      </w:pPr>
      <w:r>
        <w:rPr>
          <w:b w:val="0"/>
        </w:rPr>
      </w:r>
      <w:r>
        <w:rPr>
          <w:b/>
        </w:rPr>
        <w:t xml:space="preserve">a) </w:t>
      </w:r>
      <w:r>
        <w:t>At otçul olduğu hâlde tek bölmeli mideye sahiptir; bu nedenle genelleme doğru değildir.</w:t>
      </w:r>
    </w:p>
    <w:p>
      <w:pPr>
        <w:keepLines/>
      </w:pPr>
      <w:r>
        <w:rPr>
          <w:b w:val="0"/>
        </w:rPr>
      </w:r>
      <w:r>
        <w:rPr>
          <w:b/>
        </w:rPr>
        <w:t xml:space="preserve">b) </w:t>
      </w:r>
      <w:r>
        <w:t>Benzer besinlerle beslenen canlıların sindirim yapıları aynı olmak zorunda değildir. Besinden yararlanmayı sağlayan farklı yapılar bulunabilir.</w:t>
      </w:r>
    </w:p>
    <w:p>
      <w:pPr>
        <w:pStyle w:val="Heading2"/>
        <w:spacing w:before="120"/>
      </w:pPr>
      <w:r>
        <w:rPr>
          <w:b w:val="0"/>
        </w:rPr>
        <w:t>Soru 6</w:t>
      </w:r>
    </w:p>
    <w:p>
      <w:pPr>
        <w:keepLines/>
      </w:pPr>
      <w:r>
        <w:rPr>
          <w:b w:val="0"/>
        </w:rPr>
      </w:r>
      <w:r>
        <w:rPr>
          <w:b/>
        </w:rPr>
        <w:t xml:space="preserve">a) </w:t>
      </w:r>
      <w:r>
        <w:t>İlk olay kimyasal sindirim, ikinci olay emilimdir.</w:t>
      </w:r>
    </w:p>
    <w:p>
      <w:pPr>
        <w:keepLines/>
      </w:pPr>
      <w:r>
        <w:rPr>
          <w:b w:val="0"/>
        </w:rPr>
      </w:r>
      <w:r>
        <w:rPr>
          <w:b/>
        </w:rPr>
        <w:t xml:space="preserve">b) </w:t>
      </w:r>
      <w:r>
        <w:t>Enzimlerle parçalanma hücrelerin içinde değil, bağırsak boşluğunda gerçekleşir.</w:t>
      </w:r>
    </w:p>
    <w:sectPr w:rsidR="00FC693F" w:rsidRPr="0006063C" w:rsidSect="00034616">
      <w:headerReference w:type="default" r:id="rId9"/>
      <w:footerReference w:type="default" r:id="rId10"/>
      <w:pgSz w:w="11906" w:h="16838"/>
      <w:pgMar w:top="935" w:right="1020" w:bottom="907"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   10. Sınıf Biyoloji   |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Sınıf Biyoloji Ortak Yazılı Çalışma Soruları ve Cevapları</dc:title>
  <dc:subject>2026–2027 Birinci Dönem Birinci Yazılı Çalışma Soruları ve Cevapları</dc:subject>
  <dc:creator>Biyoloji Hikayesi</dc:creator>
  <cp:keywords>10. sınıf, biyoloji, yazılı, sorular, cevap anahtarı</cp:keywords>
  <dc:description/>
  <cp:lastModifiedBy/>
  <cp:revision>1</cp:revision>
  <dcterms:created xsi:type="dcterms:W3CDTF">2013-12-23T23:15:00Z</dcterms:created>
  <dcterms:modified xsi:type="dcterms:W3CDTF">2013-12-23T23:15:00Z</dcterms:modified>
  <cp:category/>
</cp:coreProperties>
</file>