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9 Sınıf Biyoloji Ortak Yazılı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1"/>
      </w:pPr>
      <w:r>
        <w:rPr>
          <w:b w:val="0"/>
        </w:rPr>
        <w:t>Senaryo 1 Sorular</w:t>
      </w:r>
    </w:p>
    <w:p>
      <w:pPr>
        <w:pStyle w:val="Heading2"/>
        <w:keepNext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Robert Hooke, mantar dokusundan aldığı ince bir kesiti mikroskopla inceledi. Gördüğü küçük bölmelere hücre adını verdi.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Mikroskop, çıplak gözle yapılan gözleme göre neyi mümkün kılmıştır?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Mikroskobun gelişmesi hastalıkların araştırılmasını nasıl kolaylaştırmıştır? Bir örnek veriniz.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Alexander Fleming, bir küfün çevresinde bazı bakterilerin çoğalmadığını fark etti. Bu gözlem, penisilinin keşfine giden çalışmaları başlattı.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keşfin insan sağlığına bir katkısını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gözleme dayanarak penisilinin bütün hastalıkları iyileştirdiği söylenebilir mi?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Aynı tür ve boydaki fideler üç gruba ayrılıyor. Günlük 5, 15 ve 25 mL su verilen gruplar bir haftada sırasıyla ortalama 3, 7 ve 4 cm uzuyor. Işık, sıcaklık, toprak ve süre aynı tutuluyor.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Deneyde değiştirilen etkeni ve ölçülen sonucu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Daha çok su verilen her grubun daha çok uzadığı söylenebilir mi? Sayıları kullanarak açıklayınız.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1 Sorular</w:t>
      </w:r>
    </w:p>
    <w:p>
      <w:pPr>
        <w:pStyle w:val="Heading2"/>
        <w:keepNext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Bir öğrenci K fidesine gübre verip onu pencere önüne koyuyor. L fidesine gübre vermiyor ve onu daha az ışık alan bir yere koyuyor. K daha çok uzayınca farkın yalnız gübreden kaynaklandığını söylüyor.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Öğrencinin bu sonuca ulaşması neden doğru değildir?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Yalnız gübrenin etkisini araştırmak için deneyde neyi düzeltmelidir?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Bir öğrenci, buğday tohumlarının çimlenmek için mutlaka ışık alması gerektiğini düşünüyor. Aynı sıcaklık ve nemde tuttuğu 20 tohumdan aydınlıkta 18’i, karanlıkta 17’si çimleniyor.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Sonuç, öğrencinin ilk düşüncesini destekliyor mu? Hangi gözlem bunu gösterir?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Öğrenci sonucu ilk düşüncesine uydurmak için karanlıktaki çimlenmeleri kayıttan çıkarabilir mi?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1 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Çıplak gözle seçilemeyen hücresel yapıların görülmesini sağlamıştır.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Mikroorganizmaların ve hücrelerin incelenmesini kolaylaştırmıştır. Örneğin bazı hastalıklara yol açan bakteriler görülebilmiş ve araştırılabilmiştir.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Penisiline duyarlı bakterilerin yol açtığı enfeksiyonların tedavisini sağlamış ve bu hastalıklara bağlı ölümlerin azalmasına katkıda bulunmuştur.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Gözlem bazı bakterilerle ilgilidir. Penisilin virüslere ve bütün hastalık nedenlerine karşı etkili değildir.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Değiştirilen etken günlük su miktarıdır (bağımsız değişken). Ölçülen sonuç bir haftalık boy artışıdır (bağımlı değişken).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15 mL su verilenler 7 cm, 25 mL su verilenler 4 cm uzamıştır. Bu koşullarda suyu artırmak büyümeyi sürekli artırmamıştır.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Gübreyle birlikte ışık miktarı da değişmiştir. Büyüme farkının hangi etkenden kaynaklandığı ayırt edilemez.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İki grubu aynı ışık koşullarında tutmalı; su, sıcaklık, toprak ve süreyi de eşitlemelidir. Gruplar yalnız gübre verilmesi bakımından farklı olmalıdır.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Desteklemiyor. Karanlıkta da 17 tohum çimlenmiştir; bu tohumlar verilen koşullarda ışık olmadan çimlenebilmiştir.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Bilimsel çalışmada bütün gözlemler doğru biçimde kaydedilir. İlk düşünce, elde edilen bulgulara göre yeniden değerlendirilir.</w:t>
      </w:r>
    </w:p>
    <w:p>
      <w:r>
        <w:br w:type="page"/>
      </w:r>
    </w:p>
    <w:p>
      <w:pPr>
        <w:pStyle w:val="Heading1"/>
      </w:pPr>
      <w:r>
        <w:rPr>
          <w:b w:val="0"/>
        </w:rPr>
        <w:t>Senaryo 2 Sorular</w:t>
      </w:r>
    </w:p>
    <w:p>
      <w:pPr>
        <w:pStyle w:val="Heading2"/>
        <w:keepNext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DNA’nın yapısının anlaşılması, kalıtsal bilginin nasıl saklandığını ve yeni hücrelere nasıl aktarılabildiğini açıklamaya yardımcı oldu.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gelişmenin kalıtsal hastalıkları araştıran bilim insanlarına nasıl yardımcı olabileceğini açıklayınız.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DNA’nın yapısını öğrenmek, bütün kalıtsal hastalıkların hemen tedavi edilmesi anlamına gelir mi?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Aynı miktarda maya ve şeker içeren eşit hacimli karışımlar 10, 25 ve 40 °C’de tutuluyor. Aynı sürede oluşan gaz miktarı ölçülüyor.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deneyde araştırılabilecek bir soru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Her sıcaklık için tek kap yerine birkaç kap kullanmak neden yararlıdır?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Sabit tutulan iki koşulu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Bir öğrenci göletteki suyun yeşil göründüğünü gözlüyor. Suyu mikroskopla incelemeden yeşil rengin kesinlikle alglerden kaynaklandığını söylüyor.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Öğrencinin doğrudan gözlemi hangisidir, araştırılması gereken açıklaması hangisidir?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Açıklamayı araştırmak için yapabileceği bir inceleme öneriniz.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2 Sorular</w:t>
      </w:r>
    </w:p>
    <w:p>
      <w:pPr>
        <w:pStyle w:val="Heading2"/>
        <w:keepNext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Bir grup, aynı tür tohumları 20 °C’de çimlendiriyor ve 30 tohumdan 24’ünün çimlendiğini kaydediyor. Başka bir grup bu çalışmayı kontrol etmek istiyor.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İkinci grup ilk çalışmayı tekrarlarken hangi iki koşulu aynı tutmalıdır?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İkinci grupta 23 tohum çimlenmesi, ilk grubun mutlaka yanlış ölçüm yaptığını gösterir mi?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Bir fasulye fidesi pazartesi 6 cm, cuma 9 cm ölçülüyor. Aynı günlerde gövdesinin pencereye doğru eğildiği görülüyor.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iki gözlemi canlıların hangi özellikleriyle eşleştirirsiniz?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Boy ölçümlerini karşılaştırabilmek için ölçüm yaparken nelere dikkat edilmelidir? İki örnek veriniz.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Bir öğrenci koşudan sonra terliyor. Bir süre dinlendikten sonra vücut sıcaklığı normal aralığa dönüyor.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Terlemenin vücut sıcaklığını korumaya katkısı nedir?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olay canlıların hangi ortak özelliğine örnektir?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2 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DNA incelenerek hastalıklarla ilişkili genetik değişiklikler araştırılabilir. Böylece hastalığın nedenini anlamak ve tanı yöntemleri geliştirmek kolaylaşabilir.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Bir yapıyı ve hastalığın nedenini anlamak ile güvenli bir tedavi geliştirmek farklı çalışmalardır. Tedavi için ek araştırmalar gerekir.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Sıcaklık, mayalı karışımda aynı sürede oluşan gaz miktarını etkiler mi?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Tek bir kaptaki beklenmedik durumun etkisini azaltır. Sonuçların birbirine uygun olup olmadığı görülebilir ve ortalamalar karşılaştırılabilir.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Maya miktarı ve şeker miktarı. Karışım hacmi ile deney süresi de sabittir.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Doğrudan gözlem suyun yeşil görünmesidir. Rengin alglerden kaynaklandığı ise araştırılması gereken açıklamadır.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Su örneğini mikroskopla inceleyip alg bulunup bulunmadığını araştırabilir. Farklı noktalardan örnek alarak gözlemini tekrarlayabilir.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Tohum türü ve sıcaklık aynı tutulmalıdır. Nem, ışık, tohumların yaşı ve gözlem süresi de karşılaştırılabilir olmalıdır.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Canlı örnekler arasında farklılıklar olabilir. Yakın sonuçlar birlikte değerlendirilir; gerekirse çalışma daha fazla örnekle tekrarlanır.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Boyun 6 cm’den 9 cm’ye çıkması büyümedir. Pencereye doğru eğilme, ışık uyaranına tepki vermedir.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Aynı başlangıç ve bitiş noktaları arasında ölçüm yapılmalı, aynı araç ve birim kullanılmalıdır. Aynı saatlerde ölçmek de yararlıdır.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Ter buharlaşırken vücuttan ısı uzaklaştırır ve vücudun soğumasına yardımcı olur.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İç dengenin korunmasına, yani homeostaziye örnektir.</w:t>
      </w:r>
    </w:p>
    <w:p>
      <w:r>
        <w:br w:type="page"/>
      </w:r>
    </w:p>
    <w:p>
      <w:pPr>
        <w:pStyle w:val="Heading1"/>
      </w:pPr>
      <w:r>
        <w:rPr>
          <w:b w:val="0"/>
        </w:rPr>
        <w:t>Senaryo 3 Sorular</w:t>
      </w:r>
    </w:p>
    <w:p>
      <w:pPr>
        <w:pStyle w:val="Heading2"/>
        <w:keepNext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İnsan Genom Projesi ile insan DNA’sındaki bazların dizilişi büyük ölçüde belirlendi. Araştırmacılar bu bilgilerden yararlanarak hastalıklarla ilişkili DNA bölgelerini inceliyor.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Projenin sağlık alanında sağlayabileceği bir yararı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Aynı hastalığı olan ve olmayan kişilerin DNA’larını karşılaştırmak araştırmacılara neden yardımcı olur?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Aynı tür fidelerin yarısı günde 4 saat, yarısı 8 saat ışık alıyor. Su, sıcaklık ve toprak aynı tutuluyor. İki hafta sonunda yaprak sayıları karşılaştırılıyor.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Deney için ölçülebilir bir tahmin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Yapraklar bir grupta birinci, diğer grupta ikinci haftada sayılırsa karşılaştırma neden bozulur?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Bir deneyde aynı koşullarda tutulan beş fideden dördü yaklaşık 5 cm, biri yalnız 1 cm uzuyor. Öğrenci bu farklı sonucu defterine kaydediyor.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Farklı çıkan ölçümü hiçbir inceleme yapmadan silmek neden uygun değildir?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Farkın nedenini araştırmak için iki kontrol öneriniz.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3 Sorular</w:t>
      </w:r>
    </w:p>
    <w:p>
      <w:pPr>
        <w:pStyle w:val="Heading2"/>
        <w:keepNext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Uygun besin ve sıcaklık sağlanan bir kaptaki bakteri sayısı zamanla artıyor. Başlangıçta tek bir bakteriden oluşan grubun daha sonra çok sayıda hücre içerdiği görülüyor.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gözlem hangi canlılık özelliğini gösterir?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Bir bakterinin büyümesiyle bakteri sayısının artması aynı olay mıdır? Açıklayınız.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Bir öğrenci aynı kelebeğin tırtıl, pupa ve ergin dönemlerini fotoğraflıyor. Bu süreçte yalnız boyun değil, vücut yapısının da değiştiğini görüyor.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Vücut yapısındaki bu değişimler hangi canlılık özelliğiyle ilgilidir?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Fotoğrafların boyutları farklıysa, yalnız fotoğrafa bakarak canlının kütlesi karşılaştırılabilir mi? Ne yapılmalıdır?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3 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Kalıtsal hastalıklarla ilişkili DNA bölgelerinin bulunmasına ve tanı yöntemlerinin geliştirilmesine yardımcı olabilir.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Gruplar arasındaki genetik benzerlik ve farklılıklar görülür. Hastalıkla ilişkili olabilecek değişiklikler belirlenip yeni çalışmalarla araştırılabilir.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Günde 8 saat ışık alan fidelerin iki hafta sonundaki yaprak sayısı, 4 saat ışık alanlardan fazla olabilir.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Büyüme süreleri farklı olur. Yaprak sayısındaki fark yalnız ışık süresine bağlanamaz; sayımlar aynı zamanda yapılmalıdır.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Bu değer gerçek bir farklılığı veya deneydeki bir sorunu gösterebilir. Nedeni araştırılmadan silinirse sonuçlar eksik ve yanıltıcı olur.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Ölçümü yeniden yapabilir; fidenin hastalık, zarar görme veya farklı sulanma durumunu kontrol edebilir. Gerekirse yeni fidelerle deneyi tekrarlayabilir.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Yeni bakteri hücrelerinin oluşması üremeyi gösterir.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Büyümede aynı hücrenin boyutu veya kütlesi artar. Üremede yeni bireyler oluşur ve sayı artar.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Gelişmeyle ilgilidir. Canlının yapısı ve işlevleri zamanla değişip olgunlaşır.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Karşılaştırılamaz. Canlıların kütlesi uygun araçla ölçülüp aynı birimle kaydedilmelidir.</w:t>
      </w:r>
    </w:p>
    <w:p>
      <w:r>
        <w:br w:type="page"/>
      </w:r>
    </w:p>
    <w:p>
      <w:pPr>
        <w:pStyle w:val="Heading1"/>
      </w:pPr>
      <w:r>
        <w:rPr>
          <w:b w:val="0"/>
        </w:rPr>
        <w:t>Ek Çalışma Soruları</w:t>
      </w:r>
    </w:p>
    <w:p>
      <w:pPr>
        <w:pStyle w:val="Heading2"/>
        <w:keepNext/>
      </w:pPr>
      <w:r>
        <w:rPr>
          <w:b w:val="0"/>
        </w:rPr>
        <w:t>Ek Soru 1</w:t>
      </w:r>
    </w:p>
    <w:p>
      <w:pPr>
        <w:keepNext/>
      </w:pPr>
      <w:r>
        <w:rPr>
          <w:b w:val="0"/>
        </w:rPr>
        <w:t>Bir laboratuvarda incelenecek DNA miktarı çok azdır. Araştırmacı, PCR yöntemiyle DNA’nın belirli bir bölümünden çok sayıda kopya elde eder.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PCR bu incelemede hangi sorunu çözmüştür?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yöntem sağlık veya adli incelemelerde nasıl kullanılabilir? Bir örnek veriniz.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Ek Soru 2</w:t>
      </w:r>
    </w:p>
    <w:p>
      <w:pPr>
        <w:keepNext/>
      </w:pPr>
      <w:r>
        <w:rPr>
          <w:b w:val="0"/>
        </w:rPr>
        <w:t>CRISPR-Cas gibi gen düzenleme araçları, DNA’nın belirli bir bölümünde değişiklik yapılmasını sağlar. Bu araçlar kalıtsal hastalıklarla ilgili araştırmalarda da kullanılır.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DNA’nın belirli bir bölümünü değiştirebilmek hastalık araştırmalarına nasıl yardımcı olabilir?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Bir yöntemin laboratuvarda işe yaraması, insanlarda hemen uygulanması için yeterli midir?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Ek Çalışma Soruları Cevap Anahtarı</w:t>
      </w:r>
    </w:p>
    <w:p>
      <w:pPr>
        <w:pStyle w:val="Heading2"/>
        <w:spacing w:before="120"/>
      </w:pPr>
      <w:r>
        <w:rPr>
          <w:b w:val="0"/>
        </w:rPr>
        <w:t>Ek 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Az miktardaki DNA’nın ilgili bölümünü çoğaltarak incelenebilecek miktara ulaşılmasını sağlamıştır.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Örneğin bir örnekte hastalık etkenine ait genetik materyalin araştırılmasını veya az miktardaki biyolojik örneğin kimlik belirlemek için incelenmesini kolaylaştırabilir.</w:t>
      </w:r>
    </w:p>
    <w:p>
      <w:pPr>
        <w:pStyle w:val="Heading2"/>
        <w:spacing w:before="120"/>
      </w:pPr>
      <w:r>
        <w:rPr>
          <w:b w:val="0"/>
        </w:rPr>
        <w:t>Ek 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Bir genin görevini ve o gendeki değişikliklerin etkisini araştırmayı kolaylaştırabilir. Bazı kalıtsal hastalıklar için tedavi geliştirme çalışmalarına katkı sağlayabilir.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Yöntemin güvenli ve etkili olup olmadığı araştırılmalı, istenmeyen etkileri incelenmelidir.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9.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Sınıf Biyoloji Ortak Yazılı Çalışma Soruları ve Cevapları</dc:title>
  <dc:subject>2026–2027 Birinci Dönem Birinci Yazılı Çalışma Soruları ve Cevapları</dc:subject>
  <dc:creator>Biyoloji Hikayesi</dc:creator>
  <cp:keywords>9.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