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color w:val="000000"/>
        </w:rPr>
        <w:t>Biyoloji Dersi Birinci Ortak Yazılı Çalışma Soruları</w:t>
      </w:r>
    </w:p>
    <w:p>
      <w:pPr>
        <w:pStyle w:val="Heading1"/>
      </w:pPr>
      <w:r>
        <w:rPr>
          <w:b w:val="0"/>
          <w:color w:val="000000"/>
        </w:rPr>
        <w:t>12 Sınıf</w:t>
      </w:r>
    </w:p>
    <w:p>
      <w:pPr>
        <w:pStyle w:val="Subtitle"/>
      </w:pPr>
      <w:r>
        <w:rPr>
          <w:b w:val="0"/>
          <w:color w:val="000000"/>
        </w:rPr>
        <w:t>2026 2027 Eğitim Öğretim Yılı</w:t>
      </w:r>
    </w:p>
    <w:p>
      <w:pPr>
        <w:pStyle w:val="Heading2"/>
      </w:pPr>
      <w:r>
        <w:rPr>
          <w:b w:val="0"/>
          <w:color w:val="000000"/>
        </w:rPr>
        <w:t>Birinci Dönem Birinci Yazılı</w:t>
      </w:r>
    </w:p>
    <w:p>
      <w:r>
        <w:rPr>
          <w:b w:val="0"/>
          <w:color w:val="000000"/>
        </w:rPr>
        <w:t>Bu belge, 12. sınıf biyoloji dersinde 1. dönem 1. ortak yazılıya hazırlanmanız için 4 alternatif senaryo içerir. Soruların tamamı açık uçlu veya kısa cevaplıdır. İlk bölümde sorular, ikinci bölümde açıklamalı cevaplar ve puanlama ölçütleri bulunur.</w:t>
      </w:r>
    </w:p>
    <w:p>
      <w:r>
        <w:rPr>
          <w:b w:val="0"/>
          <w:color w:val="000000"/>
        </w:rPr>
        <w:t>Senaryolar, 2026-2027 konu soru dağılım tablosundaki farklı sınav seçeneklerini temsil eder. Bazı sorular alternatiflerde ortaktır. Her senaryo 100 puandır; 40 dakika önerilen çözüm süresidir.</w:t>
      </w:r>
    </w:p>
    <w:p>
      <w:pPr>
        <w:pStyle w:val="Heading2"/>
      </w:pPr>
      <w:r>
        <w:rPr>
          <w:b w:val="0"/>
          <w:color w:val="000000"/>
        </w:rPr>
        <w:t>Nasıl Çalışmalısınız</w:t>
      </w:r>
    </w:p>
    <w:p>
      <w:r>
        <w:rPr>
          <w:b w:val="0"/>
          <w:color w:val="000000"/>
        </w:rPr>
        <w:t>Önce seçtiğiniz senaryoyu cevaplara bakmadan çözünüz. Ardından her alt maddeyi ilgili cevap anahtarıyla karşılaştırınız. Yanlış veya eksik cevapladığınız kavramları ders kitabından yeniden inceleyiniz. Bilimsel açıdan doğru eşdeğer açıklamalar da kabul edilir.</w:t>
      </w:r>
    </w:p>
    <w:p>
      <w:pPr>
        <w:pStyle w:val="Heading2"/>
      </w:pPr>
      <w:r>
        <w:rPr>
          <w:b w:val="0"/>
          <w:color w:val="000000"/>
        </w:rPr>
        <w:t>Senaryolara Göre Soru Dağılımı</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3551"/>
        <w:gridCol w:w="1578"/>
        <w:gridCol w:w="1578"/>
        <w:gridCol w:w="1578"/>
        <w:gridCol w:w="1578"/>
      </w:tblGrid>
      <w:tr>
        <w:trPr>
          <w:cantSplit/>
          <w:tblHeader/>
        </w:trPr>
        <w:tc>
          <w:tcPr>
            <w:tcW w:type="dxa" w:w="3551"/>
            <w:vAlign w:val="center"/>
            <w:shd w:fill="DEEAF6"/>
          </w:tcPr>
          <w:p>
            <w:pPr>
              <w:spacing w:after="40" w:before="40" w:line="252" w:lineRule="auto"/>
            </w:pPr>
            <w:r/>
            <w:r>
              <w:rPr>
                <w:b/>
                <w:color w:val="000000"/>
                <w:sz w:val="19"/>
              </w:rPr>
              <w:t>Çıktı veya kazanım</w:t>
            </w:r>
          </w:p>
        </w:tc>
        <w:tc>
          <w:tcPr>
            <w:tcW w:type="dxa" w:w="1578"/>
            <w:vAlign w:val="center"/>
            <w:shd w:fill="DEEAF6"/>
          </w:tcPr>
          <w:p>
            <w:pPr>
              <w:spacing w:after="40" w:before="40" w:line="252" w:lineRule="auto"/>
              <w:jc w:val="center"/>
            </w:pPr>
            <w:r/>
            <w:r>
              <w:rPr>
                <w:b/>
                <w:color w:val="000000"/>
                <w:sz w:val="19"/>
              </w:rPr>
              <w:t>Senaryo 1</w:t>
            </w:r>
          </w:p>
        </w:tc>
        <w:tc>
          <w:tcPr>
            <w:tcW w:type="dxa" w:w="1578"/>
            <w:vAlign w:val="center"/>
            <w:shd w:fill="DEEAF6"/>
          </w:tcPr>
          <w:p>
            <w:pPr>
              <w:spacing w:after="40" w:before="40" w:line="252" w:lineRule="auto"/>
              <w:jc w:val="center"/>
            </w:pPr>
            <w:r/>
            <w:r>
              <w:rPr>
                <w:b/>
                <w:color w:val="000000"/>
                <w:sz w:val="19"/>
              </w:rPr>
              <w:t>Senaryo 2</w:t>
            </w:r>
          </w:p>
        </w:tc>
        <w:tc>
          <w:tcPr>
            <w:tcW w:type="dxa" w:w="1578"/>
            <w:vAlign w:val="center"/>
            <w:shd w:fill="DEEAF6"/>
          </w:tcPr>
          <w:p>
            <w:pPr>
              <w:spacing w:after="40" w:before="40" w:line="252" w:lineRule="auto"/>
              <w:jc w:val="center"/>
            </w:pPr>
            <w:r/>
            <w:r>
              <w:rPr>
                <w:b/>
                <w:color w:val="000000"/>
                <w:sz w:val="19"/>
              </w:rPr>
              <w:t>Senaryo 3</w:t>
            </w:r>
          </w:p>
        </w:tc>
        <w:tc>
          <w:tcPr>
            <w:tcW w:type="dxa" w:w="1578"/>
            <w:vAlign w:val="center"/>
            <w:shd w:fill="DEEAF6"/>
          </w:tcPr>
          <w:p>
            <w:pPr>
              <w:spacing w:after="40" w:before="40" w:line="252" w:lineRule="auto"/>
              <w:jc w:val="center"/>
            </w:pPr>
            <w:r/>
            <w:r>
              <w:rPr>
                <w:b/>
                <w:color w:val="000000"/>
                <w:sz w:val="19"/>
              </w:rPr>
              <w:t>Senaryo 4</w:t>
            </w:r>
          </w:p>
        </w:tc>
      </w:tr>
      <w:tr>
        <w:trPr>
          <w:cantSplit/>
        </w:trPr>
        <w:tc>
          <w:tcPr>
            <w:tcW w:type="dxa" w:w="3551"/>
            <w:vAlign w:val="center"/>
          </w:tcPr>
          <w:p>
            <w:pPr>
              <w:spacing w:after="40" w:before="40" w:line="252" w:lineRule="auto"/>
            </w:pPr>
            <w:r/>
            <w:r>
              <w:rPr>
                <w:b w:val="0"/>
                <w:color w:val="000000"/>
                <w:sz w:val="19"/>
              </w:rPr>
              <w:t>12.1.1.1</w:t>
            </w:r>
          </w:p>
        </w:tc>
        <w:tc>
          <w:tcPr>
            <w:tcW w:type="dxa" w:w="1578"/>
            <w:vAlign w:val="center"/>
          </w:tcPr>
          <w:p>
            <w:pPr>
              <w:spacing w:after="40" w:before="40" w:line="252" w:lineRule="auto"/>
              <w:jc w:val="center"/>
            </w:pPr>
            <w:r/>
            <w:r>
              <w:rPr>
                <w:b w:val="0"/>
                <w:color w:val="000000"/>
                <w:sz w:val="19"/>
              </w:rPr>
              <w:t>1</w:t>
            </w:r>
          </w:p>
        </w:tc>
        <w:tc>
          <w:tcPr>
            <w:tcW w:type="dxa" w:w="1578"/>
            <w:vAlign w:val="center"/>
          </w:tcPr>
          <w:p>
            <w:pPr>
              <w:spacing w:after="40" w:before="40" w:line="252" w:lineRule="auto"/>
              <w:jc w:val="center"/>
            </w:pPr>
            <w:r/>
            <w:r>
              <w:rPr>
                <w:b w:val="0"/>
                <w:color w:val="000000"/>
                <w:sz w:val="19"/>
              </w:rPr>
              <w:t>1</w:t>
            </w:r>
          </w:p>
        </w:tc>
        <w:tc>
          <w:tcPr>
            <w:tcW w:type="dxa" w:w="1578"/>
            <w:vAlign w:val="center"/>
          </w:tcPr>
          <w:p>
            <w:pPr>
              <w:spacing w:after="40" w:before="40" w:line="252" w:lineRule="auto"/>
              <w:jc w:val="center"/>
            </w:pPr>
            <w:r/>
            <w:r>
              <w:rPr>
                <w:b w:val="0"/>
                <w:color w:val="000000"/>
                <w:sz w:val="19"/>
              </w:rPr>
              <w:t>0</w:t>
            </w:r>
          </w:p>
        </w:tc>
        <w:tc>
          <w:tcPr>
            <w:tcW w:type="dxa" w:w="1578"/>
            <w:vAlign w:val="center"/>
          </w:tcPr>
          <w:p>
            <w:pPr>
              <w:spacing w:after="40" w:before="40" w:line="252" w:lineRule="auto"/>
              <w:jc w:val="center"/>
            </w:pPr>
            <w:r/>
            <w:r>
              <w:rPr>
                <w:b w:val="0"/>
                <w:color w:val="000000"/>
                <w:sz w:val="19"/>
              </w:rPr>
              <w:t>1</w:t>
            </w:r>
          </w:p>
        </w:tc>
      </w:tr>
      <w:tr>
        <w:trPr>
          <w:cantSplit/>
        </w:trPr>
        <w:tc>
          <w:tcPr>
            <w:tcW w:type="dxa" w:w="3551"/>
            <w:vAlign w:val="center"/>
          </w:tcPr>
          <w:p>
            <w:pPr>
              <w:spacing w:after="40" w:before="40" w:line="252" w:lineRule="auto"/>
            </w:pPr>
            <w:r/>
            <w:r>
              <w:rPr>
                <w:b w:val="0"/>
                <w:color w:val="000000"/>
                <w:sz w:val="19"/>
              </w:rPr>
              <w:t>12.1.1.2</w:t>
            </w:r>
          </w:p>
        </w:tc>
        <w:tc>
          <w:tcPr>
            <w:tcW w:type="dxa" w:w="1578"/>
            <w:vAlign w:val="center"/>
          </w:tcPr>
          <w:p>
            <w:pPr>
              <w:spacing w:after="40" w:before="40" w:line="252" w:lineRule="auto"/>
              <w:jc w:val="center"/>
            </w:pPr>
            <w:r/>
            <w:r>
              <w:rPr>
                <w:b w:val="0"/>
                <w:color w:val="000000"/>
                <w:sz w:val="19"/>
              </w:rPr>
              <w:t>3</w:t>
            </w:r>
          </w:p>
        </w:tc>
        <w:tc>
          <w:tcPr>
            <w:tcW w:type="dxa" w:w="1578"/>
            <w:vAlign w:val="center"/>
          </w:tcPr>
          <w:p>
            <w:pPr>
              <w:spacing w:after="40" w:before="40" w:line="252" w:lineRule="auto"/>
              <w:jc w:val="center"/>
            </w:pPr>
            <w:r/>
            <w:r>
              <w:rPr>
                <w:b w:val="0"/>
                <w:color w:val="000000"/>
                <w:sz w:val="19"/>
              </w:rPr>
              <w:t>2</w:t>
            </w:r>
          </w:p>
        </w:tc>
        <w:tc>
          <w:tcPr>
            <w:tcW w:type="dxa" w:w="1578"/>
            <w:vAlign w:val="center"/>
          </w:tcPr>
          <w:p>
            <w:pPr>
              <w:spacing w:after="40" w:before="40" w:line="252" w:lineRule="auto"/>
              <w:jc w:val="center"/>
            </w:pPr>
            <w:r/>
            <w:r>
              <w:rPr>
                <w:b w:val="0"/>
                <w:color w:val="000000"/>
                <w:sz w:val="19"/>
              </w:rPr>
              <w:t>3</w:t>
            </w:r>
          </w:p>
        </w:tc>
        <w:tc>
          <w:tcPr>
            <w:tcW w:type="dxa" w:w="1578"/>
            <w:vAlign w:val="center"/>
          </w:tcPr>
          <w:p>
            <w:pPr>
              <w:spacing w:after="40" w:before="40" w:line="252" w:lineRule="auto"/>
              <w:jc w:val="center"/>
            </w:pPr>
            <w:r/>
            <w:r>
              <w:rPr>
                <w:b w:val="0"/>
                <w:color w:val="000000"/>
                <w:sz w:val="19"/>
              </w:rPr>
              <w:t>3</w:t>
            </w:r>
          </w:p>
        </w:tc>
      </w:tr>
      <w:tr>
        <w:trPr>
          <w:cantSplit/>
        </w:trPr>
        <w:tc>
          <w:tcPr>
            <w:tcW w:type="dxa" w:w="3551"/>
            <w:vAlign w:val="center"/>
          </w:tcPr>
          <w:p>
            <w:pPr>
              <w:spacing w:after="40" w:before="40" w:line="252" w:lineRule="auto"/>
            </w:pPr>
            <w:r/>
            <w:r>
              <w:rPr>
                <w:b w:val="0"/>
                <w:color w:val="000000"/>
                <w:sz w:val="19"/>
              </w:rPr>
              <w:t>12.1.1.3</w:t>
            </w:r>
          </w:p>
        </w:tc>
        <w:tc>
          <w:tcPr>
            <w:tcW w:type="dxa" w:w="1578"/>
            <w:vAlign w:val="center"/>
          </w:tcPr>
          <w:p>
            <w:pPr>
              <w:spacing w:after="40" w:before="40" w:line="252" w:lineRule="auto"/>
              <w:jc w:val="center"/>
            </w:pPr>
            <w:r/>
            <w:r>
              <w:rPr>
                <w:b w:val="0"/>
                <w:color w:val="000000"/>
                <w:sz w:val="19"/>
              </w:rPr>
              <w:t>2</w:t>
            </w:r>
          </w:p>
        </w:tc>
        <w:tc>
          <w:tcPr>
            <w:tcW w:type="dxa" w:w="1578"/>
            <w:vAlign w:val="center"/>
          </w:tcPr>
          <w:p>
            <w:pPr>
              <w:spacing w:after="40" w:before="40" w:line="252" w:lineRule="auto"/>
              <w:jc w:val="center"/>
            </w:pPr>
            <w:r/>
            <w:r>
              <w:rPr>
                <w:b w:val="0"/>
                <w:color w:val="000000"/>
                <w:sz w:val="19"/>
              </w:rPr>
              <w:t>1</w:t>
            </w:r>
          </w:p>
        </w:tc>
        <w:tc>
          <w:tcPr>
            <w:tcW w:type="dxa" w:w="1578"/>
            <w:vAlign w:val="center"/>
          </w:tcPr>
          <w:p>
            <w:pPr>
              <w:spacing w:after="40" w:before="40" w:line="252" w:lineRule="auto"/>
              <w:jc w:val="center"/>
            </w:pPr>
            <w:r/>
            <w:r>
              <w:rPr>
                <w:b w:val="0"/>
                <w:color w:val="000000"/>
                <w:sz w:val="19"/>
              </w:rPr>
              <w:t>1</w:t>
            </w:r>
          </w:p>
        </w:tc>
        <w:tc>
          <w:tcPr>
            <w:tcW w:type="dxa" w:w="1578"/>
            <w:vAlign w:val="center"/>
          </w:tcPr>
          <w:p>
            <w:pPr>
              <w:spacing w:after="40" w:before="40" w:line="252" w:lineRule="auto"/>
              <w:jc w:val="center"/>
            </w:pPr>
            <w:r/>
            <w:r>
              <w:rPr>
                <w:b w:val="0"/>
                <w:color w:val="000000"/>
                <w:sz w:val="19"/>
              </w:rPr>
              <w:t>1</w:t>
            </w:r>
          </w:p>
        </w:tc>
      </w:tr>
      <w:tr>
        <w:trPr>
          <w:cantSplit/>
        </w:trPr>
        <w:tc>
          <w:tcPr>
            <w:tcW w:type="dxa" w:w="3551"/>
            <w:vAlign w:val="center"/>
          </w:tcPr>
          <w:p>
            <w:pPr>
              <w:spacing w:after="40" w:before="40" w:line="252" w:lineRule="auto"/>
            </w:pPr>
            <w:r/>
            <w:r>
              <w:rPr>
                <w:b w:val="0"/>
                <w:color w:val="000000"/>
                <w:sz w:val="19"/>
              </w:rPr>
              <w:t>12.1.1.4</w:t>
            </w:r>
          </w:p>
        </w:tc>
        <w:tc>
          <w:tcPr>
            <w:tcW w:type="dxa" w:w="1578"/>
            <w:vAlign w:val="center"/>
          </w:tcPr>
          <w:p>
            <w:pPr>
              <w:spacing w:after="40" w:before="40" w:line="252" w:lineRule="auto"/>
              <w:jc w:val="center"/>
            </w:pPr>
            <w:r/>
            <w:r>
              <w:rPr>
                <w:b w:val="0"/>
                <w:color w:val="000000"/>
                <w:sz w:val="19"/>
              </w:rPr>
              <w:t>0</w:t>
            </w:r>
          </w:p>
        </w:tc>
        <w:tc>
          <w:tcPr>
            <w:tcW w:type="dxa" w:w="1578"/>
            <w:vAlign w:val="center"/>
          </w:tcPr>
          <w:p>
            <w:pPr>
              <w:spacing w:after="40" w:before="40" w:line="252" w:lineRule="auto"/>
              <w:jc w:val="center"/>
            </w:pPr>
            <w:r/>
            <w:r>
              <w:rPr>
                <w:b w:val="0"/>
                <w:color w:val="000000"/>
                <w:sz w:val="19"/>
              </w:rPr>
              <w:t>2</w:t>
            </w:r>
          </w:p>
        </w:tc>
        <w:tc>
          <w:tcPr>
            <w:tcW w:type="dxa" w:w="1578"/>
            <w:vAlign w:val="center"/>
          </w:tcPr>
          <w:p>
            <w:pPr>
              <w:spacing w:after="40" w:before="40" w:line="252" w:lineRule="auto"/>
              <w:jc w:val="center"/>
            </w:pPr>
            <w:r/>
            <w:r>
              <w:rPr>
                <w:b w:val="0"/>
                <w:color w:val="000000"/>
                <w:sz w:val="19"/>
              </w:rPr>
              <w:t>1</w:t>
            </w:r>
          </w:p>
        </w:tc>
        <w:tc>
          <w:tcPr>
            <w:tcW w:type="dxa" w:w="1578"/>
            <w:vAlign w:val="center"/>
          </w:tcPr>
          <w:p>
            <w:pPr>
              <w:spacing w:after="40" w:before="40" w:line="252" w:lineRule="auto"/>
              <w:jc w:val="center"/>
            </w:pPr>
            <w:r/>
            <w:r>
              <w:rPr>
                <w:b w:val="0"/>
                <w:color w:val="000000"/>
                <w:sz w:val="19"/>
              </w:rPr>
              <w:t>2</w:t>
            </w:r>
          </w:p>
        </w:tc>
      </w:tr>
      <w:tr>
        <w:trPr>
          <w:cantSplit/>
        </w:trPr>
        <w:tc>
          <w:tcPr>
            <w:tcW w:type="dxa" w:w="3551"/>
            <w:vAlign w:val="center"/>
          </w:tcPr>
          <w:p>
            <w:pPr>
              <w:spacing w:after="40" w:before="40" w:line="252" w:lineRule="auto"/>
            </w:pPr>
            <w:r/>
            <w:r>
              <w:rPr>
                <w:b w:val="0"/>
                <w:color w:val="000000"/>
                <w:sz w:val="19"/>
              </w:rPr>
              <w:t>Toplam soru</w:t>
            </w:r>
          </w:p>
        </w:tc>
        <w:tc>
          <w:tcPr>
            <w:tcW w:type="dxa" w:w="1578"/>
            <w:vAlign w:val="center"/>
          </w:tcPr>
          <w:p>
            <w:pPr>
              <w:spacing w:after="40" w:before="40" w:line="252" w:lineRule="auto"/>
              <w:jc w:val="center"/>
            </w:pPr>
            <w:r/>
            <w:r>
              <w:rPr>
                <w:b w:val="0"/>
                <w:color w:val="000000"/>
                <w:sz w:val="19"/>
              </w:rPr>
              <w:t>6</w:t>
            </w:r>
          </w:p>
        </w:tc>
        <w:tc>
          <w:tcPr>
            <w:tcW w:type="dxa" w:w="1578"/>
            <w:vAlign w:val="center"/>
          </w:tcPr>
          <w:p>
            <w:pPr>
              <w:spacing w:after="40" w:before="40" w:line="252" w:lineRule="auto"/>
              <w:jc w:val="center"/>
            </w:pPr>
            <w:r/>
            <w:r>
              <w:rPr>
                <w:b w:val="0"/>
                <w:color w:val="000000"/>
                <w:sz w:val="19"/>
              </w:rPr>
              <w:t>6</w:t>
            </w:r>
          </w:p>
        </w:tc>
        <w:tc>
          <w:tcPr>
            <w:tcW w:type="dxa" w:w="1578"/>
            <w:vAlign w:val="center"/>
          </w:tcPr>
          <w:p>
            <w:pPr>
              <w:spacing w:after="40" w:before="40" w:line="252" w:lineRule="auto"/>
              <w:jc w:val="center"/>
            </w:pPr>
            <w:r/>
            <w:r>
              <w:rPr>
                <w:b w:val="0"/>
                <w:color w:val="000000"/>
                <w:sz w:val="19"/>
              </w:rPr>
              <w:t>5</w:t>
            </w:r>
          </w:p>
        </w:tc>
        <w:tc>
          <w:tcPr>
            <w:tcW w:type="dxa" w:w="1578"/>
            <w:vAlign w:val="center"/>
          </w:tcPr>
          <w:p>
            <w:pPr>
              <w:spacing w:after="40" w:before="40" w:line="252" w:lineRule="auto"/>
              <w:jc w:val="center"/>
            </w:pPr>
            <w:r/>
            <w:r>
              <w:rPr>
                <w:b w:val="0"/>
                <w:color w:val="000000"/>
                <w:sz w:val="19"/>
              </w:rPr>
              <w:t>7</w:t>
            </w:r>
          </w:p>
        </w:tc>
      </w:tr>
    </w:tbl>
    <w:p>
      <w:pPr>
        <w:keepNext/>
        <w:spacing w:after="60" w:before="0" w:line="60" w:lineRule="exact"/>
      </w:pPr>
    </w:p>
    <w:p>
      <w:r>
        <w:rPr>
          <w:b w:val="0"/>
          <w:color w:val="000000"/>
        </w:rPr>
        <w:t>Sorular Biyoloji Hikayesi için özgün olarak hazırlanmıştır. Deney tablolarındaki sayısal veriler öğretim amacıyla oluşturulmuştur. Bu çalışma bir resmî MEB sınavı değildir.</w:t>
      </w:r>
    </w:p>
    <w:p>
      <w:r>
        <w:br w:type="page"/>
      </w:r>
    </w:p>
    <w:p>
      <w:pPr>
        <w:pStyle w:val="Heading1"/>
      </w:pPr>
      <w:r>
        <w:rPr>
          <w:b w:val="0"/>
          <w:color w:val="000000"/>
        </w:rPr>
        <w:t>Senaryo 1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Griffith’in araştırmaları, bakteriler arasında kalıtsal bir özelliğin aktarılabildiğini göstermiştir. Daha sonra Avery, MacLeod ve McCarty, dönüşüme yol açan özütün farklı bileşenlerini enzimlerle parçalayarak araştırmıştır. Aşağıdaki tablo, bu çalışmaların ilkesini gösteren basitleştirilmiş sonuçları içerir.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Özüte uygulanan işlem</w:t>
            </w:r>
          </w:p>
        </w:tc>
        <w:tc>
          <w:tcPr>
            <w:tcW w:type="dxa" w:w="5524"/>
            <w:vAlign w:val="center"/>
            <w:shd w:fill="DEEAF6"/>
          </w:tcPr>
          <w:p>
            <w:pPr>
              <w:keepNext/>
              <w:spacing w:after="40" w:before="40" w:line="252" w:lineRule="auto"/>
            </w:pPr>
            <w:r/>
            <w:r>
              <w:rPr>
                <w:b/>
                <w:color w:val="000000"/>
                <w:sz w:val="19"/>
              </w:rPr>
              <w:t>Bakterilerde dönüşüm</w:t>
            </w:r>
          </w:p>
        </w:tc>
      </w:tr>
      <w:tr>
        <w:trPr>
          <w:cantSplit/>
        </w:trPr>
        <w:tc>
          <w:tcPr>
            <w:tcW w:type="dxa" w:w="4340"/>
            <w:vAlign w:val="center"/>
          </w:tcPr>
          <w:p>
            <w:pPr>
              <w:keepNext/>
              <w:spacing w:after="40" w:before="40" w:line="252" w:lineRule="auto"/>
            </w:pPr>
            <w:r/>
            <w:r>
              <w:rPr>
                <w:b w:val="0"/>
                <w:color w:val="000000"/>
                <w:sz w:val="19"/>
              </w:rPr>
              <w:t>Enzim eklenmez</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Proteinler parçalanır</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RNA parçalanır</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DNA parçalanır</w:t>
            </w:r>
          </w:p>
        </w:tc>
        <w:tc>
          <w:tcPr>
            <w:tcW w:type="dxa" w:w="5524"/>
            <w:vAlign w:val="center"/>
          </w:tcPr>
          <w:p>
            <w:pPr>
              <w:keepNext/>
              <w:spacing w:after="40" w:before="40" w:line="252" w:lineRule="auto"/>
            </w:pPr>
            <w:r/>
            <w:r>
              <w:rPr>
                <w:b w:val="0"/>
                <w:color w:val="000000"/>
                <w:sz w:val="19"/>
              </w:rPr>
              <w:t>Yok</w:t>
            </w:r>
          </w:p>
        </w:tc>
      </w:tr>
    </w:tbl>
    <w:p>
      <w:pPr>
        <w:keepNext/>
        <w:spacing w:after="60" w:before="0" w:line="60" w:lineRule="exact"/>
      </w:pPr>
    </w:p>
    <w:p>
      <w:pPr>
        <w:keepNext/>
        <w:keepLines/>
      </w:pPr>
      <w:r>
        <w:rPr>
          <w:b/>
          <w:color w:val="000000"/>
        </w:rPr>
        <w:t xml:space="preserve">a) </w:t>
      </w:r>
      <w:r>
        <w:rPr>
          <w:b w:val="0"/>
          <w:color w:val="000000"/>
        </w:rPr>
        <w:t xml:space="preserve">Tabloya göre dönüşümden sorumlu molekülü yazınız ve hangi karşılaştırmanın bu sonucu desteklediğini açıklayınız. </w:t>
      </w:r>
      <w:r>
        <w:rPr>
          <w:b/>
          <w:color w:val="000000"/>
        </w:rPr>
        <w:t>(8 puan)</w:t>
      </w:r>
    </w:p>
    <w:p>
      <w:pPr>
        <w:keepNext/>
        <w:keepLines/>
      </w:pPr>
      <w:r>
        <w:rPr>
          <w:b/>
          <w:color w:val="000000"/>
        </w:rPr>
        <w:t xml:space="preserve">b) </w:t>
      </w:r>
      <w:r>
        <w:rPr>
          <w:b w:val="0"/>
          <w:color w:val="000000"/>
        </w:rPr>
        <w:t xml:space="preserve">Griffith’in gözlemi ile bu enzim deneylerinin kalıtım maddesini belirlemeye katkısını ayırt ediniz. </w:t>
      </w:r>
      <w:r>
        <w:rPr>
          <w:b/>
          <w:color w:val="000000"/>
        </w:rPr>
        <w:t>(8 puan)</w:t>
      </w:r>
    </w:p>
    <w:p>
      <w:pPr>
        <w:keepNext/>
        <w:keepLines/>
      </w:pPr>
      <w:r>
        <w:rPr>
          <w:b/>
          <w:color w:val="000000"/>
        </w:rPr>
        <w:t xml:space="preserve">c) </w:t>
      </w:r>
      <w:r>
        <w:rPr>
          <w:b w:val="0"/>
          <w:color w:val="000000"/>
        </w:rPr>
        <w:t xml:space="preserve">Enzim eklenmeyen grubun araştırmadaki işlevini açıklayınız. </w:t>
      </w:r>
      <w:r>
        <w:rPr>
          <w:b/>
          <w:color w:val="000000"/>
        </w:rPr>
        <w:t>(4 puan)</w:t>
      </w:r>
    </w:p>
    <w:p>
      <w:pPr>
        <w:keepNext w:val="0"/>
        <w:keepLines/>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Çift zincirli bir DNA molekülünün iki zincirindeki toplam nükleotit sayısı 1000’dir. Bu molekülde toplam 200 adenin nükleotidi vardır.</w:t>
      </w:r>
    </w:p>
    <w:p>
      <w:pPr>
        <w:keepNext/>
        <w:keepLines/>
      </w:pPr>
      <w:r>
        <w:rPr>
          <w:b/>
          <w:color w:val="000000"/>
        </w:rPr>
        <w:t xml:space="preserve">a) </w:t>
      </w:r>
      <w:r>
        <w:rPr>
          <w:b w:val="0"/>
          <w:color w:val="000000"/>
        </w:rPr>
        <w:t xml:space="preserve">Timin, guanin ve sitozin nükleotitlerinin toplam sayılarını işlemlerinizle bulunuz. </w:t>
      </w:r>
      <w:r>
        <w:rPr>
          <w:b/>
          <w:color w:val="000000"/>
        </w:rPr>
        <w:t>(8 puan)</w:t>
      </w:r>
    </w:p>
    <w:p>
      <w:pPr>
        <w:keepNext/>
        <w:keepLines/>
      </w:pPr>
      <w:r>
        <w:rPr>
          <w:b/>
          <w:color w:val="000000"/>
        </w:rPr>
        <w:t xml:space="preserve">b) </w:t>
      </w:r>
      <w:r>
        <w:rPr>
          <w:b w:val="0"/>
          <w:color w:val="000000"/>
        </w:rPr>
        <w:t xml:space="preserve">İki zinciri bir arada tutan toplam hidrojen bağı sayısını hesaplayınız. </w:t>
      </w:r>
      <w:r>
        <w:rPr>
          <w:b/>
          <w:color w:val="000000"/>
        </w:rPr>
        <w:t>(8 puan)</w:t>
      </w:r>
    </w:p>
    <w:p>
      <w:pPr>
        <w:keepNext/>
        <w:keepLines/>
      </w:pPr>
      <w:r>
        <w:rPr>
          <w:b/>
          <w:color w:val="000000"/>
        </w:rPr>
        <w:t xml:space="preserve">c) </w:t>
      </w:r>
      <w:r>
        <w:rPr>
          <w:b w:val="0"/>
          <w:color w:val="000000"/>
        </w:rPr>
        <w:t xml:space="preserve">Aynı zincirde art arda gelen nükleotitleri birbirine bağlayan bağın adını yazınız. </w:t>
      </w:r>
      <w:r>
        <w:rPr>
          <w:b/>
          <w:color w:val="000000"/>
        </w:rPr>
        <w:t>(4 puan)</w:t>
      </w:r>
    </w:p>
    <w:p>
      <w:pPr>
        <w:keepNext w:val="0"/>
        <w:keepLines/>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Bir canlı hücresinden alınan X nükleik asidi deoksiriboz ve timin, Y nükleik asidi ise riboz ve urasil içerir.</w:t>
      </w:r>
    </w:p>
    <w:p>
      <w:pPr>
        <w:keepNext/>
        <w:keepLines/>
      </w:pPr>
      <w:r>
        <w:rPr>
          <w:b/>
          <w:color w:val="000000"/>
        </w:rPr>
        <w:t xml:space="preserve">a) </w:t>
      </w:r>
      <w:r>
        <w:rPr>
          <w:b w:val="0"/>
          <w:color w:val="000000"/>
        </w:rPr>
        <w:t xml:space="preserve">X ve Y’yi adlandırınız; şeker ve baz bilgilerinin tanımlamaya nasıl yardımcı olduğunu belirtiniz. </w:t>
      </w:r>
      <w:r>
        <w:rPr>
          <w:b/>
          <w:color w:val="000000"/>
        </w:rPr>
        <w:t>(6 puan)</w:t>
      </w:r>
    </w:p>
    <w:p>
      <w:pPr>
        <w:keepNext/>
        <w:keepLines/>
      </w:pPr>
      <w:r>
        <w:rPr>
          <w:b/>
          <w:color w:val="000000"/>
        </w:rPr>
        <w:t xml:space="preserve">b) </w:t>
      </w:r>
      <w:r>
        <w:rPr>
          <w:b w:val="0"/>
          <w:color w:val="000000"/>
        </w:rPr>
        <w:t xml:space="preserve">Hücresel DNA ve RNA’nın genel zincir yapılarını ve birer temel görevini karşılaştırınız. </w:t>
      </w:r>
      <w:r>
        <w:rPr>
          <w:b/>
          <w:color w:val="000000"/>
        </w:rPr>
        <w:t>(9 puan)</w:t>
      </w:r>
    </w:p>
    <w:p>
      <w:pPr>
        <w:keepNext w:val="0"/>
        <w:keepLines/>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Bir hücre modelinde K, DNA’daki bir gene ait bilgiyi ribozoma taşır. L, belirli bir amino asidi ribozoma getirir. M ise proteinlerle birlikte ribozomun yapısına katılır ve protein sentezinde katalitik işlev üstlenir.</w:t>
      </w:r>
    </w:p>
    <w:p>
      <w:pPr>
        <w:keepNext/>
        <w:keepLines/>
      </w:pPr>
      <w:r>
        <w:rPr>
          <w:b/>
          <w:color w:val="000000"/>
        </w:rPr>
        <w:t xml:space="preserve">a) </w:t>
      </w:r>
      <w:r>
        <w:rPr>
          <w:b w:val="0"/>
          <w:color w:val="000000"/>
        </w:rPr>
        <w:t xml:space="preserve">K ve L’nin hangi RNA türleri olduğunu yazınız; görevleriyle ilişkilendiriniz. </w:t>
      </w:r>
      <w:r>
        <w:rPr>
          <w:b/>
          <w:color w:val="000000"/>
        </w:rPr>
        <w:t>(12 puan)</w:t>
      </w:r>
    </w:p>
    <w:p>
      <w:pPr>
        <w:keepNext/>
        <w:keepLines/>
      </w:pPr>
      <w:r>
        <w:rPr>
          <w:b/>
          <w:color w:val="000000"/>
        </w:rPr>
        <w:t xml:space="preserve">b) </w:t>
      </w:r>
      <w:r>
        <w:rPr>
          <w:b w:val="0"/>
          <w:color w:val="000000"/>
        </w:rPr>
        <w:t xml:space="preserve">M’nin hangi RNA türü olduğunu yazınız. </w:t>
      </w:r>
      <w:r>
        <w:rPr>
          <w:b/>
          <w:color w:val="000000"/>
        </w:rPr>
        <w:t>(3 puan)</w:t>
      </w:r>
    </w:p>
    <w:p>
      <w:pPr>
        <w:keepNext w:val="0"/>
        <w:keepLines/>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Bir öğrenci, “Genler çok sayıda DNA molekülünün birleşmesiyle oluşur; kromozom ise yalnızca proteinden oluşur.” demektedir.</w:t>
      </w:r>
    </w:p>
    <w:p>
      <w:pPr>
        <w:keepNext/>
        <w:keepLines/>
      </w:pPr>
      <w:r>
        <w:rPr>
          <w:b/>
          <w:color w:val="000000"/>
        </w:rPr>
        <w:t xml:space="preserve">a) </w:t>
      </w:r>
      <w:r>
        <w:rPr>
          <w:b w:val="0"/>
          <w:color w:val="000000"/>
        </w:rPr>
        <w:t xml:space="preserve">Nükleotit, gen ve DNA arasındaki parça-bütün ilişkisini kurarak ilk ifadeyi düzeltiniz. </w:t>
      </w:r>
      <w:r>
        <w:rPr>
          <w:b/>
          <w:color w:val="000000"/>
        </w:rPr>
        <w:t>(9 puan)</w:t>
      </w:r>
    </w:p>
    <w:p>
      <w:pPr>
        <w:keepNext/>
        <w:keepLines/>
      </w:pPr>
      <w:r>
        <w:rPr>
          <w:b/>
          <w:color w:val="000000"/>
        </w:rPr>
        <w:t xml:space="preserve">b) </w:t>
      </w:r>
      <w:r>
        <w:rPr>
          <w:b w:val="0"/>
          <w:color w:val="000000"/>
        </w:rPr>
        <w:t xml:space="preserve">Ökaryot bir hücrenin çekirdeğindeki kromozomun yapısını açıklayarak ikinci ifadeyi düzeltiniz. </w:t>
      </w:r>
      <w:r>
        <w:rPr>
          <w:b/>
          <w:color w:val="000000"/>
        </w:rPr>
        <w:t>(6 puan)</w:t>
      </w:r>
    </w:p>
    <w:p>
      <w:pPr>
        <w:keepNext w:val="0"/>
        <w:keepLines/>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öğrenci ökaryot çekirdekteki genetik materyali modellemek için uzun bir ipi küçük makaralara sarar. Makaralı ipi daha sonra katlayıp sıkıştırarak daha yoğun bir yapı oluşturur.</w:t>
      </w:r>
    </w:p>
    <w:p>
      <w:pPr>
        <w:keepNext/>
        <w:keepLines/>
      </w:pPr>
      <w:r>
        <w:rPr>
          <w:b/>
          <w:color w:val="000000"/>
        </w:rPr>
        <w:t xml:space="preserve">a) </w:t>
      </w:r>
      <w:r>
        <w:rPr>
          <w:b w:val="0"/>
          <w:color w:val="000000"/>
        </w:rPr>
        <w:t xml:space="preserve">Modelde uzun ip, makaralar ve yoğun biçimde paketlenen bütün hangi biyolojik yapıları temsil eder? </w:t>
      </w:r>
      <w:r>
        <w:rPr>
          <w:b/>
          <w:color w:val="000000"/>
        </w:rPr>
        <w:t>(9 puan)</w:t>
      </w:r>
    </w:p>
    <w:p>
      <w:pPr>
        <w:keepNext/>
        <w:keepLines/>
      </w:pPr>
      <w:r>
        <w:rPr>
          <w:b/>
          <w:color w:val="000000"/>
        </w:rPr>
        <w:t xml:space="preserve">b) </w:t>
      </w:r>
      <w:r>
        <w:rPr>
          <w:b w:val="0"/>
          <w:color w:val="000000"/>
        </w:rPr>
        <w:t xml:space="preserve">DNA’nın paketlenmesiyle nükleotit dizisinin zorunlu olarak değişip değişmediğini ve paketlenmenin bir yararını açıklayınız. </w:t>
      </w:r>
      <w:r>
        <w:rPr>
          <w:b/>
          <w:color w:val="000000"/>
        </w:rPr>
        <w:t>(6 puan)</w:t>
      </w:r>
    </w:p>
    <w:p>
      <w:pPr>
        <w:keepNext w:val="0"/>
        <w:keepLines/>
        <w:spacing w:after="240"/>
      </w:pPr>
      <w:r>
        <w:rPr>
          <w:b w:val="0"/>
          <w:color w:val="000000"/>
        </w:rPr>
        <w:t>Cevap / işlem alanı: ........................................................................................................</w:t>
      </w:r>
    </w:p>
    <w:p>
      <w:r>
        <w:br w:type="page"/>
      </w:r>
    </w:p>
    <w:p>
      <w:pPr>
        <w:pStyle w:val="Heading1"/>
      </w:pPr>
      <w:r>
        <w:rPr>
          <w:b w:val="0"/>
          <w:color w:val="000000"/>
        </w:rPr>
        <w:t>Senaryo 2 Sorular</w:t>
      </w:r>
    </w:p>
    <w:p>
      <w:r>
        <w:rPr>
          <w:b w:val="0"/>
          <w:color w:val="000000"/>
        </w:rPr>
        <w:t>6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Griffith’in araştırmaları, bakteriler arasında kalıtsal bir özelliğin aktarılabildiğini göstermiştir. Daha sonra Avery, MacLeod ve McCarty, dönüşüme yol açan özütün farklı bileşenlerini enzimlerle parçalayarak araştırmıştır. Aşağıdaki tablo, bu çalışmaların ilkesini gösteren basitleştirilmiş sonuçları içerir.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Özüte uygulanan işlem</w:t>
            </w:r>
          </w:p>
        </w:tc>
        <w:tc>
          <w:tcPr>
            <w:tcW w:type="dxa" w:w="5524"/>
            <w:vAlign w:val="center"/>
            <w:shd w:fill="DEEAF6"/>
          </w:tcPr>
          <w:p>
            <w:pPr>
              <w:keepNext/>
              <w:spacing w:after="40" w:before="40" w:line="252" w:lineRule="auto"/>
            </w:pPr>
            <w:r/>
            <w:r>
              <w:rPr>
                <w:b/>
                <w:color w:val="000000"/>
                <w:sz w:val="19"/>
              </w:rPr>
              <w:t>Bakterilerde dönüşüm</w:t>
            </w:r>
          </w:p>
        </w:tc>
      </w:tr>
      <w:tr>
        <w:trPr>
          <w:cantSplit/>
        </w:trPr>
        <w:tc>
          <w:tcPr>
            <w:tcW w:type="dxa" w:w="4340"/>
            <w:vAlign w:val="center"/>
          </w:tcPr>
          <w:p>
            <w:pPr>
              <w:keepNext/>
              <w:spacing w:after="40" w:before="40" w:line="252" w:lineRule="auto"/>
            </w:pPr>
            <w:r/>
            <w:r>
              <w:rPr>
                <w:b w:val="0"/>
                <w:color w:val="000000"/>
                <w:sz w:val="19"/>
              </w:rPr>
              <w:t>Enzim eklenmez</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Proteinler parçalanır</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RNA parçalanır</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DNA parçalanır</w:t>
            </w:r>
          </w:p>
        </w:tc>
        <w:tc>
          <w:tcPr>
            <w:tcW w:type="dxa" w:w="5524"/>
            <w:vAlign w:val="center"/>
          </w:tcPr>
          <w:p>
            <w:pPr>
              <w:keepNext/>
              <w:spacing w:after="40" w:before="40" w:line="252" w:lineRule="auto"/>
            </w:pPr>
            <w:r/>
            <w:r>
              <w:rPr>
                <w:b w:val="0"/>
                <w:color w:val="000000"/>
                <w:sz w:val="19"/>
              </w:rPr>
              <w:t>Yok</w:t>
            </w:r>
          </w:p>
        </w:tc>
      </w:tr>
    </w:tbl>
    <w:p>
      <w:pPr>
        <w:keepNext/>
        <w:spacing w:after="60" w:before="0" w:line="60" w:lineRule="exact"/>
      </w:pPr>
    </w:p>
    <w:p>
      <w:pPr>
        <w:keepNext/>
        <w:keepLines/>
      </w:pPr>
      <w:r>
        <w:rPr>
          <w:b/>
          <w:color w:val="000000"/>
        </w:rPr>
        <w:t xml:space="preserve">a) </w:t>
      </w:r>
      <w:r>
        <w:rPr>
          <w:b w:val="0"/>
          <w:color w:val="000000"/>
        </w:rPr>
        <w:t xml:space="preserve">Tabloya göre dönüşümden sorumlu molekülü yazınız ve hangi karşılaştırmanın bu sonucu desteklediğini açıklayınız. </w:t>
      </w:r>
      <w:r>
        <w:rPr>
          <w:b/>
          <w:color w:val="000000"/>
        </w:rPr>
        <w:t>(8 puan)</w:t>
      </w:r>
    </w:p>
    <w:p>
      <w:pPr>
        <w:keepNext/>
        <w:keepLines/>
      </w:pPr>
      <w:r>
        <w:rPr>
          <w:b/>
          <w:color w:val="000000"/>
        </w:rPr>
        <w:t xml:space="preserve">b) </w:t>
      </w:r>
      <w:r>
        <w:rPr>
          <w:b w:val="0"/>
          <w:color w:val="000000"/>
        </w:rPr>
        <w:t xml:space="preserve">Griffith’in gözlemi ile bu enzim deneylerinin kalıtım maddesini belirlemeye katkısını ayırt ediniz. </w:t>
      </w:r>
      <w:r>
        <w:rPr>
          <w:b/>
          <w:color w:val="000000"/>
        </w:rPr>
        <w:t>(8 puan)</w:t>
      </w:r>
    </w:p>
    <w:p>
      <w:pPr>
        <w:keepNext/>
        <w:keepLines/>
      </w:pPr>
      <w:r>
        <w:rPr>
          <w:b/>
          <w:color w:val="000000"/>
        </w:rPr>
        <w:t xml:space="preserve">c) </w:t>
      </w:r>
      <w:r>
        <w:rPr>
          <w:b w:val="0"/>
          <w:color w:val="000000"/>
        </w:rPr>
        <w:t xml:space="preserve">Enzim eklenmeyen grubun araştırmadaki işlevini açıklayınız. </w:t>
      </w:r>
      <w:r>
        <w:rPr>
          <w:b/>
          <w:color w:val="000000"/>
        </w:rPr>
        <w:t>(4 puan)</w:t>
      </w:r>
    </w:p>
    <w:p>
      <w:pPr>
        <w:keepNext w:val="0"/>
        <w:keepLines/>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Bir canlı hücresinden alınan X nükleik asidi deoksiriboz ve timin, Y nükleik asidi ise riboz ve urasil içerir.</w:t>
      </w:r>
    </w:p>
    <w:p>
      <w:pPr>
        <w:keepNext/>
        <w:keepLines/>
      </w:pPr>
      <w:r>
        <w:rPr>
          <w:b/>
          <w:color w:val="000000"/>
        </w:rPr>
        <w:t xml:space="preserve">a) </w:t>
      </w:r>
      <w:r>
        <w:rPr>
          <w:b w:val="0"/>
          <w:color w:val="000000"/>
        </w:rPr>
        <w:t xml:space="preserve">X ve Y’yi adlandırınız; şeker ve baz bilgilerinin tanımlamaya nasıl yardımcı olduğunu belirtiniz. </w:t>
      </w:r>
      <w:r>
        <w:rPr>
          <w:b/>
          <w:color w:val="000000"/>
        </w:rPr>
        <w:t>(8 puan)</w:t>
      </w:r>
    </w:p>
    <w:p>
      <w:pPr>
        <w:keepNext/>
        <w:keepLines/>
      </w:pPr>
      <w:r>
        <w:rPr>
          <w:b/>
          <w:color w:val="000000"/>
        </w:rPr>
        <w:t xml:space="preserve">b) </w:t>
      </w:r>
      <w:r>
        <w:rPr>
          <w:b w:val="0"/>
          <w:color w:val="000000"/>
        </w:rPr>
        <w:t xml:space="preserve">Hücresel DNA ve RNA’nın genel zincir yapılarını ve birer temel görevini karşılaştırınız. </w:t>
      </w:r>
      <w:r>
        <w:rPr>
          <w:b/>
          <w:color w:val="000000"/>
        </w:rPr>
        <w:t>(12 puan)</w:t>
      </w:r>
    </w:p>
    <w:p>
      <w:pPr>
        <w:keepNext w:val="0"/>
        <w:keepLines/>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Bir hücre modelinde K, DNA’daki bir gene ait bilgiyi ribozoma taşır. L, belirli bir amino asidi ribozoma getirir. M ise proteinlerle birlikte ribozomun yapısına katılır ve protein sentezinde katalitik işlev üstlenir.</w:t>
      </w:r>
    </w:p>
    <w:p>
      <w:pPr>
        <w:keepNext/>
        <w:keepLines/>
      </w:pPr>
      <w:r>
        <w:rPr>
          <w:b/>
          <w:color w:val="000000"/>
        </w:rPr>
        <w:t xml:space="preserve">a) </w:t>
      </w:r>
      <w:r>
        <w:rPr>
          <w:b w:val="0"/>
          <w:color w:val="000000"/>
        </w:rPr>
        <w:t xml:space="preserve">K ve L’nin hangi RNA türleri olduğunu yazınız; görevleriyle ilişkilendiriniz. </w:t>
      </w:r>
      <w:r>
        <w:rPr>
          <w:b/>
          <w:color w:val="000000"/>
        </w:rPr>
        <w:t>(12 puan)</w:t>
      </w:r>
    </w:p>
    <w:p>
      <w:pPr>
        <w:keepNext/>
        <w:keepLines/>
      </w:pPr>
      <w:r>
        <w:rPr>
          <w:b/>
          <w:color w:val="000000"/>
        </w:rPr>
        <w:t xml:space="preserve">b) </w:t>
      </w:r>
      <w:r>
        <w:rPr>
          <w:b w:val="0"/>
          <w:color w:val="000000"/>
        </w:rPr>
        <w:t xml:space="preserve">M’nin hangi RNA türü olduğunu yazınız. </w:t>
      </w:r>
      <w:r>
        <w:rPr>
          <w:b/>
          <w:color w:val="000000"/>
        </w:rPr>
        <w:t>(3 puan)</w:t>
      </w:r>
    </w:p>
    <w:p>
      <w:pPr>
        <w:keepNext w:val="0"/>
        <w:keepLines/>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Bir öğrenci ökaryot çekirdekteki genetik materyali modellemek için uzun bir ipi küçük makaralara sarar. Makaralı ipi daha sonra katlayıp sıkıştırarak daha yoğun bir yapı oluşturur.</w:t>
      </w:r>
    </w:p>
    <w:p>
      <w:pPr>
        <w:keepNext/>
        <w:keepLines/>
      </w:pPr>
      <w:r>
        <w:rPr>
          <w:b/>
          <w:color w:val="000000"/>
        </w:rPr>
        <w:t xml:space="preserve">a) </w:t>
      </w:r>
      <w:r>
        <w:rPr>
          <w:b w:val="0"/>
          <w:color w:val="000000"/>
        </w:rPr>
        <w:t xml:space="preserve">Modelde uzun ip, makaralar ve yoğun biçimde paketlenen bütün hangi biyolojik yapıları temsil eder? </w:t>
      </w:r>
      <w:r>
        <w:rPr>
          <w:b/>
          <w:color w:val="000000"/>
        </w:rPr>
        <w:t>(9 puan)</w:t>
      </w:r>
    </w:p>
    <w:p>
      <w:pPr>
        <w:keepNext/>
        <w:keepLines/>
      </w:pPr>
      <w:r>
        <w:rPr>
          <w:b/>
          <w:color w:val="000000"/>
        </w:rPr>
        <w:t xml:space="preserve">b) </w:t>
      </w:r>
      <w:r>
        <w:rPr>
          <w:b w:val="0"/>
          <w:color w:val="000000"/>
        </w:rPr>
        <w:t xml:space="preserve">DNA’nın paketlenmesiyle nükleotit dizisinin zorunlu olarak değişip değişmediğini ve paketlenmenin bir yararını açıklayınız. </w:t>
      </w:r>
      <w:r>
        <w:rPr>
          <w:b/>
          <w:color w:val="000000"/>
        </w:rPr>
        <w:t>(6 puan)</w:t>
      </w:r>
    </w:p>
    <w:p>
      <w:pPr>
        <w:keepNext w:val="0"/>
        <w:keepLines/>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Bir DNA eşlenme modelinde X enzimi çift sarmalın zincirlerini ayırır. Y enzimi kalıp zincire uygun nükleotitler ekleyerek yeni DNA zincirini uzatır. Z enzimi kesintili sentezlenen DNA parçalarını şeker-fosfat omurgasındaki kesikleri kapatarak birleştirir.</w:t>
      </w:r>
    </w:p>
    <w:p>
      <w:pPr>
        <w:keepNext/>
        <w:keepLines/>
      </w:pPr>
      <w:r>
        <w:rPr>
          <w:b/>
          <w:color w:val="000000"/>
        </w:rPr>
        <w:t xml:space="preserve">a) </w:t>
      </w:r>
      <w:r>
        <w:rPr>
          <w:b w:val="0"/>
          <w:color w:val="000000"/>
        </w:rPr>
        <w:t xml:space="preserve">X, Y ve Z enzimlerini adlandırınız. </w:t>
      </w:r>
      <w:r>
        <w:rPr>
          <w:b/>
          <w:color w:val="000000"/>
        </w:rPr>
        <w:t>(9 puan)</w:t>
      </w:r>
    </w:p>
    <w:p>
      <w:pPr>
        <w:keepNext/>
        <w:keepLines/>
      </w:pPr>
      <w:r>
        <w:rPr>
          <w:b/>
          <w:color w:val="000000"/>
        </w:rPr>
        <w:t xml:space="preserve">b) </w:t>
      </w:r>
      <w:r>
        <w:rPr>
          <w:b w:val="0"/>
          <w:color w:val="000000"/>
        </w:rPr>
        <w:t xml:space="preserve">Y çalışmazsa ve Z çalışmazsa eşlenmede ayrı ayrı hangi sorunların oluşacağını açıklayınız. </w:t>
      </w:r>
      <w:r>
        <w:rPr>
          <w:b/>
          <w:color w:val="000000"/>
        </w:rPr>
        <w:t>(6 puan)</w:t>
      </w:r>
    </w:p>
    <w:p>
      <w:pPr>
        <w:keepNext w:val="0"/>
        <w:keepLines/>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İki zinciri de ağır azotla (15N) işaretli DNA’lara sahip bakteriler, yalnızca hafif azot (14N) içeren ortama alınır. Başlangıç DNA’sının ağır/ağır (H/H), bir ağır ve bir hafif zincirli DNA’nın H/L, iki hafif zincirli DNA’nın L/L olarak gösterildiği bir model kullanılır. DNA molekülleri yarı korunumlu eşlenir; zincirler arasında parça değişimi olmadığı kabul edilir.</w:t>
      </w:r>
    </w:p>
    <w:p>
      <w:pPr>
        <w:keepNext/>
        <w:keepLines/>
      </w:pPr>
      <w:r>
        <w:rPr>
          <w:b/>
          <w:color w:val="000000"/>
        </w:rPr>
        <w:t xml:space="preserve">a) </w:t>
      </w:r>
      <w:r>
        <w:rPr>
          <w:b w:val="0"/>
          <w:color w:val="000000"/>
        </w:rPr>
        <w:t xml:space="preserve">Birinci eşlenme sonunda oluşan DNA’ların zincir bileşimini ve oranını yazınız. </w:t>
      </w:r>
      <w:r>
        <w:rPr>
          <w:b/>
          <w:color w:val="000000"/>
        </w:rPr>
        <w:t>(3 puan)</w:t>
      </w:r>
    </w:p>
    <w:p>
      <w:pPr>
        <w:keepNext/>
        <w:keepLines/>
      </w:pPr>
      <w:r>
        <w:rPr>
          <w:b/>
          <w:color w:val="000000"/>
        </w:rPr>
        <w:t xml:space="preserve">b) </w:t>
      </w:r>
      <w:r>
        <w:rPr>
          <w:b w:val="0"/>
          <w:color w:val="000000"/>
        </w:rPr>
        <w:t xml:space="preserve">İkinci eşlenme sonunda oluşan DNA’ların bileşimlerini ve oranlarını yazınız. </w:t>
      </w:r>
      <w:r>
        <w:rPr>
          <w:b/>
          <w:color w:val="000000"/>
        </w:rPr>
        <w:t>(6 puan)</w:t>
      </w:r>
    </w:p>
    <w:p>
      <w:pPr>
        <w:keepNext/>
        <w:keepLines/>
      </w:pPr>
      <w:r>
        <w:rPr>
          <w:b/>
          <w:color w:val="000000"/>
        </w:rPr>
        <w:t xml:space="preserve">c) </w:t>
      </w:r>
      <w:r>
        <w:rPr>
          <w:b w:val="0"/>
          <w:color w:val="000000"/>
        </w:rPr>
        <w:t xml:space="preserve">Sonuçların yarı korunumlu eşlenmeyle ilişkisini açıklayınız. </w:t>
      </w:r>
      <w:r>
        <w:rPr>
          <w:b/>
          <w:color w:val="000000"/>
        </w:rPr>
        <w:t>(6 puan)</w:t>
      </w:r>
    </w:p>
    <w:p>
      <w:pPr>
        <w:keepNext w:val="0"/>
        <w:keepLines/>
        <w:spacing w:after="240"/>
      </w:pPr>
      <w:r>
        <w:rPr>
          <w:b w:val="0"/>
          <w:color w:val="000000"/>
        </w:rPr>
        <w:t>Cevap / işlem alanı: ........................................................................................................</w:t>
      </w:r>
    </w:p>
    <w:p>
      <w:r>
        <w:br w:type="page"/>
      </w:r>
    </w:p>
    <w:p>
      <w:pPr>
        <w:pStyle w:val="Heading1"/>
      </w:pPr>
      <w:r>
        <w:rPr>
          <w:b w:val="0"/>
          <w:color w:val="000000"/>
        </w:rPr>
        <w:t>Senaryo 3 Sorular</w:t>
      </w:r>
    </w:p>
    <w:p>
      <w:r>
        <w:rPr>
          <w:b w:val="0"/>
          <w:color w:val="000000"/>
        </w:rPr>
        <w:t>5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20 puan</w:t>
      </w:r>
    </w:p>
    <w:p>
      <w:pPr>
        <w:keepNext/>
        <w:keepLines/>
      </w:pPr>
      <w:r>
        <w:rPr>
          <w:b w:val="0"/>
          <w:color w:val="000000"/>
        </w:rPr>
        <w:t>Bir hücre modelinde K, DNA’daki bir gene ait bilgiyi ribozoma taşır. L, belirli bir amino asidi ribozoma getirir. M ise proteinlerle birlikte ribozomun yapısına katılır ve protein sentezinde katalitik işlev üstlenir.</w:t>
      </w:r>
    </w:p>
    <w:p>
      <w:pPr>
        <w:keepNext/>
        <w:keepLines/>
      </w:pPr>
      <w:r>
        <w:rPr>
          <w:b/>
          <w:color w:val="000000"/>
        </w:rPr>
        <w:t xml:space="preserve">a) </w:t>
      </w:r>
      <w:r>
        <w:rPr>
          <w:b w:val="0"/>
          <w:color w:val="000000"/>
        </w:rPr>
        <w:t xml:space="preserve">K ve L’nin hangi RNA türleri olduğunu yazınız; görevleriyle ilişkilendiriniz. </w:t>
      </w:r>
      <w:r>
        <w:rPr>
          <w:b/>
          <w:color w:val="000000"/>
        </w:rPr>
        <w:t>(16 puan)</w:t>
      </w:r>
    </w:p>
    <w:p>
      <w:pPr>
        <w:keepNext/>
        <w:keepLines/>
      </w:pPr>
      <w:r>
        <w:rPr>
          <w:b/>
          <w:color w:val="000000"/>
        </w:rPr>
        <w:t xml:space="preserve">b) </w:t>
      </w:r>
      <w:r>
        <w:rPr>
          <w:b w:val="0"/>
          <w:color w:val="000000"/>
        </w:rPr>
        <w:t xml:space="preserve">M’nin hangi RNA türü olduğunu yazınız. </w:t>
      </w:r>
      <w:r>
        <w:rPr>
          <w:b/>
          <w:color w:val="000000"/>
        </w:rPr>
        <w:t>(4 puan)</w:t>
      </w:r>
    </w:p>
    <w:p>
      <w:pPr>
        <w:keepNext w:val="0"/>
        <w:keepLines/>
        <w:spacing w:after="240"/>
      </w:pPr>
      <w:r>
        <w:rPr>
          <w:b w:val="0"/>
          <w:color w:val="000000"/>
        </w:rPr>
        <w:t>Cevap / işlem alanı: ........................................................................................................</w:t>
      </w:r>
    </w:p>
    <w:p>
      <w:pPr>
        <w:pStyle w:val="Heading2"/>
        <w:keepNext/>
        <w:keepLines/>
      </w:pPr>
      <w:r>
        <w:rPr>
          <w:b w:val="0"/>
          <w:color w:val="000000"/>
        </w:rPr>
        <w:t>Soru 2   20 puan</w:t>
      </w:r>
    </w:p>
    <w:p>
      <w:pPr>
        <w:keepNext/>
        <w:keepLines/>
      </w:pPr>
      <w:r>
        <w:rPr>
          <w:b w:val="0"/>
          <w:color w:val="000000"/>
        </w:rPr>
        <w:t>Çift zincirli bir DNA molekülünün iki zincirindeki toplam nükleotit sayısı 1000’dir. Bu molekülde toplam 200 adenin nükleotidi vardır.</w:t>
      </w:r>
    </w:p>
    <w:p>
      <w:pPr>
        <w:keepNext/>
        <w:keepLines/>
      </w:pPr>
      <w:r>
        <w:rPr>
          <w:b/>
          <w:color w:val="000000"/>
        </w:rPr>
        <w:t xml:space="preserve">a) </w:t>
      </w:r>
      <w:r>
        <w:rPr>
          <w:b w:val="0"/>
          <w:color w:val="000000"/>
        </w:rPr>
        <w:t xml:space="preserve">Timin, guanin ve sitozin nükleotitlerinin toplam sayılarını işlemlerinizle bulunuz. </w:t>
      </w:r>
      <w:r>
        <w:rPr>
          <w:b/>
          <w:color w:val="000000"/>
        </w:rPr>
        <w:t>(8 puan)</w:t>
      </w:r>
    </w:p>
    <w:p>
      <w:pPr>
        <w:keepNext/>
        <w:keepLines/>
      </w:pPr>
      <w:r>
        <w:rPr>
          <w:b/>
          <w:color w:val="000000"/>
        </w:rPr>
        <w:t xml:space="preserve">b) </w:t>
      </w:r>
      <w:r>
        <w:rPr>
          <w:b w:val="0"/>
          <w:color w:val="000000"/>
        </w:rPr>
        <w:t xml:space="preserve">İki zinciri bir arada tutan toplam hidrojen bağı sayısını hesaplayınız. </w:t>
      </w:r>
      <w:r>
        <w:rPr>
          <w:b/>
          <w:color w:val="000000"/>
        </w:rPr>
        <w:t>(8 puan)</w:t>
      </w:r>
    </w:p>
    <w:p>
      <w:pPr>
        <w:keepNext/>
        <w:keepLines/>
      </w:pPr>
      <w:r>
        <w:rPr>
          <w:b/>
          <w:color w:val="000000"/>
        </w:rPr>
        <w:t xml:space="preserve">c) </w:t>
      </w:r>
      <w:r>
        <w:rPr>
          <w:b w:val="0"/>
          <w:color w:val="000000"/>
        </w:rPr>
        <w:t xml:space="preserve">Aynı zincirde art arda gelen nükleotitleri birbirine bağlayan bağın adını yazınız. </w:t>
      </w:r>
      <w:r>
        <w:rPr>
          <w:b/>
          <w:color w:val="000000"/>
        </w:rPr>
        <w:t>(4 puan)</w:t>
      </w:r>
    </w:p>
    <w:p>
      <w:pPr>
        <w:keepNext w:val="0"/>
        <w:keepLines/>
        <w:spacing w:after="240"/>
      </w:pPr>
      <w:r>
        <w:rPr>
          <w:b w:val="0"/>
          <w:color w:val="000000"/>
        </w:rPr>
        <w:t>Cevap / işlem alanı: ........................................................................................................</w:t>
      </w:r>
    </w:p>
    <w:p>
      <w:pPr>
        <w:pStyle w:val="Heading2"/>
        <w:keepNext/>
        <w:keepLines/>
      </w:pPr>
      <w:r>
        <w:rPr>
          <w:b w:val="0"/>
          <w:color w:val="000000"/>
        </w:rPr>
        <w:t>Soru 3   20 puan</w:t>
      </w:r>
    </w:p>
    <w:p>
      <w:pPr>
        <w:keepNext/>
        <w:keepLines/>
      </w:pPr>
      <w:r>
        <w:rPr>
          <w:b w:val="0"/>
          <w:color w:val="000000"/>
        </w:rPr>
        <w:t>Bir canlı hücresinden alınan X nükleik asidi deoksiriboz ve timin, Y nükleik asidi ise riboz ve urasil içerir.</w:t>
      </w:r>
    </w:p>
    <w:p>
      <w:pPr>
        <w:keepNext/>
        <w:keepLines/>
      </w:pPr>
      <w:r>
        <w:rPr>
          <w:b/>
          <w:color w:val="000000"/>
        </w:rPr>
        <w:t xml:space="preserve">a) </w:t>
      </w:r>
      <w:r>
        <w:rPr>
          <w:b w:val="0"/>
          <w:color w:val="000000"/>
        </w:rPr>
        <w:t xml:space="preserve">X ve Y’yi adlandırınız; şeker ve baz bilgilerinin tanımlamaya nasıl yardımcı olduğunu belirtiniz. </w:t>
      </w:r>
      <w:r>
        <w:rPr>
          <w:b/>
          <w:color w:val="000000"/>
        </w:rPr>
        <w:t>(8 puan)</w:t>
      </w:r>
    </w:p>
    <w:p>
      <w:pPr>
        <w:keepNext/>
        <w:keepLines/>
      </w:pPr>
      <w:r>
        <w:rPr>
          <w:b/>
          <w:color w:val="000000"/>
        </w:rPr>
        <w:t xml:space="preserve">b) </w:t>
      </w:r>
      <w:r>
        <w:rPr>
          <w:b w:val="0"/>
          <w:color w:val="000000"/>
        </w:rPr>
        <w:t xml:space="preserve">Hücresel DNA ve RNA’nın genel zincir yapılarını ve birer temel görevini karşılaştırınız. </w:t>
      </w:r>
      <w:r>
        <w:rPr>
          <w:b/>
          <w:color w:val="000000"/>
        </w:rPr>
        <w:t>(12 puan)</w:t>
      </w:r>
    </w:p>
    <w:p>
      <w:pPr>
        <w:keepNext w:val="0"/>
        <w:keepLines/>
        <w:spacing w:after="240"/>
      </w:pPr>
      <w:r>
        <w:rPr>
          <w:b w:val="0"/>
          <w:color w:val="000000"/>
        </w:rPr>
        <w:t>Cevap / işlem alanı: ........................................................................................................</w:t>
      </w:r>
    </w:p>
    <w:p>
      <w:pPr>
        <w:pStyle w:val="Heading2"/>
        <w:keepNext/>
        <w:keepLines/>
      </w:pPr>
      <w:r>
        <w:rPr>
          <w:b w:val="0"/>
          <w:color w:val="000000"/>
        </w:rPr>
        <w:t>Soru 4   20 puan</w:t>
      </w:r>
    </w:p>
    <w:p>
      <w:pPr>
        <w:keepNext/>
        <w:keepLines/>
      </w:pPr>
      <w:r>
        <w:rPr>
          <w:b w:val="0"/>
          <w:color w:val="000000"/>
        </w:rPr>
        <w:t>Bir öğrenci, “Genler çok sayıda DNA molekülünün birleşmesiyle oluşur; kromozom ise yalnızca proteinden oluşur.” demektedir.</w:t>
      </w:r>
    </w:p>
    <w:p>
      <w:pPr>
        <w:keepNext/>
        <w:keepLines/>
      </w:pPr>
      <w:r>
        <w:rPr>
          <w:b/>
          <w:color w:val="000000"/>
        </w:rPr>
        <w:t xml:space="preserve">a) </w:t>
      </w:r>
      <w:r>
        <w:rPr>
          <w:b w:val="0"/>
          <w:color w:val="000000"/>
        </w:rPr>
        <w:t xml:space="preserve">Nükleotit, gen ve DNA arasındaki parça-bütün ilişkisini kurarak ilk ifadeyi düzeltiniz. </w:t>
      </w:r>
      <w:r>
        <w:rPr>
          <w:b/>
          <w:color w:val="000000"/>
        </w:rPr>
        <w:t>(12 puan)</w:t>
      </w:r>
    </w:p>
    <w:p>
      <w:pPr>
        <w:keepNext/>
        <w:keepLines/>
      </w:pPr>
      <w:r>
        <w:rPr>
          <w:b/>
          <w:color w:val="000000"/>
        </w:rPr>
        <w:t xml:space="preserve">b) </w:t>
      </w:r>
      <w:r>
        <w:rPr>
          <w:b w:val="0"/>
          <w:color w:val="000000"/>
        </w:rPr>
        <w:t xml:space="preserve">Ökaryot bir hücrenin çekirdeğindeki kromozomun yapısını açıklayarak ikinci ifadeyi düzeltiniz. </w:t>
      </w:r>
      <w:r>
        <w:rPr>
          <w:b/>
          <w:color w:val="000000"/>
        </w:rPr>
        <w:t>(8 puan)</w:t>
      </w:r>
    </w:p>
    <w:p>
      <w:pPr>
        <w:keepNext w:val="0"/>
        <w:keepLines/>
        <w:spacing w:after="240"/>
      </w:pPr>
      <w:r>
        <w:rPr>
          <w:b w:val="0"/>
          <w:color w:val="000000"/>
        </w:rPr>
        <w:t>Cevap / işlem alanı: ........................................................................................................</w:t>
      </w:r>
    </w:p>
    <w:p>
      <w:pPr>
        <w:pStyle w:val="Heading2"/>
        <w:keepNext/>
        <w:keepLines/>
      </w:pPr>
      <w:r>
        <w:rPr>
          <w:b w:val="0"/>
          <w:color w:val="000000"/>
        </w:rPr>
        <w:t>Soru 5   20 puan</w:t>
      </w:r>
    </w:p>
    <w:p>
      <w:pPr>
        <w:keepNext/>
        <w:keepLines/>
      </w:pPr>
      <w:r>
        <w:rPr>
          <w:b w:val="0"/>
          <w:color w:val="000000"/>
        </w:rPr>
        <w:t>İki zinciri de ağır azotla (15N) işaretli DNA’lara sahip bakteriler, yalnızca hafif azot (14N) içeren ortama alınır. Başlangıç DNA’sının ağır/ağır (H/H), bir ağır ve bir hafif zincirli DNA’nın H/L, iki hafif zincirli DNA’nın L/L olarak gösterildiği bir model kullanılır. DNA molekülleri yarı korunumlu eşlenir; zincirler arasında parça değişimi olmadığı kabul edilir.</w:t>
      </w:r>
    </w:p>
    <w:p>
      <w:pPr>
        <w:keepNext/>
        <w:keepLines/>
      </w:pPr>
      <w:r>
        <w:rPr>
          <w:b/>
          <w:color w:val="000000"/>
        </w:rPr>
        <w:t xml:space="preserve">a) </w:t>
      </w:r>
      <w:r>
        <w:rPr>
          <w:b w:val="0"/>
          <w:color w:val="000000"/>
        </w:rPr>
        <w:t xml:space="preserve">Birinci eşlenme sonunda oluşan DNA’ların zincir bileşimini ve oranını yazınız. </w:t>
      </w:r>
      <w:r>
        <w:rPr>
          <w:b/>
          <w:color w:val="000000"/>
        </w:rPr>
        <w:t>(4 puan)</w:t>
      </w:r>
    </w:p>
    <w:p>
      <w:pPr>
        <w:keepNext/>
        <w:keepLines/>
      </w:pPr>
      <w:r>
        <w:rPr>
          <w:b/>
          <w:color w:val="000000"/>
        </w:rPr>
        <w:t xml:space="preserve">b) </w:t>
      </w:r>
      <w:r>
        <w:rPr>
          <w:b w:val="0"/>
          <w:color w:val="000000"/>
        </w:rPr>
        <w:t xml:space="preserve">İkinci eşlenme sonunda oluşan DNA’ların bileşimlerini ve oranlarını yazınız. </w:t>
      </w:r>
      <w:r>
        <w:rPr>
          <w:b/>
          <w:color w:val="000000"/>
        </w:rPr>
        <w:t>(8 puan)</w:t>
      </w:r>
    </w:p>
    <w:p>
      <w:pPr>
        <w:keepNext/>
        <w:keepLines/>
      </w:pPr>
      <w:r>
        <w:rPr>
          <w:b/>
          <w:color w:val="000000"/>
        </w:rPr>
        <w:t xml:space="preserve">c) </w:t>
      </w:r>
      <w:r>
        <w:rPr>
          <w:b w:val="0"/>
          <w:color w:val="000000"/>
        </w:rPr>
        <w:t xml:space="preserve">Sonuçların yarı korunumlu eşlenmeyle ilişkisini açıklayınız. </w:t>
      </w:r>
      <w:r>
        <w:rPr>
          <w:b/>
          <w:color w:val="000000"/>
        </w:rPr>
        <w:t>(8 puan)</w:t>
      </w:r>
    </w:p>
    <w:p>
      <w:pPr>
        <w:keepNext w:val="0"/>
        <w:keepLines/>
        <w:spacing w:after="240"/>
      </w:pPr>
      <w:r>
        <w:rPr>
          <w:b w:val="0"/>
          <w:color w:val="000000"/>
        </w:rPr>
        <w:t>Cevap / işlem alanı: ........................................................................................................</w:t>
      </w:r>
    </w:p>
    <w:p>
      <w:r>
        <w:br w:type="page"/>
      </w:r>
    </w:p>
    <w:p>
      <w:pPr>
        <w:pStyle w:val="Heading1"/>
      </w:pPr>
      <w:r>
        <w:rPr>
          <w:b w:val="0"/>
          <w:color w:val="000000"/>
        </w:rPr>
        <w:t>Senaryo 4 Sorular</w:t>
      </w:r>
    </w:p>
    <w:p>
      <w:r>
        <w:rPr>
          <w:b w:val="0"/>
          <w:color w:val="000000"/>
        </w:rPr>
        <w:t>7 ana soru  |  100 puan  |  Önerilen süre 40 dakika</w:t>
      </w:r>
    </w:p>
    <w:p>
      <w:r>
        <w:rPr>
          <w:b w:val="0"/>
          <w:color w:val="000000"/>
        </w:rPr>
        <w:t>Soruları önce cevap anahtarına bakmadan çözünüz. Alt maddelerde istenen açıklamaları ve hesaplama işlemlerini yazınız.</w:t>
      </w:r>
    </w:p>
    <w:p>
      <w:pPr>
        <w:pStyle w:val="Heading2"/>
        <w:keepNext/>
        <w:keepLines/>
      </w:pPr>
      <w:r>
        <w:rPr>
          <w:b w:val="0"/>
          <w:color w:val="000000"/>
        </w:rPr>
        <w:t>Soru 1   15 puan</w:t>
      </w:r>
    </w:p>
    <w:p>
      <w:pPr>
        <w:keepNext/>
        <w:keepLines/>
      </w:pPr>
      <w:r>
        <w:rPr>
          <w:b w:val="0"/>
          <w:color w:val="000000"/>
        </w:rPr>
        <w:t>Griffith’in araştırmaları, bakteriler arasında kalıtsal bir özelliğin aktarılabildiğini göstermiştir. Daha sonra Avery, MacLeod ve McCarty, dönüşüme yol açan özütün farklı bileşenlerini enzimlerle parçalayarak araştırmıştır. Aşağıdaki tablo, bu çalışmaların ilkesini gösteren basitleştirilmiş sonuçları içerir.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95" w:type="dxa"/>
          <w:bottom w:w="95" w:type="dxa"/>
          <w:left w:w="110" w:type="dxa"/>
          <w:right w:w="110" w:type="dxa"/>
        </w:tblCellMar>
      </w:tblPr>
      <w:tblGrid>
        <w:gridCol w:w="4340"/>
        <w:gridCol w:w="5524"/>
      </w:tblGrid>
      <w:tr>
        <w:trPr>
          <w:cantSplit/>
          <w:tblHeader/>
        </w:trPr>
        <w:tc>
          <w:tcPr>
            <w:tcW w:type="dxa" w:w="4340"/>
            <w:vAlign w:val="center"/>
            <w:shd w:fill="DEEAF6"/>
          </w:tcPr>
          <w:p>
            <w:pPr>
              <w:keepNext/>
              <w:spacing w:after="40" w:before="40" w:line="252" w:lineRule="auto"/>
            </w:pPr>
            <w:r/>
            <w:r>
              <w:rPr>
                <w:b/>
                <w:color w:val="000000"/>
                <w:sz w:val="19"/>
              </w:rPr>
              <w:t>Özüte uygulanan işlem</w:t>
            </w:r>
          </w:p>
        </w:tc>
        <w:tc>
          <w:tcPr>
            <w:tcW w:type="dxa" w:w="5524"/>
            <w:vAlign w:val="center"/>
            <w:shd w:fill="DEEAF6"/>
          </w:tcPr>
          <w:p>
            <w:pPr>
              <w:keepNext/>
              <w:spacing w:after="40" w:before="40" w:line="252" w:lineRule="auto"/>
            </w:pPr>
            <w:r/>
            <w:r>
              <w:rPr>
                <w:b/>
                <w:color w:val="000000"/>
                <w:sz w:val="19"/>
              </w:rPr>
              <w:t>Bakterilerde dönüşüm</w:t>
            </w:r>
          </w:p>
        </w:tc>
      </w:tr>
      <w:tr>
        <w:trPr>
          <w:cantSplit/>
        </w:trPr>
        <w:tc>
          <w:tcPr>
            <w:tcW w:type="dxa" w:w="4340"/>
            <w:vAlign w:val="center"/>
          </w:tcPr>
          <w:p>
            <w:pPr>
              <w:keepNext/>
              <w:spacing w:after="40" w:before="40" w:line="252" w:lineRule="auto"/>
            </w:pPr>
            <w:r/>
            <w:r>
              <w:rPr>
                <w:b w:val="0"/>
                <w:color w:val="000000"/>
                <w:sz w:val="19"/>
              </w:rPr>
              <w:t>Enzim eklenmez</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Proteinler parçalanır</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RNA parçalanır</w:t>
            </w:r>
          </w:p>
        </w:tc>
        <w:tc>
          <w:tcPr>
            <w:tcW w:type="dxa" w:w="5524"/>
            <w:vAlign w:val="center"/>
          </w:tcPr>
          <w:p>
            <w:pPr>
              <w:keepNext/>
              <w:spacing w:after="40" w:before="40" w:line="252" w:lineRule="auto"/>
            </w:pPr>
            <w:r/>
            <w:r>
              <w:rPr>
                <w:b w:val="0"/>
                <w:color w:val="000000"/>
                <w:sz w:val="19"/>
              </w:rPr>
              <w:t>Var</w:t>
            </w:r>
          </w:p>
        </w:tc>
      </w:tr>
      <w:tr>
        <w:trPr>
          <w:cantSplit/>
        </w:trPr>
        <w:tc>
          <w:tcPr>
            <w:tcW w:type="dxa" w:w="4340"/>
            <w:vAlign w:val="center"/>
          </w:tcPr>
          <w:p>
            <w:pPr>
              <w:keepNext/>
              <w:spacing w:after="40" w:before="40" w:line="252" w:lineRule="auto"/>
            </w:pPr>
            <w:r/>
            <w:r>
              <w:rPr>
                <w:b w:val="0"/>
                <w:color w:val="000000"/>
                <w:sz w:val="19"/>
              </w:rPr>
              <w:t>DNA parçalanır</w:t>
            </w:r>
          </w:p>
        </w:tc>
        <w:tc>
          <w:tcPr>
            <w:tcW w:type="dxa" w:w="5524"/>
            <w:vAlign w:val="center"/>
          </w:tcPr>
          <w:p>
            <w:pPr>
              <w:keepNext/>
              <w:spacing w:after="40" w:before="40" w:line="252" w:lineRule="auto"/>
            </w:pPr>
            <w:r/>
            <w:r>
              <w:rPr>
                <w:b w:val="0"/>
                <w:color w:val="000000"/>
                <w:sz w:val="19"/>
              </w:rPr>
              <w:t>Yok</w:t>
            </w:r>
          </w:p>
        </w:tc>
      </w:tr>
    </w:tbl>
    <w:p>
      <w:pPr>
        <w:keepNext/>
        <w:spacing w:after="60" w:before="0" w:line="60" w:lineRule="exact"/>
      </w:pPr>
    </w:p>
    <w:p>
      <w:pPr>
        <w:keepNext/>
        <w:keepLines/>
      </w:pPr>
      <w:r>
        <w:rPr>
          <w:b/>
          <w:color w:val="000000"/>
        </w:rPr>
        <w:t xml:space="preserve">a) </w:t>
      </w:r>
      <w:r>
        <w:rPr>
          <w:b w:val="0"/>
          <w:color w:val="000000"/>
        </w:rPr>
        <w:t xml:space="preserve">Tabloya göre dönüşümden sorumlu molekülü yazınız ve hangi karşılaştırmanın bu sonucu desteklediğini açıklayınız. </w:t>
      </w:r>
      <w:r>
        <w:rPr>
          <w:b/>
          <w:color w:val="000000"/>
        </w:rPr>
        <w:t>(6 puan)</w:t>
      </w:r>
    </w:p>
    <w:p>
      <w:pPr>
        <w:keepNext/>
        <w:keepLines/>
      </w:pPr>
      <w:r>
        <w:rPr>
          <w:b/>
          <w:color w:val="000000"/>
        </w:rPr>
        <w:t xml:space="preserve">b) </w:t>
      </w:r>
      <w:r>
        <w:rPr>
          <w:b w:val="0"/>
          <w:color w:val="000000"/>
        </w:rPr>
        <w:t xml:space="preserve">Griffith’in gözlemi ile bu enzim deneylerinin kalıtım maddesini belirlemeye katkısını ayırt ediniz. </w:t>
      </w:r>
      <w:r>
        <w:rPr>
          <w:b/>
          <w:color w:val="000000"/>
        </w:rPr>
        <w:t>(6 puan)</w:t>
      </w:r>
    </w:p>
    <w:p>
      <w:pPr>
        <w:keepNext/>
        <w:keepLines/>
      </w:pPr>
      <w:r>
        <w:rPr>
          <w:b/>
          <w:color w:val="000000"/>
        </w:rPr>
        <w:t xml:space="preserve">c) </w:t>
      </w:r>
      <w:r>
        <w:rPr>
          <w:b w:val="0"/>
          <w:color w:val="000000"/>
        </w:rPr>
        <w:t xml:space="preserve">Enzim eklenmeyen grubun araştırmadaki işlevini açıklayınız. </w:t>
      </w:r>
      <w:r>
        <w:rPr>
          <w:b/>
          <w:color w:val="000000"/>
        </w:rPr>
        <w:t>(3 puan)</w:t>
      </w:r>
    </w:p>
    <w:p>
      <w:pPr>
        <w:keepNext w:val="0"/>
        <w:keepLines/>
        <w:spacing w:after="240"/>
      </w:pPr>
      <w:r>
        <w:rPr>
          <w:b w:val="0"/>
          <w:color w:val="000000"/>
        </w:rPr>
        <w:t>Cevap / işlem alanı: ........................................................................................................</w:t>
      </w:r>
    </w:p>
    <w:p>
      <w:pPr>
        <w:pStyle w:val="Heading2"/>
        <w:keepNext/>
        <w:keepLines/>
      </w:pPr>
      <w:r>
        <w:rPr>
          <w:b w:val="0"/>
          <w:color w:val="000000"/>
        </w:rPr>
        <w:t>Soru 2   15 puan</w:t>
      </w:r>
    </w:p>
    <w:p>
      <w:pPr>
        <w:keepNext/>
        <w:keepLines/>
      </w:pPr>
      <w:r>
        <w:rPr>
          <w:b w:val="0"/>
          <w:color w:val="000000"/>
        </w:rPr>
        <w:t>Çift zincirli bir DNA molekülünün iki zincirindeki toplam nükleotit sayısı 1000’dir. Bu molekülde toplam 200 adenin nükleotidi vardır.</w:t>
      </w:r>
    </w:p>
    <w:p>
      <w:pPr>
        <w:keepNext/>
        <w:keepLines/>
      </w:pPr>
      <w:r>
        <w:rPr>
          <w:b/>
          <w:color w:val="000000"/>
        </w:rPr>
        <w:t xml:space="preserve">a) </w:t>
      </w:r>
      <w:r>
        <w:rPr>
          <w:b w:val="0"/>
          <w:color w:val="000000"/>
        </w:rPr>
        <w:t xml:space="preserve">Timin, guanin ve sitozin nükleotitlerinin toplam sayılarını işlemlerinizle bulunuz. </w:t>
      </w:r>
      <w:r>
        <w:rPr>
          <w:b/>
          <w:color w:val="000000"/>
        </w:rPr>
        <w:t>(6 puan)</w:t>
      </w:r>
    </w:p>
    <w:p>
      <w:pPr>
        <w:keepNext/>
        <w:keepLines/>
      </w:pPr>
      <w:r>
        <w:rPr>
          <w:b/>
          <w:color w:val="000000"/>
        </w:rPr>
        <w:t xml:space="preserve">b) </w:t>
      </w:r>
      <w:r>
        <w:rPr>
          <w:b w:val="0"/>
          <w:color w:val="000000"/>
        </w:rPr>
        <w:t xml:space="preserve">İki zinciri bir arada tutan toplam hidrojen bağı sayısını hesaplayınız. </w:t>
      </w:r>
      <w:r>
        <w:rPr>
          <w:b/>
          <w:color w:val="000000"/>
        </w:rPr>
        <w:t>(6 puan)</w:t>
      </w:r>
    </w:p>
    <w:p>
      <w:pPr>
        <w:keepNext/>
        <w:keepLines/>
      </w:pPr>
      <w:r>
        <w:rPr>
          <w:b/>
          <w:color w:val="000000"/>
        </w:rPr>
        <w:t xml:space="preserve">c) </w:t>
      </w:r>
      <w:r>
        <w:rPr>
          <w:b w:val="0"/>
          <w:color w:val="000000"/>
        </w:rPr>
        <w:t xml:space="preserve">Aynı zincirde art arda gelen nükleotitleri birbirine bağlayan bağın adını yazınız. </w:t>
      </w:r>
      <w:r>
        <w:rPr>
          <w:b/>
          <w:color w:val="000000"/>
        </w:rPr>
        <w:t>(3 puan)</w:t>
      </w:r>
    </w:p>
    <w:p>
      <w:pPr>
        <w:keepNext w:val="0"/>
        <w:keepLines/>
        <w:spacing w:after="240"/>
      </w:pPr>
      <w:r>
        <w:rPr>
          <w:b w:val="0"/>
          <w:color w:val="000000"/>
        </w:rPr>
        <w:t>Cevap / işlem alanı: ........................................................................................................</w:t>
      </w:r>
    </w:p>
    <w:p>
      <w:pPr>
        <w:pStyle w:val="Heading2"/>
        <w:keepNext/>
        <w:keepLines/>
      </w:pPr>
      <w:r>
        <w:rPr>
          <w:b w:val="0"/>
          <w:color w:val="000000"/>
        </w:rPr>
        <w:t>Soru 3   15 puan</w:t>
      </w:r>
    </w:p>
    <w:p>
      <w:pPr>
        <w:keepNext/>
        <w:keepLines/>
      </w:pPr>
      <w:r>
        <w:rPr>
          <w:b w:val="0"/>
          <w:color w:val="000000"/>
        </w:rPr>
        <w:t>Bir canlı hücresinden alınan X nükleik asidi deoksiriboz ve timin, Y nükleik asidi ise riboz ve urasil içerir.</w:t>
      </w:r>
    </w:p>
    <w:p>
      <w:pPr>
        <w:keepNext/>
        <w:keepLines/>
      </w:pPr>
      <w:r>
        <w:rPr>
          <w:b/>
          <w:color w:val="000000"/>
        </w:rPr>
        <w:t xml:space="preserve">a) </w:t>
      </w:r>
      <w:r>
        <w:rPr>
          <w:b w:val="0"/>
          <w:color w:val="000000"/>
        </w:rPr>
        <w:t xml:space="preserve">X ve Y’yi adlandırınız; şeker ve baz bilgilerinin tanımlamaya nasıl yardımcı olduğunu belirtiniz. </w:t>
      </w:r>
      <w:r>
        <w:rPr>
          <w:b/>
          <w:color w:val="000000"/>
        </w:rPr>
        <w:t>(6 puan)</w:t>
      </w:r>
    </w:p>
    <w:p>
      <w:pPr>
        <w:keepNext/>
        <w:keepLines/>
      </w:pPr>
      <w:r>
        <w:rPr>
          <w:b/>
          <w:color w:val="000000"/>
        </w:rPr>
        <w:t xml:space="preserve">b) </w:t>
      </w:r>
      <w:r>
        <w:rPr>
          <w:b w:val="0"/>
          <w:color w:val="000000"/>
        </w:rPr>
        <w:t xml:space="preserve">Hücresel DNA ve RNA’nın genel zincir yapılarını ve birer temel görevini karşılaştırınız. </w:t>
      </w:r>
      <w:r>
        <w:rPr>
          <w:b/>
          <w:color w:val="000000"/>
        </w:rPr>
        <w:t>(9 puan)</w:t>
      </w:r>
    </w:p>
    <w:p>
      <w:pPr>
        <w:keepNext w:val="0"/>
        <w:keepLines/>
        <w:spacing w:after="240"/>
      </w:pPr>
      <w:r>
        <w:rPr>
          <w:b w:val="0"/>
          <w:color w:val="000000"/>
        </w:rPr>
        <w:t>Cevap / işlem alanı: ........................................................................................................</w:t>
      </w:r>
    </w:p>
    <w:p>
      <w:pPr>
        <w:pStyle w:val="Heading2"/>
        <w:keepNext/>
        <w:keepLines/>
      </w:pPr>
      <w:r>
        <w:rPr>
          <w:b w:val="0"/>
          <w:color w:val="000000"/>
        </w:rPr>
        <w:t>Soru 4   15 puan</w:t>
      </w:r>
    </w:p>
    <w:p>
      <w:pPr>
        <w:keepNext/>
        <w:keepLines/>
      </w:pPr>
      <w:r>
        <w:rPr>
          <w:b w:val="0"/>
          <w:color w:val="000000"/>
        </w:rPr>
        <w:t>Bir hücre modelinde K, DNA’daki bir gene ait bilgiyi ribozoma taşır. L, belirli bir amino asidi ribozoma getirir. M ise proteinlerle birlikte ribozomun yapısına katılır ve protein sentezinde katalitik işlev üstlenir.</w:t>
      </w:r>
    </w:p>
    <w:p>
      <w:pPr>
        <w:keepNext/>
        <w:keepLines/>
      </w:pPr>
      <w:r>
        <w:rPr>
          <w:b/>
          <w:color w:val="000000"/>
        </w:rPr>
        <w:t xml:space="preserve">a) </w:t>
      </w:r>
      <w:r>
        <w:rPr>
          <w:b w:val="0"/>
          <w:color w:val="000000"/>
        </w:rPr>
        <w:t xml:space="preserve">K ve L’nin hangi RNA türleri olduğunu yazınız; görevleriyle ilişkilendiriniz. </w:t>
      </w:r>
      <w:r>
        <w:rPr>
          <w:b/>
          <w:color w:val="000000"/>
        </w:rPr>
        <w:t>(12 puan)</w:t>
      </w:r>
    </w:p>
    <w:p>
      <w:pPr>
        <w:keepNext/>
        <w:keepLines/>
      </w:pPr>
      <w:r>
        <w:rPr>
          <w:b/>
          <w:color w:val="000000"/>
        </w:rPr>
        <w:t xml:space="preserve">b) </w:t>
      </w:r>
      <w:r>
        <w:rPr>
          <w:b w:val="0"/>
          <w:color w:val="000000"/>
        </w:rPr>
        <w:t xml:space="preserve">M’nin hangi RNA türü olduğunu yazınız. </w:t>
      </w:r>
      <w:r>
        <w:rPr>
          <w:b/>
          <w:color w:val="000000"/>
        </w:rPr>
        <w:t>(3 puan)</w:t>
      </w:r>
    </w:p>
    <w:p>
      <w:pPr>
        <w:keepNext w:val="0"/>
        <w:keepLines/>
        <w:spacing w:after="240"/>
      </w:pPr>
      <w:r>
        <w:rPr>
          <w:b w:val="0"/>
          <w:color w:val="000000"/>
        </w:rPr>
        <w:t>Cevap / işlem alanı: ........................................................................................................</w:t>
      </w:r>
    </w:p>
    <w:p>
      <w:pPr>
        <w:pStyle w:val="Heading2"/>
        <w:keepNext/>
        <w:keepLines/>
      </w:pPr>
      <w:r>
        <w:rPr>
          <w:b w:val="0"/>
          <w:color w:val="000000"/>
        </w:rPr>
        <w:t>Soru 5   15 puan</w:t>
      </w:r>
    </w:p>
    <w:p>
      <w:pPr>
        <w:keepNext/>
        <w:keepLines/>
      </w:pPr>
      <w:r>
        <w:rPr>
          <w:b w:val="0"/>
          <w:color w:val="000000"/>
        </w:rPr>
        <w:t>Bir öğrenci ökaryot çekirdekteki genetik materyali modellemek için uzun bir ipi küçük makaralara sarar. Makaralı ipi daha sonra katlayıp sıkıştırarak daha yoğun bir yapı oluşturur.</w:t>
      </w:r>
    </w:p>
    <w:p>
      <w:pPr>
        <w:keepNext/>
        <w:keepLines/>
      </w:pPr>
      <w:r>
        <w:rPr>
          <w:b/>
          <w:color w:val="000000"/>
        </w:rPr>
        <w:t xml:space="preserve">a) </w:t>
      </w:r>
      <w:r>
        <w:rPr>
          <w:b w:val="0"/>
          <w:color w:val="000000"/>
        </w:rPr>
        <w:t xml:space="preserve">Modelde uzun ip, makaralar ve yoğun biçimde paketlenen bütün hangi biyolojik yapıları temsil eder? </w:t>
      </w:r>
      <w:r>
        <w:rPr>
          <w:b/>
          <w:color w:val="000000"/>
        </w:rPr>
        <w:t>(9 puan)</w:t>
      </w:r>
    </w:p>
    <w:p>
      <w:pPr>
        <w:keepNext/>
        <w:keepLines/>
      </w:pPr>
      <w:r>
        <w:rPr>
          <w:b/>
          <w:color w:val="000000"/>
        </w:rPr>
        <w:t xml:space="preserve">b) </w:t>
      </w:r>
      <w:r>
        <w:rPr>
          <w:b w:val="0"/>
          <w:color w:val="000000"/>
        </w:rPr>
        <w:t xml:space="preserve">DNA’nın paketlenmesiyle nükleotit dizisinin zorunlu olarak değişip değişmediğini ve paketlenmenin bir yararını açıklayınız. </w:t>
      </w:r>
      <w:r>
        <w:rPr>
          <w:b/>
          <w:color w:val="000000"/>
        </w:rPr>
        <w:t>(6 puan)</w:t>
      </w:r>
    </w:p>
    <w:p>
      <w:pPr>
        <w:keepNext w:val="0"/>
        <w:keepLines/>
        <w:spacing w:after="240"/>
      </w:pPr>
      <w:r>
        <w:rPr>
          <w:b w:val="0"/>
          <w:color w:val="000000"/>
        </w:rPr>
        <w:t>Cevap / işlem alanı: ........................................................................................................</w:t>
      </w:r>
    </w:p>
    <w:p>
      <w:pPr>
        <w:pStyle w:val="Heading2"/>
        <w:keepNext/>
        <w:keepLines/>
      </w:pPr>
      <w:r>
        <w:rPr>
          <w:b w:val="0"/>
          <w:color w:val="000000"/>
        </w:rPr>
        <w:t>Soru 6   15 puan</w:t>
      </w:r>
    </w:p>
    <w:p>
      <w:pPr>
        <w:keepNext/>
        <w:keepLines/>
      </w:pPr>
      <w:r>
        <w:rPr>
          <w:b w:val="0"/>
          <w:color w:val="000000"/>
        </w:rPr>
        <w:t>Bir DNA eşlenme modelinde X enzimi çift sarmalın zincirlerini ayırır. Y enzimi kalıp zincire uygun nükleotitler ekleyerek yeni DNA zincirini uzatır. Z enzimi kesintili sentezlenen DNA parçalarını şeker-fosfat omurgasındaki kesikleri kapatarak birleştirir.</w:t>
      </w:r>
    </w:p>
    <w:p>
      <w:pPr>
        <w:keepNext/>
        <w:keepLines/>
      </w:pPr>
      <w:r>
        <w:rPr>
          <w:b/>
          <w:color w:val="000000"/>
        </w:rPr>
        <w:t xml:space="preserve">a) </w:t>
      </w:r>
      <w:r>
        <w:rPr>
          <w:b w:val="0"/>
          <w:color w:val="000000"/>
        </w:rPr>
        <w:t xml:space="preserve">X, Y ve Z enzimlerini adlandırınız. </w:t>
      </w:r>
      <w:r>
        <w:rPr>
          <w:b/>
          <w:color w:val="000000"/>
        </w:rPr>
        <w:t>(9 puan)</w:t>
      </w:r>
    </w:p>
    <w:p>
      <w:pPr>
        <w:keepNext/>
        <w:keepLines/>
      </w:pPr>
      <w:r>
        <w:rPr>
          <w:b/>
          <w:color w:val="000000"/>
        </w:rPr>
        <w:t xml:space="preserve">b) </w:t>
      </w:r>
      <w:r>
        <w:rPr>
          <w:b w:val="0"/>
          <w:color w:val="000000"/>
        </w:rPr>
        <w:t xml:space="preserve">Y çalışmazsa ve Z çalışmazsa eşlenmede ayrı ayrı hangi sorunların oluşacağını açıklayınız. </w:t>
      </w:r>
      <w:r>
        <w:rPr>
          <w:b/>
          <w:color w:val="000000"/>
        </w:rPr>
        <w:t>(6 puan)</w:t>
      </w:r>
    </w:p>
    <w:p>
      <w:pPr>
        <w:keepNext w:val="0"/>
        <w:keepLines/>
        <w:spacing w:after="240"/>
      </w:pPr>
      <w:r>
        <w:rPr>
          <w:b w:val="0"/>
          <w:color w:val="000000"/>
        </w:rPr>
        <w:t>Cevap / işlem alanı: ........................................................................................................</w:t>
      </w:r>
    </w:p>
    <w:p>
      <w:pPr>
        <w:pStyle w:val="Heading2"/>
        <w:keepNext/>
        <w:keepLines/>
      </w:pPr>
      <w:r>
        <w:rPr>
          <w:b w:val="0"/>
          <w:color w:val="000000"/>
        </w:rPr>
        <w:t>Soru 7   10 puan</w:t>
      </w:r>
    </w:p>
    <w:p>
      <w:pPr>
        <w:keepNext/>
        <w:keepLines/>
      </w:pPr>
      <w:r>
        <w:rPr>
          <w:b w:val="0"/>
          <w:color w:val="000000"/>
        </w:rPr>
        <w:t>İki zinciri de ağır azotla (15N) işaretli DNA’lara sahip bakteriler, yalnızca hafif azot (14N) içeren ortama alınır. Başlangıç DNA’sının ağır/ağır (H/H), bir ağır ve bir hafif zincirli DNA’nın H/L, iki hafif zincirli DNA’nın L/L olarak gösterildiği bir model kullanılır. DNA molekülleri yarı korunumlu eşlenir; zincirler arasında parça değişimi olmadığı kabul edilir.</w:t>
      </w:r>
    </w:p>
    <w:p>
      <w:pPr>
        <w:keepNext/>
        <w:keepLines/>
      </w:pPr>
      <w:r>
        <w:rPr>
          <w:b/>
          <w:color w:val="000000"/>
        </w:rPr>
        <w:t xml:space="preserve">a) </w:t>
      </w:r>
      <w:r>
        <w:rPr>
          <w:b w:val="0"/>
          <w:color w:val="000000"/>
        </w:rPr>
        <w:t xml:space="preserve">Birinci eşlenme sonunda oluşan DNA’ların zincir bileşimini ve oranını yazınız. </w:t>
      </w:r>
      <w:r>
        <w:rPr>
          <w:b/>
          <w:color w:val="000000"/>
        </w:rPr>
        <w:t>(2 puan)</w:t>
      </w:r>
    </w:p>
    <w:p>
      <w:pPr>
        <w:keepNext/>
        <w:keepLines/>
      </w:pPr>
      <w:r>
        <w:rPr>
          <w:b/>
          <w:color w:val="000000"/>
        </w:rPr>
        <w:t xml:space="preserve">b) </w:t>
      </w:r>
      <w:r>
        <w:rPr>
          <w:b w:val="0"/>
          <w:color w:val="000000"/>
        </w:rPr>
        <w:t xml:space="preserve">İkinci eşlenme sonunda oluşan DNA’ların bileşimlerini ve oranlarını yazınız. </w:t>
      </w:r>
      <w:r>
        <w:rPr>
          <w:b/>
          <w:color w:val="000000"/>
        </w:rPr>
        <w:t>(4 puan)</w:t>
      </w:r>
    </w:p>
    <w:p>
      <w:pPr>
        <w:keepNext/>
        <w:keepLines/>
      </w:pPr>
      <w:r>
        <w:rPr>
          <w:b/>
          <w:color w:val="000000"/>
        </w:rPr>
        <w:t xml:space="preserve">c) </w:t>
      </w:r>
      <w:r>
        <w:rPr>
          <w:b w:val="0"/>
          <w:color w:val="000000"/>
        </w:rPr>
        <w:t xml:space="preserve">Sonuçların yarı korunumlu eşlenmeyle ilişkisini açıklayınız. </w:t>
      </w:r>
      <w:r>
        <w:rPr>
          <w:b/>
          <w:color w:val="000000"/>
        </w:rPr>
        <w:t>(4 puan)</w:t>
      </w:r>
    </w:p>
    <w:p>
      <w:pPr>
        <w:keepNext w:val="0"/>
        <w:keepLines/>
        <w:spacing w:after="240"/>
      </w:pPr>
      <w:r>
        <w:rPr>
          <w:b w:val="0"/>
          <w:color w:val="000000"/>
        </w:rPr>
        <w:t>Cevap / işlem alanı: ........................................................................................................</w:t>
      </w:r>
    </w:p>
    <w:p>
      <w:r>
        <w:br w:type="page"/>
      </w:r>
    </w:p>
    <w:p>
      <w:pPr>
        <w:pStyle w:val="Heading1"/>
      </w:pPr>
      <w:r>
        <w:rPr>
          <w:b w:val="0"/>
          <w:color w:val="000000"/>
        </w:rPr>
        <w:t>Açıklamalı Cevaplar ve Puanlama</w:t>
      </w:r>
    </w:p>
    <w:p>
      <w:r>
        <w:rPr>
          <w:b w:val="0"/>
          <w:color w:val="000000"/>
        </w:rPr>
        <w:t>Bu bölüm, soruları çözdükten sonra kendinizi kontrol etmeniz ve eksiklerinizi belirlemeniz için hazırlanmıştır. Her alt maddenin toplam puanı ve beklenen cevap bileşenleri ayrı gösterilmiştir.</w:t>
      </w:r>
    </w:p>
    <w:p>
      <w:r>
        <w:rPr>
          <w:b w:val="0"/>
          <w:color w:val="000000"/>
        </w:rPr>
        <w:t>Bir ölçütte birden fazla beklenen bileşen varsa ölçütün puanı bileşenlere eşit paylaştırılır. Doğru bağımsız bileşenlere kısmi puan verilir; gerektiğinde yarım puan kullanılabilir. Aynı bilginin tekrarı ek puan getirmez. İşlem sorularında doğru yöntem ve sonuç ayrı ölçütlerde değerlendirilir.</w:t>
      </w:r>
    </w:p>
    <w:p>
      <w:pPr>
        <w:pStyle w:val="Heading1"/>
      </w:pPr>
      <w:r>
        <w:rPr>
          <w:b w:val="0"/>
          <w:color w:val="000000"/>
        </w:rPr>
        <w:t>Senaryo 1 Cevap Anahtarı</w:t>
      </w:r>
    </w:p>
    <w:p>
      <w:r>
        <w:rPr>
          <w:b w:val="0"/>
          <w:color w:val="000000"/>
        </w:rPr>
        <w:t>6 ana soru  |  Toplam 100 puan</w:t>
      </w:r>
    </w:p>
    <w:p>
      <w:pPr>
        <w:pStyle w:val="Heading2"/>
        <w:keepNext/>
        <w:keepLines/>
      </w:pPr>
      <w:r>
        <w:rPr>
          <w:b w:val="0"/>
          <w:color w:val="000000"/>
        </w:rPr>
        <w:t>Soru 1   Dönüştürücü maddenin belirlenmesi   20 puan</w:t>
      </w:r>
    </w:p>
    <w:p>
      <w:pPr>
        <w:keepNext/>
        <w:keepLines/>
      </w:pPr>
      <w:r>
        <w:rPr>
          <w:b w:val="0"/>
          <w:color w:val="000000"/>
          <w:sz w:val="17"/>
        </w:rPr>
        <w:t>Çıktı / kazanım: 12.1.1.1  |  Excel: 12. SINIF!D7</w:t>
      </w:r>
    </w:p>
    <w:p>
      <w:pPr>
        <w:keepNext/>
        <w:keepLines/>
      </w:pPr>
      <w:r>
        <w:rPr>
          <w:b/>
          <w:color w:val="000000"/>
        </w:rPr>
        <w:t xml:space="preserve">a) 8 puan   </w:t>
      </w:r>
      <w:r>
        <w:rPr>
          <w:b w:val="0"/>
          <w:color w:val="000000"/>
        </w:rPr>
        <w:t>Tabloya göre dönüşümden sorumlu molekülü yazınız ve hangi karşılaştırmanın bu sonucu desteklediğini açıklayınız.</w:t>
      </w:r>
    </w:p>
    <w:p>
      <w:pPr>
        <w:keepNext/>
        <w:keepLines/>
      </w:pPr>
      <w:r>
        <w:rPr>
          <w:b/>
          <w:color w:val="000000"/>
        </w:rPr>
        <w:t xml:space="preserve">4 puan: </w:t>
      </w:r>
      <w:r>
        <w:rPr>
          <w:b w:val="0"/>
          <w:color w:val="000000"/>
        </w:rPr>
        <w:t>DNA.</w:t>
      </w:r>
    </w:p>
    <w:p>
      <w:pPr>
        <w:keepNext/>
        <w:keepLines/>
      </w:pPr>
      <w:r>
        <w:rPr>
          <w:b/>
          <w:color w:val="000000"/>
        </w:rPr>
        <w:t xml:space="preserve">4 puan: </w:t>
      </w:r>
      <w:r>
        <w:rPr>
          <w:b w:val="0"/>
          <w:color w:val="000000"/>
        </w:rPr>
        <w:t>Protein veya RNA parçalandığında dönüşüm sürerken DNA parçalandığında dönüşüm durmuştur; bu karşılaştırma DNA’nın gerekliliğini destekler.</w:t>
      </w:r>
    </w:p>
    <w:p>
      <w:pPr>
        <w:keepNext/>
        <w:keepLines/>
      </w:pPr>
      <w:r>
        <w:rPr>
          <w:b/>
          <w:color w:val="000000"/>
        </w:rPr>
        <w:t xml:space="preserve">b) 8 puan   </w:t>
      </w:r>
      <w:r>
        <w:rPr>
          <w:b w:val="0"/>
          <w:color w:val="000000"/>
        </w:rPr>
        <w:t>Griffith’in gözlemi ile bu enzim deneylerinin kalıtım maddesini belirlemeye katkısını ayırt ediniz.</w:t>
      </w:r>
    </w:p>
    <w:p>
      <w:pPr>
        <w:keepNext/>
        <w:keepLines/>
      </w:pPr>
      <w:r>
        <w:rPr>
          <w:b/>
          <w:color w:val="000000"/>
        </w:rPr>
        <w:t xml:space="preserve">4 puan: </w:t>
      </w:r>
      <w:r>
        <w:rPr>
          <w:b w:val="0"/>
          <w:color w:val="000000"/>
        </w:rPr>
        <w:t>Griffith, dönüşüm olayını ve aktarılabilen bir etkenin varlığını göstermiştir.</w:t>
      </w:r>
    </w:p>
    <w:p>
      <w:pPr>
        <w:keepNext/>
        <w:keepLines/>
      </w:pPr>
      <w:r>
        <w:rPr>
          <w:b/>
          <w:color w:val="000000"/>
        </w:rPr>
        <w:t xml:space="preserve">4 puan: </w:t>
      </w:r>
      <w:r>
        <w:rPr>
          <w:b w:val="0"/>
          <w:color w:val="000000"/>
        </w:rPr>
        <w:t>Griffith tek başına etkenin DNA olduğunu belirlememiştir; sonraki enzim deneyleri etkenin kimyasal kimliğinin DNA olarak belirlenmesine katkı sağlamıştır.</w:t>
      </w:r>
    </w:p>
    <w:p>
      <w:pPr>
        <w:keepNext/>
        <w:keepLines/>
      </w:pPr>
      <w:r>
        <w:rPr>
          <w:b/>
          <w:color w:val="000000"/>
        </w:rPr>
        <w:t xml:space="preserve">c) 4 puan   </w:t>
      </w:r>
      <w:r>
        <w:rPr>
          <w:b w:val="0"/>
          <w:color w:val="000000"/>
        </w:rPr>
        <w:t>Enzim eklenmeyen grubun araştırmadaki işlevini açıklayınız.</w:t>
      </w:r>
    </w:p>
    <w:p>
      <w:pPr>
        <w:keepNext/>
        <w:keepLines/>
      </w:pPr>
      <w:r>
        <w:rPr>
          <w:b/>
          <w:color w:val="000000"/>
        </w:rPr>
        <w:t xml:space="preserve">4 puan: </w:t>
      </w:r>
      <w:r>
        <w:rPr>
          <w:b w:val="0"/>
          <w:color w:val="000000"/>
        </w:rPr>
        <w:t>Kontrol grubudur; özütün normalde dönüşüm yapabildiğini gösterir ve enzim uygulamalarının sonuçlarını karşılaştırmaya olanak verir.</w:t>
      </w:r>
    </w:p>
    <w:p>
      <w:pPr>
        <w:keepLines/>
      </w:pPr>
      <w:r>
        <w:rPr>
          <w:b w:val="0"/>
          <w:color w:val="000000"/>
          <w:sz w:val="17"/>
        </w:rPr>
        <w:t>Dayanak: MEB OGM Materyal, Biyoloji 12, 1. ünite, s. 17-20.</w:t>
      </w:r>
    </w:p>
    <w:p>
      <w:pPr>
        <w:pStyle w:val="Heading2"/>
        <w:keepNext/>
        <w:keepLines/>
      </w:pPr>
      <w:r>
        <w:rPr>
          <w:b w:val="0"/>
          <w:color w:val="000000"/>
        </w:rPr>
        <w:t>Soru 2   DNA’da baz eşleşmesi ve bağ sayısı   20 puan</w:t>
      </w:r>
    </w:p>
    <w:p>
      <w:pPr>
        <w:keepNext/>
        <w:keepLines/>
      </w:pPr>
      <w:r>
        <w:rPr>
          <w:b w:val="0"/>
          <w:color w:val="000000"/>
          <w:sz w:val="17"/>
        </w:rPr>
        <w:t>Çıktı / kazanım: 12.1.1.2  |  Excel: 12. SINIF!D8</w:t>
      </w:r>
    </w:p>
    <w:p>
      <w:pPr>
        <w:keepNext/>
        <w:keepLines/>
      </w:pPr>
      <w:r>
        <w:rPr>
          <w:b/>
          <w:color w:val="000000"/>
        </w:rPr>
        <w:t xml:space="preserve">a) 8 puan   </w:t>
      </w:r>
      <w:r>
        <w:rPr>
          <w:b w:val="0"/>
          <w:color w:val="000000"/>
        </w:rPr>
        <w:t>Timin, guanin ve sitozin nükleotitlerinin toplam sayılarını işlemlerinizle bulunuz.</w:t>
      </w:r>
    </w:p>
    <w:p>
      <w:pPr>
        <w:keepNext/>
        <w:keepLines/>
      </w:pPr>
      <w:r>
        <w:rPr>
          <w:b/>
          <w:color w:val="000000"/>
        </w:rPr>
        <w:t xml:space="preserve">4 puan: </w:t>
      </w:r>
      <w:r>
        <w:rPr>
          <w:b w:val="0"/>
          <w:color w:val="000000"/>
        </w:rPr>
        <w:t>A = T olduğundan T = 200.</w:t>
      </w:r>
    </w:p>
    <w:p>
      <w:pPr>
        <w:keepNext/>
        <w:keepLines/>
      </w:pPr>
      <w:r>
        <w:rPr>
          <w:b/>
          <w:color w:val="000000"/>
        </w:rPr>
        <w:t xml:space="preserve">4 puan: </w:t>
      </w:r>
      <w:r>
        <w:rPr>
          <w:b w:val="0"/>
          <w:color w:val="000000"/>
        </w:rPr>
        <w:t>G + C = 1000 - 400 = 600 ve G = C olduğundan G = 300, C = 300.</w:t>
      </w:r>
    </w:p>
    <w:p>
      <w:pPr>
        <w:keepNext/>
        <w:keepLines/>
      </w:pPr>
      <w:r>
        <w:rPr>
          <w:b/>
          <w:color w:val="000000"/>
        </w:rPr>
        <w:t xml:space="preserve">b) 8 puan   </w:t>
      </w:r>
      <w:r>
        <w:rPr>
          <w:b w:val="0"/>
          <w:color w:val="000000"/>
        </w:rPr>
        <w:t>İki zinciri bir arada tutan toplam hidrojen bağı sayısını hesaplayınız.</w:t>
      </w:r>
    </w:p>
    <w:p>
      <w:pPr>
        <w:keepNext/>
        <w:keepLines/>
      </w:pPr>
      <w:r>
        <w:rPr>
          <w:b/>
          <w:color w:val="000000"/>
        </w:rPr>
        <w:t xml:space="preserve">4 puan: </w:t>
      </w:r>
      <w:r>
        <w:rPr>
          <w:b w:val="0"/>
          <w:color w:val="000000"/>
        </w:rPr>
        <w:t>200 A-T çifti için 200 × 2 = 400 hidrojen bağı.</w:t>
      </w:r>
    </w:p>
    <w:p>
      <w:pPr>
        <w:keepNext/>
        <w:keepLines/>
      </w:pPr>
      <w:r>
        <w:rPr>
          <w:b/>
          <w:color w:val="000000"/>
        </w:rPr>
        <w:t xml:space="preserve">4 puan: </w:t>
      </w:r>
      <w:r>
        <w:rPr>
          <w:b w:val="0"/>
          <w:color w:val="000000"/>
        </w:rPr>
        <w:t>300 G-C çifti için 300 × 3 = 900; toplam 1300 hidrojen bağı.</w:t>
      </w:r>
    </w:p>
    <w:p>
      <w:pPr>
        <w:keepNext/>
        <w:keepLines/>
      </w:pPr>
      <w:r>
        <w:rPr>
          <w:b/>
          <w:color w:val="000000"/>
        </w:rPr>
        <w:t xml:space="preserve">c) 4 puan   </w:t>
      </w:r>
      <w:r>
        <w:rPr>
          <w:b w:val="0"/>
          <w:color w:val="000000"/>
        </w:rPr>
        <w:t>Aynı zincirde art arda gelen nükleotitleri birbirine bağlayan bağın adını yazınız.</w:t>
      </w:r>
    </w:p>
    <w:p>
      <w:pPr>
        <w:keepNext/>
        <w:keepLines/>
      </w:pPr>
      <w:r>
        <w:rPr>
          <w:b/>
          <w:color w:val="000000"/>
        </w:rPr>
        <w:t xml:space="preserve">4 puan: </w:t>
      </w:r>
      <w:r>
        <w:rPr>
          <w:b w:val="0"/>
          <w:color w:val="000000"/>
        </w:rPr>
        <w:t>Fosfodiester bağı.</w:t>
      </w:r>
    </w:p>
    <w:p>
      <w:pPr>
        <w:keepNext/>
        <w:keepLines/>
      </w:pPr>
      <w:r>
        <w:rPr>
          <w:b w:val="0"/>
          <w:color w:val="000000"/>
          <w:sz w:val="17"/>
        </w:rPr>
        <w:t>Dayanak: MEB OGM Materyal, Biyoloji 12, 1. ünite, s. 22-25.</w:t>
      </w:r>
    </w:p>
    <w:p>
      <w:pPr>
        <w:keepLines/>
      </w:pPr>
      <w:r>
        <w:rPr>
          <w:b w:val="0"/>
          <w:color w:val="000000"/>
          <w:sz w:val="17"/>
        </w:rPr>
        <w:t>Not: Verilen 1000 sayısı baz çifti değil, iki zincirdeki toplam nükleotit sayısıdır.</w:t>
      </w:r>
    </w:p>
    <w:p>
      <w:pPr>
        <w:pStyle w:val="Heading2"/>
        <w:keepNext/>
        <w:keepLines/>
      </w:pPr>
      <w:r>
        <w:rPr>
          <w:b w:val="0"/>
          <w:color w:val="000000"/>
        </w:rPr>
        <w:t>Soru 3   DNA ve RNA’nın karşılaştırılması   15 puan</w:t>
      </w:r>
    </w:p>
    <w:p>
      <w:pPr>
        <w:keepNext/>
        <w:keepLines/>
      </w:pPr>
      <w:r>
        <w:rPr>
          <w:b w:val="0"/>
          <w:color w:val="000000"/>
          <w:sz w:val="17"/>
        </w:rPr>
        <w:t>Çıktı / kazanım: 12.1.1.2  |  Excel: 12. SINIF!D8</w:t>
      </w:r>
    </w:p>
    <w:p>
      <w:pPr>
        <w:keepNext/>
        <w:keepLines/>
      </w:pPr>
      <w:r>
        <w:rPr>
          <w:b/>
          <w:color w:val="000000"/>
        </w:rPr>
        <w:t xml:space="preserve">a) 6 puan   </w:t>
      </w:r>
      <w:r>
        <w:rPr>
          <w:b w:val="0"/>
          <w:color w:val="000000"/>
        </w:rPr>
        <w:t>X ve Y’yi adlandırınız; şeker ve baz bilgilerinin tanımlamaya nasıl yardımcı olduğunu belirtiniz.</w:t>
      </w:r>
    </w:p>
    <w:p>
      <w:pPr>
        <w:keepNext/>
        <w:keepLines/>
      </w:pPr>
      <w:r>
        <w:rPr>
          <w:b/>
          <w:color w:val="000000"/>
        </w:rPr>
        <w:t xml:space="preserve">3 puan: </w:t>
      </w:r>
      <w:r>
        <w:rPr>
          <w:b w:val="0"/>
          <w:color w:val="000000"/>
        </w:rPr>
        <w:t>X, DNA’dır; deoksiriboz ve timin içermesi bu tanımlamayı destekler.</w:t>
      </w:r>
    </w:p>
    <w:p>
      <w:pPr>
        <w:keepNext/>
        <w:keepLines/>
      </w:pPr>
      <w:r>
        <w:rPr>
          <w:b/>
          <w:color w:val="000000"/>
        </w:rPr>
        <w:t xml:space="preserve">3 puan: </w:t>
      </w:r>
      <w:r>
        <w:rPr>
          <w:b w:val="0"/>
          <w:color w:val="000000"/>
        </w:rPr>
        <w:t>Y, RNA’dır; riboz ve urasil içermesi bu tanımlamayı destekler.</w:t>
      </w:r>
    </w:p>
    <w:p>
      <w:pPr>
        <w:keepNext/>
        <w:keepLines/>
      </w:pPr>
      <w:r>
        <w:rPr>
          <w:b/>
          <w:color w:val="000000"/>
        </w:rPr>
        <w:t xml:space="preserve">b) 9 puan   </w:t>
      </w:r>
      <w:r>
        <w:rPr>
          <w:b w:val="0"/>
          <w:color w:val="000000"/>
        </w:rPr>
        <w:t>Hücresel DNA ve RNA’nın genel zincir yapılarını ve birer temel görevini karşılaştırınız.</w:t>
      </w:r>
    </w:p>
    <w:p>
      <w:pPr>
        <w:keepNext/>
        <w:keepLines/>
      </w:pPr>
      <w:r>
        <w:rPr>
          <w:b/>
          <w:color w:val="000000"/>
        </w:rPr>
        <w:t xml:space="preserve">3 puan: </w:t>
      </w:r>
      <w:r>
        <w:rPr>
          <w:b w:val="0"/>
          <w:color w:val="000000"/>
        </w:rPr>
        <w:t>Hücresel DNA genel olarak çift zincirlidir; RNA genellikle tek polinükleotit zinciridir. RNA’nın kendi üzerine katlanması ayrı bir zincir olduğu anlamına gelmez.</w:t>
      </w:r>
    </w:p>
    <w:p>
      <w:pPr>
        <w:keepNext/>
        <w:keepLines/>
      </w:pPr>
      <w:r>
        <w:rPr>
          <w:b/>
          <w:color w:val="000000"/>
        </w:rPr>
        <w:t xml:space="preserve">3 puan: </w:t>
      </w:r>
      <w:r>
        <w:rPr>
          <w:b w:val="0"/>
          <w:color w:val="000000"/>
        </w:rPr>
        <w:t>DNA, kalıtsal bilginin saklanması ve aktarılmasında görevlidir.</w:t>
      </w:r>
    </w:p>
    <w:p>
      <w:pPr>
        <w:keepNext/>
        <w:keepLines/>
      </w:pPr>
      <w:r>
        <w:rPr>
          <w:b/>
          <w:color w:val="000000"/>
        </w:rPr>
        <w:t xml:space="preserve">3 puan: </w:t>
      </w:r>
      <w:r>
        <w:rPr>
          <w:b w:val="0"/>
          <w:color w:val="000000"/>
        </w:rPr>
        <w:t>RNA türleri, genetik bilginin kullanılmasında ve protein sentezinde görev alır; uygun bir RNA işlevi kabul edilir.</w:t>
      </w:r>
    </w:p>
    <w:p>
      <w:pPr>
        <w:keepLines/>
      </w:pPr>
      <w:r>
        <w:rPr>
          <w:b w:val="0"/>
          <w:color w:val="000000"/>
          <w:sz w:val="17"/>
        </w:rPr>
        <w:t>Dayanak: MEB OGM Materyal, Biyoloji 12, 1. ünite, s. 21-29.</w:t>
      </w:r>
    </w:p>
    <w:p>
      <w:pPr>
        <w:pStyle w:val="Heading2"/>
        <w:keepNext/>
        <w:keepLines/>
      </w:pPr>
      <w:r>
        <w:rPr>
          <w:b w:val="0"/>
          <w:color w:val="000000"/>
        </w:rPr>
        <w:t>Soru 4   RNA türlerinin görevleri   15 puan</w:t>
      </w:r>
    </w:p>
    <w:p>
      <w:pPr>
        <w:keepNext/>
        <w:keepLines/>
      </w:pPr>
      <w:r>
        <w:rPr>
          <w:b w:val="0"/>
          <w:color w:val="000000"/>
          <w:sz w:val="17"/>
        </w:rPr>
        <w:t>Çıktı / kazanım: 12.1.1.2  |  Excel: 12. SINIF!D8</w:t>
      </w:r>
    </w:p>
    <w:p>
      <w:pPr>
        <w:keepNext/>
        <w:keepLines/>
      </w:pPr>
      <w:r>
        <w:rPr>
          <w:b/>
          <w:color w:val="000000"/>
        </w:rPr>
        <w:t xml:space="preserve">a) 12 puan   </w:t>
      </w:r>
      <w:r>
        <w:rPr>
          <w:b w:val="0"/>
          <w:color w:val="000000"/>
        </w:rPr>
        <w:t>K ve L’nin hangi RNA türleri olduğunu yazınız; görevleriyle ilişkilendiriniz.</w:t>
      </w:r>
    </w:p>
    <w:p>
      <w:pPr>
        <w:keepNext/>
        <w:keepLines/>
      </w:pPr>
      <w:r>
        <w:rPr>
          <w:b/>
          <w:color w:val="000000"/>
        </w:rPr>
        <w:t xml:space="preserve">6 puan: </w:t>
      </w:r>
      <w:r>
        <w:rPr>
          <w:b w:val="0"/>
          <w:color w:val="000000"/>
        </w:rPr>
        <w:t>K: mesajcı RNA / mRNA; genetik bilgiyi ribozoma taşır ve sentezde kalıp görevi görür.</w:t>
      </w:r>
    </w:p>
    <w:p>
      <w:pPr>
        <w:keepNext/>
        <w:keepLines/>
      </w:pPr>
      <w:r>
        <w:rPr>
          <w:b/>
          <w:color w:val="000000"/>
        </w:rPr>
        <w:t xml:space="preserve">6 puan: </w:t>
      </w:r>
      <w:r>
        <w:rPr>
          <w:b w:val="0"/>
          <w:color w:val="000000"/>
        </w:rPr>
        <w:t>L: taşıyıcı RNA / tRNA; uygun amino asidi ribozoma taşır.</w:t>
      </w:r>
    </w:p>
    <w:p>
      <w:pPr>
        <w:keepNext/>
        <w:keepLines/>
      </w:pPr>
      <w:r>
        <w:rPr>
          <w:b/>
          <w:color w:val="000000"/>
        </w:rPr>
        <w:t xml:space="preserve">b) 3 puan   </w:t>
      </w:r>
      <w:r>
        <w:rPr>
          <w:b w:val="0"/>
          <w:color w:val="000000"/>
        </w:rPr>
        <w:t>M’nin hangi RNA türü olduğunu yazınız.</w:t>
      </w:r>
    </w:p>
    <w:p>
      <w:pPr>
        <w:keepNext/>
        <w:keepLines/>
      </w:pPr>
      <w:r>
        <w:rPr>
          <w:b/>
          <w:color w:val="000000"/>
        </w:rPr>
        <w:t xml:space="preserve">3 puan: </w:t>
      </w:r>
      <w:r>
        <w:rPr>
          <w:b w:val="0"/>
          <w:color w:val="000000"/>
        </w:rPr>
        <w:t>Ribozomal RNA / rRNA.</w:t>
      </w:r>
    </w:p>
    <w:p>
      <w:pPr>
        <w:keepNext/>
        <w:keepLines/>
      </w:pPr>
      <w:r>
        <w:rPr>
          <w:b w:val="0"/>
          <w:color w:val="000000"/>
          <w:sz w:val="17"/>
        </w:rPr>
        <w:t>Dayanak: MEB OGM Materyal, Biyoloji 12, 1. ünite, s. 28-29.</w:t>
      </w:r>
    </w:p>
    <w:p>
      <w:pPr>
        <w:keepLines/>
      </w:pPr>
      <w:r>
        <w:rPr>
          <w:b w:val="0"/>
          <w:color w:val="000000"/>
          <w:sz w:val="17"/>
        </w:rPr>
        <w:t>Not: RNA türlerinin görevleri sorulur; kodon-antikodon çözümlemesi veya protein sentezinin aşamaları bu sınav kapsamında ölçülmez.</w:t>
      </w:r>
    </w:p>
    <w:p>
      <w:pPr>
        <w:pStyle w:val="Heading2"/>
        <w:keepNext/>
        <w:keepLines/>
      </w:pPr>
      <w:r>
        <w:rPr>
          <w:b w:val="0"/>
          <w:color w:val="000000"/>
        </w:rPr>
        <w:t>Soru 5   Genetik materyalde parça-bütün ilişkisi   15 puan</w:t>
      </w:r>
    </w:p>
    <w:p>
      <w:pPr>
        <w:keepNext/>
        <w:keepLines/>
      </w:pPr>
      <w:r>
        <w:rPr>
          <w:b w:val="0"/>
          <w:color w:val="000000"/>
          <w:sz w:val="17"/>
        </w:rPr>
        <w:t>Çıktı / kazanım: 12.1.1.3  |  Excel: 12. SINIF!D9</w:t>
      </w:r>
    </w:p>
    <w:p>
      <w:pPr>
        <w:keepNext/>
        <w:keepLines/>
      </w:pPr>
      <w:r>
        <w:rPr>
          <w:b/>
          <w:color w:val="000000"/>
        </w:rPr>
        <w:t xml:space="preserve">a) 9 puan   </w:t>
      </w:r>
      <w:r>
        <w:rPr>
          <w:b w:val="0"/>
          <w:color w:val="000000"/>
        </w:rPr>
        <w:t>Nükleotit, gen ve DNA arasındaki parça-bütün ilişkisini kurarak ilk ifadeyi düzeltiniz.</w:t>
      </w:r>
    </w:p>
    <w:p>
      <w:pPr>
        <w:keepNext/>
        <w:keepLines/>
      </w:pPr>
      <w:r>
        <w:rPr>
          <w:b/>
          <w:color w:val="000000"/>
        </w:rPr>
        <w:t xml:space="preserve">3 puan: </w:t>
      </w:r>
      <w:r>
        <w:rPr>
          <w:b w:val="0"/>
          <w:color w:val="000000"/>
        </w:rPr>
        <w:t>Nükleotitler DNA’nın yapı birimleridir.</w:t>
      </w:r>
    </w:p>
    <w:p>
      <w:pPr>
        <w:keepNext/>
        <w:keepLines/>
      </w:pPr>
      <w:r>
        <w:rPr>
          <w:b/>
          <w:color w:val="000000"/>
        </w:rPr>
        <w:t xml:space="preserve">3 puan: </w:t>
      </w:r>
      <w:r>
        <w:rPr>
          <w:b w:val="0"/>
          <w:color w:val="000000"/>
        </w:rPr>
        <w:t>Gen, DNA üzerindeki işlevsel bilgi taşıyan belirli bir bölgedir.</w:t>
      </w:r>
    </w:p>
    <w:p>
      <w:pPr>
        <w:keepNext/>
        <w:keepLines/>
      </w:pPr>
      <w:r>
        <w:rPr>
          <w:b/>
          <w:color w:val="000000"/>
        </w:rPr>
        <w:t xml:space="preserve">3 puan: </w:t>
      </w:r>
      <w:r>
        <w:rPr>
          <w:b w:val="0"/>
          <w:color w:val="000000"/>
        </w:rPr>
        <w:t>Bir DNA molekülü çok sayıda gen bölgesi içerebilir; gen, çok sayıda DNA molekülünün birleşmesiyle oluşmaz.</w:t>
      </w:r>
    </w:p>
    <w:p>
      <w:pPr>
        <w:keepNext/>
        <w:keepLines/>
      </w:pPr>
      <w:r>
        <w:rPr>
          <w:b/>
          <w:color w:val="000000"/>
        </w:rPr>
        <w:t xml:space="preserve">b) 6 puan   </w:t>
      </w:r>
      <w:r>
        <w:rPr>
          <w:b w:val="0"/>
          <w:color w:val="000000"/>
        </w:rPr>
        <w:t>Ökaryot bir hücrenin çekirdeğindeki kromozomun yapısını açıklayarak ikinci ifadeyi düzeltiniz.</w:t>
      </w:r>
    </w:p>
    <w:p>
      <w:pPr>
        <w:keepNext/>
        <w:keepLines/>
      </w:pPr>
      <w:r>
        <w:rPr>
          <w:b/>
          <w:color w:val="000000"/>
        </w:rPr>
        <w:t xml:space="preserve">3 puan: </w:t>
      </w:r>
      <w:r>
        <w:rPr>
          <w:b w:val="0"/>
          <w:color w:val="000000"/>
        </w:rPr>
        <w:t>Kromozom DNA içerir; yalnızca proteinden oluşmaz.</w:t>
      </w:r>
    </w:p>
    <w:p>
      <w:pPr>
        <w:keepNext/>
        <w:keepLines/>
      </w:pPr>
      <w:r>
        <w:rPr>
          <w:b/>
          <w:color w:val="000000"/>
        </w:rPr>
        <w:t xml:space="preserve">3 puan: </w:t>
      </w:r>
      <w:r>
        <w:rPr>
          <w:b w:val="0"/>
          <w:color w:val="000000"/>
        </w:rPr>
        <w:t>DNA, histonlar başta olmak üzere proteinlerle düzenlenip paketlenerek kromatin/kromozom organizasyonuna katılır.</w:t>
      </w:r>
    </w:p>
    <w:p>
      <w:pPr>
        <w:keepLines/>
      </w:pPr>
      <w:r>
        <w:rPr>
          <w:b w:val="0"/>
          <w:color w:val="000000"/>
          <w:sz w:val="17"/>
        </w:rPr>
        <w:t>Dayanak: MEB OGM Materyal, Biyoloji 12, 1. ünite, s. 29-30.</w:t>
      </w:r>
    </w:p>
    <w:p>
      <w:pPr>
        <w:pStyle w:val="Heading2"/>
        <w:keepNext/>
        <w:keepLines/>
      </w:pPr>
      <w:r>
        <w:rPr>
          <w:b w:val="0"/>
          <w:color w:val="000000"/>
        </w:rPr>
        <w:t>Soru 6   DNA’nın paketlenmesinin modellenmesi   15 puan</w:t>
      </w:r>
    </w:p>
    <w:p>
      <w:pPr>
        <w:keepNext/>
        <w:keepLines/>
      </w:pPr>
      <w:r>
        <w:rPr>
          <w:b w:val="0"/>
          <w:color w:val="000000"/>
          <w:sz w:val="17"/>
        </w:rPr>
        <w:t>Çıktı / kazanım: 12.1.1.3  |  Excel: 12. SINIF!D9</w:t>
      </w:r>
    </w:p>
    <w:p>
      <w:pPr>
        <w:keepNext/>
        <w:keepLines/>
      </w:pPr>
      <w:r>
        <w:rPr>
          <w:b/>
          <w:color w:val="000000"/>
        </w:rPr>
        <w:t xml:space="preserve">a) 9 puan   </w:t>
      </w:r>
      <w:r>
        <w:rPr>
          <w:b w:val="0"/>
          <w:color w:val="000000"/>
        </w:rPr>
        <w:t>Modelde uzun ip, makaralar ve yoğun biçimde paketlenen bütün hangi biyolojik yapıları temsil eder?</w:t>
      </w:r>
    </w:p>
    <w:p>
      <w:pPr>
        <w:keepNext/>
        <w:keepLines/>
      </w:pPr>
      <w:r>
        <w:rPr>
          <w:b/>
          <w:color w:val="000000"/>
        </w:rPr>
        <w:t xml:space="preserve">3 puan: </w:t>
      </w:r>
      <w:r>
        <w:rPr>
          <w:b w:val="0"/>
          <w:color w:val="000000"/>
        </w:rPr>
        <w:t>Uzun ip: DNA.</w:t>
      </w:r>
    </w:p>
    <w:p>
      <w:pPr>
        <w:keepNext/>
        <w:keepLines/>
      </w:pPr>
      <w:r>
        <w:rPr>
          <w:b/>
          <w:color w:val="000000"/>
        </w:rPr>
        <w:t xml:space="preserve">3 puan: </w:t>
      </w:r>
      <w:r>
        <w:rPr>
          <w:b w:val="0"/>
          <w:color w:val="000000"/>
        </w:rPr>
        <w:t>Makaralar: histon proteinleri.</w:t>
      </w:r>
    </w:p>
    <w:p>
      <w:pPr>
        <w:keepNext/>
        <w:keepLines/>
      </w:pPr>
      <w:r>
        <w:rPr>
          <w:b/>
          <w:color w:val="000000"/>
        </w:rPr>
        <w:t xml:space="preserve">3 puan: </w:t>
      </w:r>
      <w:r>
        <w:rPr>
          <w:b w:val="0"/>
          <w:color w:val="000000"/>
        </w:rPr>
        <w:t>Yoğun biçimde paketlenen bütün: kromatin yoğunlaşmasıyla oluşan kromozom yapısı.</w:t>
      </w:r>
    </w:p>
    <w:p>
      <w:pPr>
        <w:keepNext/>
        <w:keepLines/>
      </w:pPr>
      <w:r>
        <w:rPr>
          <w:b/>
          <w:color w:val="000000"/>
        </w:rPr>
        <w:t xml:space="preserve">b) 6 puan   </w:t>
      </w:r>
      <w:r>
        <w:rPr>
          <w:b w:val="0"/>
          <w:color w:val="000000"/>
        </w:rPr>
        <w:t>DNA’nın paketlenmesiyle nükleotit dizisinin zorunlu olarak değişip değişmediğini ve paketlenmenin bir yararını açıklayınız.</w:t>
      </w:r>
    </w:p>
    <w:p>
      <w:pPr>
        <w:keepNext/>
        <w:keepLines/>
      </w:pPr>
      <w:r>
        <w:rPr>
          <w:b/>
          <w:color w:val="000000"/>
        </w:rPr>
        <w:t xml:space="preserve">3 puan: </w:t>
      </w:r>
      <w:r>
        <w:rPr>
          <w:b w:val="0"/>
          <w:color w:val="000000"/>
        </w:rPr>
        <w:t>Paketlenme, düzenlenme/yoğunlaşma olayıdır; tek başına nükleotit dizisinin değişmesi anlamına gelmez.</w:t>
      </w:r>
    </w:p>
    <w:p>
      <w:pPr>
        <w:keepNext/>
        <w:keepLines/>
      </w:pPr>
      <w:r>
        <w:rPr>
          <w:b/>
          <w:color w:val="000000"/>
        </w:rPr>
        <w:t xml:space="preserve">3 puan: </w:t>
      </w:r>
      <w:r>
        <w:rPr>
          <w:b w:val="0"/>
          <w:color w:val="000000"/>
        </w:rPr>
        <w:t>Uzun DNA’nın çekirdeğe sığacak biçimde düzenlenmesine veya bölünme sırasında düzenli taşınmasına katkı sağlar.</w:t>
      </w:r>
    </w:p>
    <w:p>
      <w:pPr>
        <w:keepLines/>
      </w:pPr>
      <w:r>
        <w:rPr>
          <w:b w:val="0"/>
          <w:color w:val="000000"/>
          <w:sz w:val="17"/>
        </w:rPr>
        <w:t>Dayanak: MEB OGM Materyal, Biyoloji 12, 1. ünite, s. 29-30; genetik materyal modeli.</w:t>
      </w:r>
    </w:p>
    <w:p>
      <w:r>
        <w:br w:type="page"/>
      </w:r>
    </w:p>
    <w:p>
      <w:pPr>
        <w:pStyle w:val="Heading1"/>
      </w:pPr>
      <w:r>
        <w:rPr>
          <w:b w:val="0"/>
          <w:color w:val="000000"/>
        </w:rPr>
        <w:t>Senaryo 2 Cevap Anahtarı</w:t>
      </w:r>
    </w:p>
    <w:p>
      <w:r>
        <w:rPr>
          <w:b w:val="0"/>
          <w:color w:val="000000"/>
        </w:rPr>
        <w:t>6 ana soru  |  Toplam 100 puan</w:t>
      </w:r>
    </w:p>
    <w:p>
      <w:pPr>
        <w:pStyle w:val="Heading2"/>
        <w:keepNext/>
        <w:keepLines/>
      </w:pPr>
      <w:r>
        <w:rPr>
          <w:b w:val="0"/>
          <w:color w:val="000000"/>
        </w:rPr>
        <w:t>Soru 1   Dönüştürücü maddenin belirlenmesi   20 puan</w:t>
      </w:r>
    </w:p>
    <w:p>
      <w:pPr>
        <w:keepNext/>
        <w:keepLines/>
      </w:pPr>
      <w:r>
        <w:rPr>
          <w:b w:val="0"/>
          <w:color w:val="000000"/>
          <w:sz w:val="17"/>
        </w:rPr>
        <w:t>Çıktı / kazanım: 12.1.1.1  |  Excel: 12. SINIF!E7</w:t>
      </w:r>
    </w:p>
    <w:p>
      <w:pPr>
        <w:keepNext/>
        <w:keepLines/>
      </w:pPr>
      <w:r>
        <w:rPr>
          <w:b/>
          <w:color w:val="000000"/>
        </w:rPr>
        <w:t xml:space="preserve">a) 8 puan   </w:t>
      </w:r>
      <w:r>
        <w:rPr>
          <w:b w:val="0"/>
          <w:color w:val="000000"/>
        </w:rPr>
        <w:t>Tabloya göre dönüşümden sorumlu molekülü yazınız ve hangi karşılaştırmanın bu sonucu desteklediğini açıklayınız.</w:t>
      </w:r>
    </w:p>
    <w:p>
      <w:pPr>
        <w:keepNext/>
        <w:keepLines/>
      </w:pPr>
      <w:r>
        <w:rPr>
          <w:b/>
          <w:color w:val="000000"/>
        </w:rPr>
        <w:t xml:space="preserve">4 puan: </w:t>
      </w:r>
      <w:r>
        <w:rPr>
          <w:b w:val="0"/>
          <w:color w:val="000000"/>
        </w:rPr>
        <w:t>DNA.</w:t>
      </w:r>
    </w:p>
    <w:p>
      <w:pPr>
        <w:keepNext/>
        <w:keepLines/>
      </w:pPr>
      <w:r>
        <w:rPr>
          <w:b/>
          <w:color w:val="000000"/>
        </w:rPr>
        <w:t xml:space="preserve">4 puan: </w:t>
      </w:r>
      <w:r>
        <w:rPr>
          <w:b w:val="0"/>
          <w:color w:val="000000"/>
        </w:rPr>
        <w:t>Protein veya RNA parçalandığında dönüşüm sürerken DNA parçalandığında dönüşüm durmuştur; bu karşılaştırma DNA’nın gerekliliğini destekler.</w:t>
      </w:r>
    </w:p>
    <w:p>
      <w:pPr>
        <w:keepNext/>
        <w:keepLines/>
      </w:pPr>
      <w:r>
        <w:rPr>
          <w:b/>
          <w:color w:val="000000"/>
        </w:rPr>
        <w:t xml:space="preserve">b) 8 puan   </w:t>
      </w:r>
      <w:r>
        <w:rPr>
          <w:b w:val="0"/>
          <w:color w:val="000000"/>
        </w:rPr>
        <w:t>Griffith’in gözlemi ile bu enzim deneylerinin kalıtım maddesini belirlemeye katkısını ayırt ediniz.</w:t>
      </w:r>
    </w:p>
    <w:p>
      <w:pPr>
        <w:keepNext/>
        <w:keepLines/>
      </w:pPr>
      <w:r>
        <w:rPr>
          <w:b/>
          <w:color w:val="000000"/>
        </w:rPr>
        <w:t xml:space="preserve">4 puan: </w:t>
      </w:r>
      <w:r>
        <w:rPr>
          <w:b w:val="0"/>
          <w:color w:val="000000"/>
        </w:rPr>
        <w:t>Griffith, dönüşüm olayını ve aktarılabilen bir etkenin varlığını göstermiştir.</w:t>
      </w:r>
    </w:p>
    <w:p>
      <w:pPr>
        <w:keepNext/>
        <w:keepLines/>
      </w:pPr>
      <w:r>
        <w:rPr>
          <w:b/>
          <w:color w:val="000000"/>
        </w:rPr>
        <w:t xml:space="preserve">4 puan: </w:t>
      </w:r>
      <w:r>
        <w:rPr>
          <w:b w:val="0"/>
          <w:color w:val="000000"/>
        </w:rPr>
        <w:t>Griffith tek başına etkenin DNA olduğunu belirlememiştir; sonraki enzim deneyleri etkenin kimyasal kimliğinin DNA olarak belirlenmesine katkı sağlamıştır.</w:t>
      </w:r>
    </w:p>
    <w:p>
      <w:pPr>
        <w:keepNext/>
        <w:keepLines/>
      </w:pPr>
      <w:r>
        <w:rPr>
          <w:b/>
          <w:color w:val="000000"/>
        </w:rPr>
        <w:t xml:space="preserve">c) 4 puan   </w:t>
      </w:r>
      <w:r>
        <w:rPr>
          <w:b w:val="0"/>
          <w:color w:val="000000"/>
        </w:rPr>
        <w:t>Enzim eklenmeyen grubun araştırmadaki işlevini açıklayınız.</w:t>
      </w:r>
    </w:p>
    <w:p>
      <w:pPr>
        <w:keepNext/>
        <w:keepLines/>
      </w:pPr>
      <w:r>
        <w:rPr>
          <w:b/>
          <w:color w:val="000000"/>
        </w:rPr>
        <w:t xml:space="preserve">4 puan: </w:t>
      </w:r>
      <w:r>
        <w:rPr>
          <w:b w:val="0"/>
          <w:color w:val="000000"/>
        </w:rPr>
        <w:t>Kontrol grubudur; özütün normalde dönüşüm yapabildiğini gösterir ve enzim uygulamalarının sonuçlarını karşılaştırmaya olanak verir.</w:t>
      </w:r>
    </w:p>
    <w:p>
      <w:pPr>
        <w:keepLines/>
      </w:pPr>
      <w:r>
        <w:rPr>
          <w:b w:val="0"/>
          <w:color w:val="000000"/>
          <w:sz w:val="17"/>
        </w:rPr>
        <w:t>Dayanak: MEB OGM Materyal, Biyoloji 12, 1. ünite, s. 17-20.</w:t>
      </w:r>
    </w:p>
    <w:p>
      <w:pPr>
        <w:pStyle w:val="Heading2"/>
        <w:keepNext/>
        <w:keepLines/>
      </w:pPr>
      <w:r>
        <w:rPr>
          <w:b w:val="0"/>
          <w:color w:val="000000"/>
        </w:rPr>
        <w:t>Soru 2   DNA ve RNA’nın karşılaştırılması   20 puan</w:t>
      </w:r>
    </w:p>
    <w:p>
      <w:pPr>
        <w:keepNext/>
        <w:keepLines/>
      </w:pPr>
      <w:r>
        <w:rPr>
          <w:b w:val="0"/>
          <w:color w:val="000000"/>
          <w:sz w:val="17"/>
        </w:rPr>
        <w:t>Çıktı / kazanım: 12.1.1.2  |  Excel: 12. SINIF!E8</w:t>
      </w:r>
    </w:p>
    <w:p>
      <w:pPr>
        <w:keepNext/>
        <w:keepLines/>
      </w:pPr>
      <w:r>
        <w:rPr>
          <w:b/>
          <w:color w:val="000000"/>
        </w:rPr>
        <w:t xml:space="preserve">a) 8 puan   </w:t>
      </w:r>
      <w:r>
        <w:rPr>
          <w:b w:val="0"/>
          <w:color w:val="000000"/>
        </w:rPr>
        <w:t>X ve Y’yi adlandırınız; şeker ve baz bilgilerinin tanımlamaya nasıl yardımcı olduğunu belirtiniz.</w:t>
      </w:r>
    </w:p>
    <w:p>
      <w:pPr>
        <w:keepNext/>
        <w:keepLines/>
      </w:pPr>
      <w:r>
        <w:rPr>
          <w:b/>
          <w:color w:val="000000"/>
        </w:rPr>
        <w:t xml:space="preserve">4 puan: </w:t>
      </w:r>
      <w:r>
        <w:rPr>
          <w:b w:val="0"/>
          <w:color w:val="000000"/>
        </w:rPr>
        <w:t>X, DNA’dır; deoksiriboz ve timin içermesi bu tanımlamayı destekler.</w:t>
      </w:r>
    </w:p>
    <w:p>
      <w:pPr>
        <w:keepNext/>
        <w:keepLines/>
      </w:pPr>
      <w:r>
        <w:rPr>
          <w:b/>
          <w:color w:val="000000"/>
        </w:rPr>
        <w:t xml:space="preserve">4 puan: </w:t>
      </w:r>
      <w:r>
        <w:rPr>
          <w:b w:val="0"/>
          <w:color w:val="000000"/>
        </w:rPr>
        <w:t>Y, RNA’dır; riboz ve urasil içermesi bu tanımlamayı destekler.</w:t>
      </w:r>
    </w:p>
    <w:p>
      <w:pPr>
        <w:keepNext/>
        <w:keepLines/>
      </w:pPr>
      <w:r>
        <w:rPr>
          <w:b/>
          <w:color w:val="000000"/>
        </w:rPr>
        <w:t xml:space="preserve">b) 12 puan   </w:t>
      </w:r>
      <w:r>
        <w:rPr>
          <w:b w:val="0"/>
          <w:color w:val="000000"/>
        </w:rPr>
        <w:t>Hücresel DNA ve RNA’nın genel zincir yapılarını ve birer temel görevini karşılaştırınız.</w:t>
      </w:r>
    </w:p>
    <w:p>
      <w:pPr>
        <w:keepNext/>
        <w:keepLines/>
      </w:pPr>
      <w:r>
        <w:rPr>
          <w:b/>
          <w:color w:val="000000"/>
        </w:rPr>
        <w:t xml:space="preserve">4 puan: </w:t>
      </w:r>
      <w:r>
        <w:rPr>
          <w:b w:val="0"/>
          <w:color w:val="000000"/>
        </w:rPr>
        <w:t>Hücresel DNA genel olarak çift zincirlidir; RNA genellikle tek polinükleotit zinciridir. RNA’nın kendi üzerine katlanması ayrı bir zincir olduğu anlamına gelmez.</w:t>
      </w:r>
    </w:p>
    <w:p>
      <w:pPr>
        <w:keepNext/>
        <w:keepLines/>
      </w:pPr>
      <w:r>
        <w:rPr>
          <w:b/>
          <w:color w:val="000000"/>
        </w:rPr>
        <w:t xml:space="preserve">4 puan: </w:t>
      </w:r>
      <w:r>
        <w:rPr>
          <w:b w:val="0"/>
          <w:color w:val="000000"/>
        </w:rPr>
        <w:t>DNA, kalıtsal bilginin saklanması ve aktarılmasında görevlidir.</w:t>
      </w:r>
    </w:p>
    <w:p>
      <w:pPr>
        <w:keepNext/>
        <w:keepLines/>
      </w:pPr>
      <w:r>
        <w:rPr>
          <w:b/>
          <w:color w:val="000000"/>
        </w:rPr>
        <w:t xml:space="preserve">4 puan: </w:t>
      </w:r>
      <w:r>
        <w:rPr>
          <w:b w:val="0"/>
          <w:color w:val="000000"/>
        </w:rPr>
        <w:t>RNA türleri, genetik bilginin kullanılmasında ve protein sentezinde görev alır; uygun bir RNA işlevi kabul edilir.</w:t>
      </w:r>
    </w:p>
    <w:p>
      <w:pPr>
        <w:keepLines/>
      </w:pPr>
      <w:r>
        <w:rPr>
          <w:b w:val="0"/>
          <w:color w:val="000000"/>
          <w:sz w:val="17"/>
        </w:rPr>
        <w:t>Dayanak: MEB OGM Materyal, Biyoloji 12, 1. ünite, s. 21-29.</w:t>
      </w:r>
    </w:p>
    <w:p>
      <w:pPr>
        <w:pStyle w:val="Heading2"/>
        <w:keepNext/>
        <w:keepLines/>
      </w:pPr>
      <w:r>
        <w:rPr>
          <w:b w:val="0"/>
          <w:color w:val="000000"/>
        </w:rPr>
        <w:t>Soru 3   RNA türlerinin görevleri   15 puan</w:t>
      </w:r>
    </w:p>
    <w:p>
      <w:pPr>
        <w:keepNext/>
        <w:keepLines/>
      </w:pPr>
      <w:r>
        <w:rPr>
          <w:b w:val="0"/>
          <w:color w:val="000000"/>
          <w:sz w:val="17"/>
        </w:rPr>
        <w:t>Çıktı / kazanım: 12.1.1.2  |  Excel: 12. SINIF!E8</w:t>
      </w:r>
    </w:p>
    <w:p>
      <w:pPr>
        <w:keepNext/>
        <w:keepLines/>
      </w:pPr>
      <w:r>
        <w:rPr>
          <w:b/>
          <w:color w:val="000000"/>
        </w:rPr>
        <w:t xml:space="preserve">a) 12 puan   </w:t>
      </w:r>
      <w:r>
        <w:rPr>
          <w:b w:val="0"/>
          <w:color w:val="000000"/>
        </w:rPr>
        <w:t>K ve L’nin hangi RNA türleri olduğunu yazınız; görevleriyle ilişkilendiriniz.</w:t>
      </w:r>
    </w:p>
    <w:p>
      <w:pPr>
        <w:keepNext/>
        <w:keepLines/>
      </w:pPr>
      <w:r>
        <w:rPr>
          <w:b/>
          <w:color w:val="000000"/>
        </w:rPr>
        <w:t xml:space="preserve">6 puan: </w:t>
      </w:r>
      <w:r>
        <w:rPr>
          <w:b w:val="0"/>
          <w:color w:val="000000"/>
        </w:rPr>
        <w:t>K: mesajcı RNA / mRNA; genetik bilgiyi ribozoma taşır ve sentezde kalıp görevi görür.</w:t>
      </w:r>
    </w:p>
    <w:p>
      <w:pPr>
        <w:keepNext/>
        <w:keepLines/>
      </w:pPr>
      <w:r>
        <w:rPr>
          <w:b/>
          <w:color w:val="000000"/>
        </w:rPr>
        <w:t xml:space="preserve">6 puan: </w:t>
      </w:r>
      <w:r>
        <w:rPr>
          <w:b w:val="0"/>
          <w:color w:val="000000"/>
        </w:rPr>
        <w:t>L: taşıyıcı RNA / tRNA; uygun amino asidi ribozoma taşır.</w:t>
      </w:r>
    </w:p>
    <w:p>
      <w:pPr>
        <w:keepNext/>
        <w:keepLines/>
      </w:pPr>
      <w:r>
        <w:rPr>
          <w:b/>
          <w:color w:val="000000"/>
        </w:rPr>
        <w:t xml:space="preserve">b) 3 puan   </w:t>
      </w:r>
      <w:r>
        <w:rPr>
          <w:b w:val="0"/>
          <w:color w:val="000000"/>
        </w:rPr>
        <w:t>M’nin hangi RNA türü olduğunu yazınız.</w:t>
      </w:r>
    </w:p>
    <w:p>
      <w:pPr>
        <w:keepNext/>
        <w:keepLines/>
      </w:pPr>
      <w:r>
        <w:rPr>
          <w:b/>
          <w:color w:val="000000"/>
        </w:rPr>
        <w:t xml:space="preserve">3 puan: </w:t>
      </w:r>
      <w:r>
        <w:rPr>
          <w:b w:val="0"/>
          <w:color w:val="000000"/>
        </w:rPr>
        <w:t>Ribozomal RNA / rRNA.</w:t>
      </w:r>
    </w:p>
    <w:p>
      <w:pPr>
        <w:keepNext/>
        <w:keepLines/>
      </w:pPr>
      <w:r>
        <w:rPr>
          <w:b w:val="0"/>
          <w:color w:val="000000"/>
          <w:sz w:val="17"/>
        </w:rPr>
        <w:t>Dayanak: MEB OGM Materyal, Biyoloji 12, 1. ünite, s. 28-29.</w:t>
      </w:r>
    </w:p>
    <w:p>
      <w:pPr>
        <w:keepLines/>
      </w:pPr>
      <w:r>
        <w:rPr>
          <w:b w:val="0"/>
          <w:color w:val="000000"/>
          <w:sz w:val="17"/>
        </w:rPr>
        <w:t>Not: RNA türlerinin görevleri sorulur; kodon-antikodon çözümlemesi veya protein sentezinin aşamaları bu sınav kapsamında ölçülmez.</w:t>
      </w:r>
    </w:p>
    <w:p>
      <w:pPr>
        <w:pStyle w:val="Heading2"/>
        <w:keepNext/>
        <w:keepLines/>
      </w:pPr>
      <w:r>
        <w:rPr>
          <w:b w:val="0"/>
          <w:color w:val="000000"/>
        </w:rPr>
        <w:t>Soru 4   DNA’nın paketlenmesinin modellenmesi   15 puan</w:t>
      </w:r>
    </w:p>
    <w:p>
      <w:pPr>
        <w:keepNext/>
        <w:keepLines/>
      </w:pPr>
      <w:r>
        <w:rPr>
          <w:b w:val="0"/>
          <w:color w:val="000000"/>
          <w:sz w:val="17"/>
        </w:rPr>
        <w:t>Çıktı / kazanım: 12.1.1.3  |  Excel: 12. SINIF!E9</w:t>
      </w:r>
    </w:p>
    <w:p>
      <w:pPr>
        <w:keepNext/>
        <w:keepLines/>
      </w:pPr>
      <w:r>
        <w:rPr>
          <w:b/>
          <w:color w:val="000000"/>
        </w:rPr>
        <w:t xml:space="preserve">a) 9 puan   </w:t>
      </w:r>
      <w:r>
        <w:rPr>
          <w:b w:val="0"/>
          <w:color w:val="000000"/>
        </w:rPr>
        <w:t>Modelde uzun ip, makaralar ve yoğun biçimde paketlenen bütün hangi biyolojik yapıları temsil eder?</w:t>
      </w:r>
    </w:p>
    <w:p>
      <w:pPr>
        <w:keepNext/>
        <w:keepLines/>
      </w:pPr>
      <w:r>
        <w:rPr>
          <w:b/>
          <w:color w:val="000000"/>
        </w:rPr>
        <w:t xml:space="preserve">3 puan: </w:t>
      </w:r>
      <w:r>
        <w:rPr>
          <w:b w:val="0"/>
          <w:color w:val="000000"/>
        </w:rPr>
        <w:t>Uzun ip: DNA.</w:t>
      </w:r>
    </w:p>
    <w:p>
      <w:pPr>
        <w:keepNext/>
        <w:keepLines/>
      </w:pPr>
      <w:r>
        <w:rPr>
          <w:b/>
          <w:color w:val="000000"/>
        </w:rPr>
        <w:t xml:space="preserve">3 puan: </w:t>
      </w:r>
      <w:r>
        <w:rPr>
          <w:b w:val="0"/>
          <w:color w:val="000000"/>
        </w:rPr>
        <w:t>Makaralar: histon proteinleri.</w:t>
      </w:r>
    </w:p>
    <w:p>
      <w:pPr>
        <w:keepNext/>
        <w:keepLines/>
      </w:pPr>
      <w:r>
        <w:rPr>
          <w:b/>
          <w:color w:val="000000"/>
        </w:rPr>
        <w:t xml:space="preserve">3 puan: </w:t>
      </w:r>
      <w:r>
        <w:rPr>
          <w:b w:val="0"/>
          <w:color w:val="000000"/>
        </w:rPr>
        <w:t>Yoğun biçimde paketlenen bütün: kromatin yoğunlaşmasıyla oluşan kromozom yapısı.</w:t>
      </w:r>
    </w:p>
    <w:p>
      <w:pPr>
        <w:keepNext/>
        <w:keepLines/>
      </w:pPr>
      <w:r>
        <w:rPr>
          <w:b/>
          <w:color w:val="000000"/>
        </w:rPr>
        <w:t xml:space="preserve">b) 6 puan   </w:t>
      </w:r>
      <w:r>
        <w:rPr>
          <w:b w:val="0"/>
          <w:color w:val="000000"/>
        </w:rPr>
        <w:t>DNA’nın paketlenmesiyle nükleotit dizisinin zorunlu olarak değişip değişmediğini ve paketlenmenin bir yararını açıklayınız.</w:t>
      </w:r>
    </w:p>
    <w:p>
      <w:pPr>
        <w:keepNext/>
        <w:keepLines/>
      </w:pPr>
      <w:r>
        <w:rPr>
          <w:b/>
          <w:color w:val="000000"/>
        </w:rPr>
        <w:t xml:space="preserve">3 puan: </w:t>
      </w:r>
      <w:r>
        <w:rPr>
          <w:b w:val="0"/>
          <w:color w:val="000000"/>
        </w:rPr>
        <w:t>Paketlenme, düzenlenme/yoğunlaşma olayıdır; tek başına nükleotit dizisinin değişmesi anlamına gelmez.</w:t>
      </w:r>
    </w:p>
    <w:p>
      <w:pPr>
        <w:keepNext/>
        <w:keepLines/>
      </w:pPr>
      <w:r>
        <w:rPr>
          <w:b/>
          <w:color w:val="000000"/>
        </w:rPr>
        <w:t xml:space="preserve">3 puan: </w:t>
      </w:r>
      <w:r>
        <w:rPr>
          <w:b w:val="0"/>
          <w:color w:val="000000"/>
        </w:rPr>
        <w:t>Uzun DNA’nın çekirdeğe sığacak biçimde düzenlenmesine veya bölünme sırasında düzenli taşınmasına katkı sağlar.</w:t>
      </w:r>
    </w:p>
    <w:p>
      <w:pPr>
        <w:keepLines/>
      </w:pPr>
      <w:r>
        <w:rPr>
          <w:b w:val="0"/>
          <w:color w:val="000000"/>
          <w:sz w:val="17"/>
        </w:rPr>
        <w:t>Dayanak: MEB OGM Materyal, Biyoloji 12, 1. ünite, s. 29-30; genetik materyal modeli.</w:t>
      </w:r>
    </w:p>
    <w:p>
      <w:pPr>
        <w:pStyle w:val="Heading2"/>
        <w:keepNext/>
        <w:keepLines/>
      </w:pPr>
      <w:r>
        <w:rPr>
          <w:b w:val="0"/>
          <w:color w:val="000000"/>
        </w:rPr>
        <w:t>Soru 5   Eşlenmede enzimlerin görev paylaşımı   15 puan</w:t>
      </w:r>
    </w:p>
    <w:p>
      <w:pPr>
        <w:keepNext/>
        <w:keepLines/>
      </w:pPr>
      <w:r>
        <w:rPr>
          <w:b w:val="0"/>
          <w:color w:val="000000"/>
          <w:sz w:val="17"/>
        </w:rPr>
        <w:t>Çıktı / kazanım: 12.1.1.4  |  Excel: 12. SINIF!E10</w:t>
      </w:r>
    </w:p>
    <w:p>
      <w:pPr>
        <w:keepNext/>
        <w:keepLines/>
      </w:pPr>
      <w:r>
        <w:rPr>
          <w:b/>
          <w:color w:val="000000"/>
        </w:rPr>
        <w:t xml:space="preserve">a) 9 puan   </w:t>
      </w:r>
      <w:r>
        <w:rPr>
          <w:b w:val="0"/>
          <w:color w:val="000000"/>
        </w:rPr>
        <w:t>X, Y ve Z enzimlerini adlandırınız.</w:t>
      </w:r>
    </w:p>
    <w:p>
      <w:pPr>
        <w:keepNext/>
        <w:keepLines/>
      </w:pPr>
      <w:r>
        <w:rPr>
          <w:b/>
          <w:color w:val="000000"/>
        </w:rPr>
        <w:t xml:space="preserve">3 puan: </w:t>
      </w:r>
      <w:r>
        <w:rPr>
          <w:b w:val="0"/>
          <w:color w:val="000000"/>
        </w:rPr>
        <w:t>X: helikaz.</w:t>
      </w:r>
    </w:p>
    <w:p>
      <w:pPr>
        <w:keepNext/>
        <w:keepLines/>
      </w:pPr>
      <w:r>
        <w:rPr>
          <w:b/>
          <w:color w:val="000000"/>
        </w:rPr>
        <w:t xml:space="preserve">3 puan: </w:t>
      </w:r>
      <w:r>
        <w:rPr>
          <w:b w:val="0"/>
          <w:color w:val="000000"/>
        </w:rPr>
        <w:t>Y: DNA polimeraz.</w:t>
      </w:r>
    </w:p>
    <w:p>
      <w:pPr>
        <w:keepNext/>
        <w:keepLines/>
      </w:pPr>
      <w:r>
        <w:rPr>
          <w:b/>
          <w:color w:val="000000"/>
        </w:rPr>
        <w:t xml:space="preserve">3 puan: </w:t>
      </w:r>
      <w:r>
        <w:rPr>
          <w:b w:val="0"/>
          <w:color w:val="000000"/>
        </w:rPr>
        <w:t>Z: DNA ligaz.</w:t>
      </w:r>
    </w:p>
    <w:p>
      <w:pPr>
        <w:keepNext/>
        <w:keepLines/>
      </w:pPr>
      <w:r>
        <w:rPr>
          <w:b/>
          <w:color w:val="000000"/>
        </w:rPr>
        <w:t xml:space="preserve">b) 6 puan   </w:t>
      </w:r>
      <w:r>
        <w:rPr>
          <w:b w:val="0"/>
          <w:color w:val="000000"/>
        </w:rPr>
        <w:t>Y çalışmazsa ve Z çalışmazsa eşlenmede ayrı ayrı hangi sorunların oluşacağını açıklayınız.</w:t>
      </w:r>
    </w:p>
    <w:p>
      <w:pPr>
        <w:keepNext/>
        <w:keepLines/>
      </w:pPr>
      <w:r>
        <w:rPr>
          <w:b/>
          <w:color w:val="000000"/>
        </w:rPr>
        <w:t xml:space="preserve">3 puan: </w:t>
      </w:r>
      <w:r>
        <w:rPr>
          <w:b w:val="0"/>
          <w:color w:val="000000"/>
        </w:rPr>
        <w:t>Y çalışmazsa yeni DNA zincirinin nükleotit eklenerek uzatılması gerçekleşemez.</w:t>
      </w:r>
    </w:p>
    <w:p>
      <w:pPr>
        <w:keepNext/>
        <w:keepLines/>
      </w:pPr>
      <w:r>
        <w:rPr>
          <w:b/>
          <w:color w:val="000000"/>
        </w:rPr>
        <w:t xml:space="preserve">3 puan: </w:t>
      </w:r>
      <w:r>
        <w:rPr>
          <w:b w:val="0"/>
          <w:color w:val="000000"/>
        </w:rPr>
        <w:t>Z çalışmazsa özellikle kesintili sentezlenen parçalar arasındaki kesikler kapatılamaz; zincirin bütünlüğü sağlanamaz. Ligazın karşılıklı bazları hidrojen bağıyla birleştirdiği ifadesi kabul edilmez.</w:t>
      </w:r>
    </w:p>
    <w:p>
      <w:pPr>
        <w:keepLines/>
      </w:pPr>
      <w:r>
        <w:rPr>
          <w:b w:val="0"/>
          <w:color w:val="000000"/>
          <w:sz w:val="17"/>
        </w:rPr>
        <w:t>Dayanak: MEB OGM Materyal, Biyoloji 12, 1. ünite, s. 32-34; eşlenme enzimleri.</w:t>
      </w:r>
    </w:p>
    <w:p>
      <w:pPr>
        <w:pStyle w:val="Heading2"/>
        <w:keepNext/>
        <w:keepLines/>
      </w:pPr>
      <w:r>
        <w:rPr>
          <w:b w:val="0"/>
          <w:color w:val="000000"/>
        </w:rPr>
        <w:t>Soru 6   Yarı korunumlu eşlenme   15 puan</w:t>
      </w:r>
    </w:p>
    <w:p>
      <w:pPr>
        <w:keepNext/>
        <w:keepLines/>
      </w:pPr>
      <w:r>
        <w:rPr>
          <w:b w:val="0"/>
          <w:color w:val="000000"/>
          <w:sz w:val="17"/>
        </w:rPr>
        <w:t>Çıktı / kazanım: 12.1.1.4  |  Excel: 12. SINIF!E10</w:t>
      </w:r>
    </w:p>
    <w:p>
      <w:pPr>
        <w:keepNext/>
        <w:keepLines/>
      </w:pPr>
      <w:r>
        <w:rPr>
          <w:b/>
          <w:color w:val="000000"/>
        </w:rPr>
        <w:t xml:space="preserve">a) 3 puan   </w:t>
      </w:r>
      <w:r>
        <w:rPr>
          <w:b w:val="0"/>
          <w:color w:val="000000"/>
        </w:rPr>
        <w:t>Birinci eşlenme sonunda oluşan DNA’ların zincir bileşimini ve oranını yazınız.</w:t>
      </w:r>
    </w:p>
    <w:p>
      <w:pPr>
        <w:keepNext/>
        <w:keepLines/>
      </w:pPr>
      <w:r>
        <w:rPr>
          <w:b/>
          <w:color w:val="000000"/>
        </w:rPr>
        <w:t xml:space="preserve">3 puan: </w:t>
      </w:r>
      <w:r>
        <w:rPr>
          <w:b w:val="0"/>
          <w:color w:val="000000"/>
        </w:rPr>
        <w:t>DNA’ların tamamı H/L olur; %100 melezdir.</w:t>
      </w:r>
    </w:p>
    <w:p>
      <w:pPr>
        <w:keepNext/>
        <w:keepLines/>
      </w:pPr>
      <w:r>
        <w:rPr>
          <w:b/>
          <w:color w:val="000000"/>
        </w:rPr>
        <w:t xml:space="preserve">b) 6 puan   </w:t>
      </w:r>
      <w:r>
        <w:rPr>
          <w:b w:val="0"/>
          <w:color w:val="000000"/>
        </w:rPr>
        <w:t>İkinci eşlenme sonunda oluşan DNA’ların bileşimlerini ve oranlarını yazınız.</w:t>
      </w:r>
    </w:p>
    <w:p>
      <w:pPr>
        <w:keepNext/>
        <w:keepLines/>
      </w:pPr>
      <w:r>
        <w:rPr>
          <w:b/>
          <w:color w:val="000000"/>
        </w:rPr>
        <w:t xml:space="preserve">3 puan: </w:t>
      </w:r>
      <w:r>
        <w:rPr>
          <w:b w:val="0"/>
          <w:color w:val="000000"/>
        </w:rPr>
        <w:t>%50 H/L.</w:t>
      </w:r>
    </w:p>
    <w:p>
      <w:pPr>
        <w:keepNext/>
        <w:keepLines/>
      </w:pPr>
      <w:r>
        <w:rPr>
          <w:b/>
          <w:color w:val="000000"/>
        </w:rPr>
        <w:t xml:space="preserve">3 puan: </w:t>
      </w:r>
      <w:r>
        <w:rPr>
          <w:b w:val="0"/>
          <w:color w:val="000000"/>
        </w:rPr>
        <w:t>%50 L/L; H/H DNA kalmaz.</w:t>
      </w:r>
    </w:p>
    <w:p>
      <w:pPr>
        <w:keepNext/>
        <w:keepLines/>
      </w:pPr>
      <w:r>
        <w:rPr>
          <w:b/>
          <w:color w:val="000000"/>
        </w:rPr>
        <w:t xml:space="preserve">c) 6 puan   </w:t>
      </w:r>
      <w:r>
        <w:rPr>
          <w:b w:val="0"/>
          <w:color w:val="000000"/>
        </w:rPr>
        <w:t>Sonuçların yarı korunumlu eşlenmeyle ilişkisini açıklayınız.</w:t>
      </w:r>
    </w:p>
    <w:p>
      <w:pPr>
        <w:keepNext/>
        <w:keepLines/>
      </w:pPr>
      <w:r>
        <w:rPr>
          <w:b/>
          <w:color w:val="000000"/>
        </w:rPr>
        <w:t xml:space="preserve">3 puan: </w:t>
      </w:r>
      <w:r>
        <w:rPr>
          <w:b w:val="0"/>
          <w:color w:val="000000"/>
        </w:rPr>
        <w:t>Her yeni DNA molekülünde bir kalıp zincir ve ona tamamlayıcı olarak sentezlenen bir yeni zincir bulunur.</w:t>
      </w:r>
    </w:p>
    <w:p>
      <w:pPr>
        <w:keepNext/>
        <w:keepLines/>
      </w:pPr>
      <w:r>
        <w:rPr>
          <w:b/>
          <w:color w:val="000000"/>
        </w:rPr>
        <w:t xml:space="preserve">3 puan: </w:t>
      </w:r>
      <w:r>
        <w:rPr>
          <w:b w:val="0"/>
          <w:color w:val="000000"/>
        </w:rPr>
        <w:t>Başlangıçtaki iki ağır zincir korunur; yeni zincirlerin hafif azotla yapılması nedeniyle toplam DNA çoğaldıkça ağır zincir taşıyan DNA oranı azalır.</w:t>
      </w:r>
    </w:p>
    <w:p>
      <w:pPr>
        <w:keepLines/>
      </w:pPr>
      <w:r>
        <w:rPr>
          <w:b w:val="0"/>
          <w:color w:val="000000"/>
          <w:sz w:val="17"/>
        </w:rPr>
        <w:t>Dayanak: MEB OGM Materyal, Biyoloji 12, 1. ünite, s. 31-32; Meselson-Stahl deneyi.</w:t>
      </w:r>
    </w:p>
    <w:p>
      <w:r>
        <w:br w:type="page"/>
      </w:r>
    </w:p>
    <w:p>
      <w:pPr>
        <w:pStyle w:val="Heading1"/>
      </w:pPr>
      <w:r>
        <w:rPr>
          <w:b w:val="0"/>
          <w:color w:val="000000"/>
        </w:rPr>
        <w:t>Senaryo 3 Cevap Anahtarı</w:t>
      </w:r>
    </w:p>
    <w:p>
      <w:r>
        <w:rPr>
          <w:b w:val="0"/>
          <w:color w:val="000000"/>
        </w:rPr>
        <w:t>5 ana soru  |  Toplam 100 puan</w:t>
      </w:r>
    </w:p>
    <w:p>
      <w:pPr>
        <w:pStyle w:val="Heading2"/>
        <w:keepNext/>
        <w:keepLines/>
      </w:pPr>
      <w:r>
        <w:rPr>
          <w:b w:val="0"/>
          <w:color w:val="000000"/>
        </w:rPr>
        <w:t>Soru 1   RNA türlerinin görevleri   20 puan</w:t>
      </w:r>
    </w:p>
    <w:p>
      <w:pPr>
        <w:keepNext/>
        <w:keepLines/>
      </w:pPr>
      <w:r>
        <w:rPr>
          <w:b w:val="0"/>
          <w:color w:val="000000"/>
          <w:sz w:val="17"/>
        </w:rPr>
        <w:t>Çıktı / kazanım: 12.1.1.2  |  Excel: 12. SINIF!F8</w:t>
      </w:r>
    </w:p>
    <w:p>
      <w:pPr>
        <w:keepNext/>
        <w:keepLines/>
      </w:pPr>
      <w:r>
        <w:rPr>
          <w:b/>
          <w:color w:val="000000"/>
        </w:rPr>
        <w:t xml:space="preserve">a) 16 puan   </w:t>
      </w:r>
      <w:r>
        <w:rPr>
          <w:b w:val="0"/>
          <w:color w:val="000000"/>
        </w:rPr>
        <w:t>K ve L’nin hangi RNA türleri olduğunu yazınız; görevleriyle ilişkilendiriniz.</w:t>
      </w:r>
    </w:p>
    <w:p>
      <w:pPr>
        <w:keepNext/>
        <w:keepLines/>
      </w:pPr>
      <w:r>
        <w:rPr>
          <w:b/>
          <w:color w:val="000000"/>
        </w:rPr>
        <w:t xml:space="preserve">8 puan: </w:t>
      </w:r>
      <w:r>
        <w:rPr>
          <w:b w:val="0"/>
          <w:color w:val="000000"/>
        </w:rPr>
        <w:t>K: mesajcı RNA / mRNA; genetik bilgiyi ribozoma taşır ve sentezde kalıp görevi görür.</w:t>
      </w:r>
    </w:p>
    <w:p>
      <w:pPr>
        <w:keepNext/>
        <w:keepLines/>
      </w:pPr>
      <w:r>
        <w:rPr>
          <w:b/>
          <w:color w:val="000000"/>
        </w:rPr>
        <w:t xml:space="preserve">8 puan: </w:t>
      </w:r>
      <w:r>
        <w:rPr>
          <w:b w:val="0"/>
          <w:color w:val="000000"/>
        </w:rPr>
        <w:t>L: taşıyıcı RNA / tRNA; uygun amino asidi ribozoma taşır.</w:t>
      </w:r>
    </w:p>
    <w:p>
      <w:pPr>
        <w:keepNext/>
        <w:keepLines/>
      </w:pPr>
      <w:r>
        <w:rPr>
          <w:b/>
          <w:color w:val="000000"/>
        </w:rPr>
        <w:t xml:space="preserve">b) 4 puan   </w:t>
      </w:r>
      <w:r>
        <w:rPr>
          <w:b w:val="0"/>
          <w:color w:val="000000"/>
        </w:rPr>
        <w:t>M’nin hangi RNA türü olduğunu yazınız.</w:t>
      </w:r>
    </w:p>
    <w:p>
      <w:pPr>
        <w:keepNext/>
        <w:keepLines/>
      </w:pPr>
      <w:r>
        <w:rPr>
          <w:b/>
          <w:color w:val="000000"/>
        </w:rPr>
        <w:t xml:space="preserve">4 puan: </w:t>
      </w:r>
      <w:r>
        <w:rPr>
          <w:b w:val="0"/>
          <w:color w:val="000000"/>
        </w:rPr>
        <w:t>Ribozomal RNA / rRNA.</w:t>
      </w:r>
    </w:p>
    <w:p>
      <w:pPr>
        <w:keepNext/>
        <w:keepLines/>
      </w:pPr>
      <w:r>
        <w:rPr>
          <w:b w:val="0"/>
          <w:color w:val="000000"/>
          <w:sz w:val="17"/>
        </w:rPr>
        <w:t>Dayanak: MEB OGM Materyal, Biyoloji 12, 1. ünite, s. 28-29.</w:t>
      </w:r>
    </w:p>
    <w:p>
      <w:pPr>
        <w:keepLines/>
      </w:pPr>
      <w:r>
        <w:rPr>
          <w:b w:val="0"/>
          <w:color w:val="000000"/>
          <w:sz w:val="17"/>
        </w:rPr>
        <w:t>Not: RNA türlerinin görevleri sorulur; kodon-antikodon çözümlemesi veya protein sentezinin aşamaları bu sınav kapsamında ölçülmez.</w:t>
      </w:r>
    </w:p>
    <w:p>
      <w:pPr>
        <w:pStyle w:val="Heading2"/>
        <w:keepNext/>
        <w:keepLines/>
      </w:pPr>
      <w:r>
        <w:rPr>
          <w:b w:val="0"/>
          <w:color w:val="000000"/>
        </w:rPr>
        <w:t>Soru 2   DNA’da baz eşleşmesi ve bağ sayısı   20 puan</w:t>
      </w:r>
    </w:p>
    <w:p>
      <w:pPr>
        <w:keepNext/>
        <w:keepLines/>
      </w:pPr>
      <w:r>
        <w:rPr>
          <w:b w:val="0"/>
          <w:color w:val="000000"/>
          <w:sz w:val="17"/>
        </w:rPr>
        <w:t>Çıktı / kazanım: 12.1.1.2  |  Excel: 12. SINIF!F8</w:t>
      </w:r>
    </w:p>
    <w:p>
      <w:pPr>
        <w:keepNext/>
        <w:keepLines/>
      </w:pPr>
      <w:r>
        <w:rPr>
          <w:b/>
          <w:color w:val="000000"/>
        </w:rPr>
        <w:t xml:space="preserve">a) 8 puan   </w:t>
      </w:r>
      <w:r>
        <w:rPr>
          <w:b w:val="0"/>
          <w:color w:val="000000"/>
        </w:rPr>
        <w:t>Timin, guanin ve sitozin nükleotitlerinin toplam sayılarını işlemlerinizle bulunuz.</w:t>
      </w:r>
    </w:p>
    <w:p>
      <w:pPr>
        <w:keepNext/>
        <w:keepLines/>
      </w:pPr>
      <w:r>
        <w:rPr>
          <w:b/>
          <w:color w:val="000000"/>
        </w:rPr>
        <w:t xml:space="preserve">4 puan: </w:t>
      </w:r>
      <w:r>
        <w:rPr>
          <w:b w:val="0"/>
          <w:color w:val="000000"/>
        </w:rPr>
        <w:t>A = T olduğundan T = 200.</w:t>
      </w:r>
    </w:p>
    <w:p>
      <w:pPr>
        <w:keepNext/>
        <w:keepLines/>
      </w:pPr>
      <w:r>
        <w:rPr>
          <w:b/>
          <w:color w:val="000000"/>
        </w:rPr>
        <w:t xml:space="preserve">4 puan: </w:t>
      </w:r>
      <w:r>
        <w:rPr>
          <w:b w:val="0"/>
          <w:color w:val="000000"/>
        </w:rPr>
        <w:t>G + C = 1000 - 400 = 600 ve G = C olduğundan G = 300, C = 300.</w:t>
      </w:r>
    </w:p>
    <w:p>
      <w:pPr>
        <w:keepNext/>
        <w:keepLines/>
      </w:pPr>
      <w:r>
        <w:rPr>
          <w:b/>
          <w:color w:val="000000"/>
        </w:rPr>
        <w:t xml:space="preserve">b) 8 puan   </w:t>
      </w:r>
      <w:r>
        <w:rPr>
          <w:b w:val="0"/>
          <w:color w:val="000000"/>
        </w:rPr>
        <w:t>İki zinciri bir arada tutan toplam hidrojen bağı sayısını hesaplayınız.</w:t>
      </w:r>
    </w:p>
    <w:p>
      <w:pPr>
        <w:keepNext/>
        <w:keepLines/>
      </w:pPr>
      <w:r>
        <w:rPr>
          <w:b/>
          <w:color w:val="000000"/>
        </w:rPr>
        <w:t xml:space="preserve">4 puan: </w:t>
      </w:r>
      <w:r>
        <w:rPr>
          <w:b w:val="0"/>
          <w:color w:val="000000"/>
        </w:rPr>
        <w:t>200 A-T çifti için 200 × 2 = 400 hidrojen bağı.</w:t>
      </w:r>
    </w:p>
    <w:p>
      <w:pPr>
        <w:keepNext/>
        <w:keepLines/>
      </w:pPr>
      <w:r>
        <w:rPr>
          <w:b/>
          <w:color w:val="000000"/>
        </w:rPr>
        <w:t xml:space="preserve">4 puan: </w:t>
      </w:r>
      <w:r>
        <w:rPr>
          <w:b w:val="0"/>
          <w:color w:val="000000"/>
        </w:rPr>
        <w:t>300 G-C çifti için 300 × 3 = 900; toplam 1300 hidrojen bağı.</w:t>
      </w:r>
    </w:p>
    <w:p>
      <w:pPr>
        <w:keepNext/>
        <w:keepLines/>
      </w:pPr>
      <w:r>
        <w:rPr>
          <w:b/>
          <w:color w:val="000000"/>
        </w:rPr>
        <w:t xml:space="preserve">c) 4 puan   </w:t>
      </w:r>
      <w:r>
        <w:rPr>
          <w:b w:val="0"/>
          <w:color w:val="000000"/>
        </w:rPr>
        <w:t>Aynı zincirde art arda gelen nükleotitleri birbirine bağlayan bağın adını yazınız.</w:t>
      </w:r>
    </w:p>
    <w:p>
      <w:pPr>
        <w:keepNext/>
        <w:keepLines/>
      </w:pPr>
      <w:r>
        <w:rPr>
          <w:b/>
          <w:color w:val="000000"/>
        </w:rPr>
        <w:t xml:space="preserve">4 puan: </w:t>
      </w:r>
      <w:r>
        <w:rPr>
          <w:b w:val="0"/>
          <w:color w:val="000000"/>
        </w:rPr>
        <w:t>Fosfodiester bağı.</w:t>
      </w:r>
    </w:p>
    <w:p>
      <w:pPr>
        <w:keepNext/>
        <w:keepLines/>
      </w:pPr>
      <w:r>
        <w:rPr>
          <w:b w:val="0"/>
          <w:color w:val="000000"/>
          <w:sz w:val="17"/>
        </w:rPr>
        <w:t>Dayanak: MEB OGM Materyal, Biyoloji 12, 1. ünite, s. 22-25.</w:t>
      </w:r>
    </w:p>
    <w:p>
      <w:pPr>
        <w:keepLines/>
      </w:pPr>
      <w:r>
        <w:rPr>
          <w:b w:val="0"/>
          <w:color w:val="000000"/>
          <w:sz w:val="17"/>
        </w:rPr>
        <w:t>Not: Verilen 1000 sayısı baz çifti değil, iki zincirdeki toplam nükleotit sayısıdır.</w:t>
      </w:r>
    </w:p>
    <w:p>
      <w:pPr>
        <w:pStyle w:val="Heading2"/>
        <w:keepNext/>
        <w:keepLines/>
      </w:pPr>
      <w:r>
        <w:rPr>
          <w:b w:val="0"/>
          <w:color w:val="000000"/>
        </w:rPr>
        <w:t>Soru 3   DNA ve RNA’nın karşılaştırılması   20 puan</w:t>
      </w:r>
    </w:p>
    <w:p>
      <w:pPr>
        <w:keepNext/>
        <w:keepLines/>
      </w:pPr>
      <w:r>
        <w:rPr>
          <w:b w:val="0"/>
          <w:color w:val="000000"/>
          <w:sz w:val="17"/>
        </w:rPr>
        <w:t>Çıktı / kazanım: 12.1.1.2  |  Excel: 12. SINIF!F8</w:t>
      </w:r>
    </w:p>
    <w:p>
      <w:pPr>
        <w:keepNext/>
        <w:keepLines/>
      </w:pPr>
      <w:r>
        <w:rPr>
          <w:b/>
          <w:color w:val="000000"/>
        </w:rPr>
        <w:t xml:space="preserve">a) 8 puan   </w:t>
      </w:r>
      <w:r>
        <w:rPr>
          <w:b w:val="0"/>
          <w:color w:val="000000"/>
        </w:rPr>
        <w:t>X ve Y’yi adlandırınız; şeker ve baz bilgilerinin tanımlamaya nasıl yardımcı olduğunu belirtiniz.</w:t>
      </w:r>
    </w:p>
    <w:p>
      <w:pPr>
        <w:keepNext/>
        <w:keepLines/>
      </w:pPr>
      <w:r>
        <w:rPr>
          <w:b/>
          <w:color w:val="000000"/>
        </w:rPr>
        <w:t xml:space="preserve">4 puan: </w:t>
      </w:r>
      <w:r>
        <w:rPr>
          <w:b w:val="0"/>
          <w:color w:val="000000"/>
        </w:rPr>
        <w:t>X, DNA’dır; deoksiriboz ve timin içermesi bu tanımlamayı destekler.</w:t>
      </w:r>
    </w:p>
    <w:p>
      <w:pPr>
        <w:keepNext/>
        <w:keepLines/>
      </w:pPr>
      <w:r>
        <w:rPr>
          <w:b/>
          <w:color w:val="000000"/>
        </w:rPr>
        <w:t xml:space="preserve">4 puan: </w:t>
      </w:r>
      <w:r>
        <w:rPr>
          <w:b w:val="0"/>
          <w:color w:val="000000"/>
        </w:rPr>
        <w:t>Y, RNA’dır; riboz ve urasil içermesi bu tanımlamayı destekler.</w:t>
      </w:r>
    </w:p>
    <w:p>
      <w:pPr>
        <w:keepNext/>
        <w:keepLines/>
      </w:pPr>
      <w:r>
        <w:rPr>
          <w:b/>
          <w:color w:val="000000"/>
        </w:rPr>
        <w:t xml:space="preserve">b) 12 puan   </w:t>
      </w:r>
      <w:r>
        <w:rPr>
          <w:b w:val="0"/>
          <w:color w:val="000000"/>
        </w:rPr>
        <w:t>Hücresel DNA ve RNA’nın genel zincir yapılarını ve birer temel görevini karşılaştırınız.</w:t>
      </w:r>
    </w:p>
    <w:p>
      <w:pPr>
        <w:keepNext/>
        <w:keepLines/>
      </w:pPr>
      <w:r>
        <w:rPr>
          <w:b/>
          <w:color w:val="000000"/>
        </w:rPr>
        <w:t xml:space="preserve">4 puan: </w:t>
      </w:r>
      <w:r>
        <w:rPr>
          <w:b w:val="0"/>
          <w:color w:val="000000"/>
        </w:rPr>
        <w:t>Hücresel DNA genel olarak çift zincirlidir; RNA genellikle tek polinükleotit zinciridir. RNA’nın kendi üzerine katlanması ayrı bir zincir olduğu anlamına gelmez.</w:t>
      </w:r>
    </w:p>
    <w:p>
      <w:pPr>
        <w:keepNext/>
        <w:keepLines/>
      </w:pPr>
      <w:r>
        <w:rPr>
          <w:b/>
          <w:color w:val="000000"/>
        </w:rPr>
        <w:t xml:space="preserve">4 puan: </w:t>
      </w:r>
      <w:r>
        <w:rPr>
          <w:b w:val="0"/>
          <w:color w:val="000000"/>
        </w:rPr>
        <w:t>DNA, kalıtsal bilginin saklanması ve aktarılmasında görevlidir.</w:t>
      </w:r>
    </w:p>
    <w:p>
      <w:pPr>
        <w:keepNext/>
        <w:keepLines/>
      </w:pPr>
      <w:r>
        <w:rPr>
          <w:b/>
          <w:color w:val="000000"/>
        </w:rPr>
        <w:t xml:space="preserve">4 puan: </w:t>
      </w:r>
      <w:r>
        <w:rPr>
          <w:b w:val="0"/>
          <w:color w:val="000000"/>
        </w:rPr>
        <w:t>RNA türleri, genetik bilginin kullanılmasında ve protein sentezinde görev alır; uygun bir RNA işlevi kabul edilir.</w:t>
      </w:r>
    </w:p>
    <w:p>
      <w:pPr>
        <w:keepLines/>
      </w:pPr>
      <w:r>
        <w:rPr>
          <w:b w:val="0"/>
          <w:color w:val="000000"/>
          <w:sz w:val="17"/>
        </w:rPr>
        <w:t>Dayanak: MEB OGM Materyal, Biyoloji 12, 1. ünite, s. 21-29.</w:t>
      </w:r>
    </w:p>
    <w:p>
      <w:pPr>
        <w:pStyle w:val="Heading2"/>
        <w:keepNext/>
        <w:keepLines/>
      </w:pPr>
      <w:r>
        <w:rPr>
          <w:b w:val="0"/>
          <w:color w:val="000000"/>
        </w:rPr>
        <w:t>Soru 4   Genetik materyalde parça-bütün ilişkisi   20 puan</w:t>
      </w:r>
    </w:p>
    <w:p>
      <w:pPr>
        <w:keepNext/>
        <w:keepLines/>
      </w:pPr>
      <w:r>
        <w:rPr>
          <w:b w:val="0"/>
          <w:color w:val="000000"/>
          <w:sz w:val="17"/>
        </w:rPr>
        <w:t>Çıktı / kazanım: 12.1.1.3  |  Excel: 12. SINIF!F9</w:t>
      </w:r>
    </w:p>
    <w:p>
      <w:pPr>
        <w:keepNext/>
        <w:keepLines/>
      </w:pPr>
      <w:r>
        <w:rPr>
          <w:b/>
          <w:color w:val="000000"/>
        </w:rPr>
        <w:t xml:space="preserve">a) 12 puan   </w:t>
      </w:r>
      <w:r>
        <w:rPr>
          <w:b w:val="0"/>
          <w:color w:val="000000"/>
        </w:rPr>
        <w:t>Nükleotit, gen ve DNA arasındaki parça-bütün ilişkisini kurarak ilk ifadeyi düzeltiniz.</w:t>
      </w:r>
    </w:p>
    <w:p>
      <w:pPr>
        <w:keepNext/>
        <w:keepLines/>
      </w:pPr>
      <w:r>
        <w:rPr>
          <w:b/>
          <w:color w:val="000000"/>
        </w:rPr>
        <w:t xml:space="preserve">4 puan: </w:t>
      </w:r>
      <w:r>
        <w:rPr>
          <w:b w:val="0"/>
          <w:color w:val="000000"/>
        </w:rPr>
        <w:t>Nükleotitler DNA’nın yapı birimleridir.</w:t>
      </w:r>
    </w:p>
    <w:p>
      <w:pPr>
        <w:keepNext/>
        <w:keepLines/>
      </w:pPr>
      <w:r>
        <w:rPr>
          <w:b/>
          <w:color w:val="000000"/>
        </w:rPr>
        <w:t xml:space="preserve">4 puan: </w:t>
      </w:r>
      <w:r>
        <w:rPr>
          <w:b w:val="0"/>
          <w:color w:val="000000"/>
        </w:rPr>
        <w:t>Gen, DNA üzerindeki işlevsel bilgi taşıyan belirli bir bölgedir.</w:t>
      </w:r>
    </w:p>
    <w:p>
      <w:pPr>
        <w:keepNext/>
        <w:keepLines/>
      </w:pPr>
      <w:r>
        <w:rPr>
          <w:b/>
          <w:color w:val="000000"/>
        </w:rPr>
        <w:t xml:space="preserve">4 puan: </w:t>
      </w:r>
      <w:r>
        <w:rPr>
          <w:b w:val="0"/>
          <w:color w:val="000000"/>
        </w:rPr>
        <w:t>Bir DNA molekülü çok sayıda gen bölgesi içerebilir; gen, çok sayıda DNA molekülünün birleşmesiyle oluşmaz.</w:t>
      </w:r>
    </w:p>
    <w:p>
      <w:pPr>
        <w:keepNext/>
        <w:keepLines/>
      </w:pPr>
      <w:r>
        <w:rPr>
          <w:b/>
          <w:color w:val="000000"/>
        </w:rPr>
        <w:t xml:space="preserve">b) 8 puan   </w:t>
      </w:r>
      <w:r>
        <w:rPr>
          <w:b w:val="0"/>
          <w:color w:val="000000"/>
        </w:rPr>
        <w:t>Ökaryot bir hücrenin çekirdeğindeki kromozomun yapısını açıklayarak ikinci ifadeyi düzeltiniz.</w:t>
      </w:r>
    </w:p>
    <w:p>
      <w:pPr>
        <w:keepNext/>
        <w:keepLines/>
      </w:pPr>
      <w:r>
        <w:rPr>
          <w:b/>
          <w:color w:val="000000"/>
        </w:rPr>
        <w:t xml:space="preserve">4 puan: </w:t>
      </w:r>
      <w:r>
        <w:rPr>
          <w:b w:val="0"/>
          <w:color w:val="000000"/>
        </w:rPr>
        <w:t>Kromozom DNA içerir; yalnızca proteinden oluşmaz.</w:t>
      </w:r>
    </w:p>
    <w:p>
      <w:pPr>
        <w:keepNext/>
        <w:keepLines/>
      </w:pPr>
      <w:r>
        <w:rPr>
          <w:b/>
          <w:color w:val="000000"/>
        </w:rPr>
        <w:t xml:space="preserve">4 puan: </w:t>
      </w:r>
      <w:r>
        <w:rPr>
          <w:b w:val="0"/>
          <w:color w:val="000000"/>
        </w:rPr>
        <w:t>DNA, histonlar başta olmak üzere proteinlerle düzenlenip paketlenerek kromatin/kromozom organizasyonuna katılır.</w:t>
      </w:r>
    </w:p>
    <w:p>
      <w:pPr>
        <w:keepLines/>
      </w:pPr>
      <w:r>
        <w:rPr>
          <w:b w:val="0"/>
          <w:color w:val="000000"/>
          <w:sz w:val="17"/>
        </w:rPr>
        <w:t>Dayanak: MEB OGM Materyal, Biyoloji 12, 1. ünite, s. 29-30.</w:t>
      </w:r>
    </w:p>
    <w:p>
      <w:pPr>
        <w:pStyle w:val="Heading2"/>
        <w:keepNext/>
        <w:keepLines/>
      </w:pPr>
      <w:r>
        <w:rPr>
          <w:b w:val="0"/>
          <w:color w:val="000000"/>
        </w:rPr>
        <w:t>Soru 5   Yarı korunumlu eşlenme   20 puan</w:t>
      </w:r>
    </w:p>
    <w:p>
      <w:pPr>
        <w:keepNext/>
        <w:keepLines/>
      </w:pPr>
      <w:r>
        <w:rPr>
          <w:b w:val="0"/>
          <w:color w:val="000000"/>
          <w:sz w:val="17"/>
        </w:rPr>
        <w:t>Çıktı / kazanım: 12.1.1.4  |  Excel: 12. SINIF!F10</w:t>
      </w:r>
    </w:p>
    <w:p>
      <w:pPr>
        <w:keepNext/>
        <w:keepLines/>
      </w:pPr>
      <w:r>
        <w:rPr>
          <w:b/>
          <w:color w:val="000000"/>
        </w:rPr>
        <w:t xml:space="preserve">a) 4 puan   </w:t>
      </w:r>
      <w:r>
        <w:rPr>
          <w:b w:val="0"/>
          <w:color w:val="000000"/>
        </w:rPr>
        <w:t>Birinci eşlenme sonunda oluşan DNA’ların zincir bileşimini ve oranını yazınız.</w:t>
      </w:r>
    </w:p>
    <w:p>
      <w:pPr>
        <w:keepNext/>
        <w:keepLines/>
      </w:pPr>
      <w:r>
        <w:rPr>
          <w:b/>
          <w:color w:val="000000"/>
        </w:rPr>
        <w:t xml:space="preserve">4 puan: </w:t>
      </w:r>
      <w:r>
        <w:rPr>
          <w:b w:val="0"/>
          <w:color w:val="000000"/>
        </w:rPr>
        <w:t>DNA’ların tamamı H/L olur; %100 melezdir.</w:t>
      </w:r>
    </w:p>
    <w:p>
      <w:pPr>
        <w:keepNext/>
        <w:keepLines/>
      </w:pPr>
      <w:r>
        <w:rPr>
          <w:b/>
          <w:color w:val="000000"/>
        </w:rPr>
        <w:t xml:space="preserve">b) 8 puan   </w:t>
      </w:r>
      <w:r>
        <w:rPr>
          <w:b w:val="0"/>
          <w:color w:val="000000"/>
        </w:rPr>
        <w:t>İkinci eşlenme sonunda oluşan DNA’ların bileşimlerini ve oranlarını yazınız.</w:t>
      </w:r>
    </w:p>
    <w:p>
      <w:pPr>
        <w:keepNext/>
        <w:keepLines/>
      </w:pPr>
      <w:r>
        <w:rPr>
          <w:b/>
          <w:color w:val="000000"/>
        </w:rPr>
        <w:t xml:space="preserve">4 puan: </w:t>
      </w:r>
      <w:r>
        <w:rPr>
          <w:b w:val="0"/>
          <w:color w:val="000000"/>
        </w:rPr>
        <w:t>%50 H/L.</w:t>
      </w:r>
    </w:p>
    <w:p>
      <w:pPr>
        <w:keepNext/>
        <w:keepLines/>
      </w:pPr>
      <w:r>
        <w:rPr>
          <w:b/>
          <w:color w:val="000000"/>
        </w:rPr>
        <w:t xml:space="preserve">4 puan: </w:t>
      </w:r>
      <w:r>
        <w:rPr>
          <w:b w:val="0"/>
          <w:color w:val="000000"/>
        </w:rPr>
        <w:t>%50 L/L; H/H DNA kalmaz.</w:t>
      </w:r>
    </w:p>
    <w:p>
      <w:pPr>
        <w:keepNext/>
        <w:keepLines/>
      </w:pPr>
      <w:r>
        <w:rPr>
          <w:b/>
          <w:color w:val="000000"/>
        </w:rPr>
        <w:t xml:space="preserve">c) 8 puan   </w:t>
      </w:r>
      <w:r>
        <w:rPr>
          <w:b w:val="0"/>
          <w:color w:val="000000"/>
        </w:rPr>
        <w:t>Sonuçların yarı korunumlu eşlenmeyle ilişkisini açıklayınız.</w:t>
      </w:r>
    </w:p>
    <w:p>
      <w:pPr>
        <w:keepNext/>
        <w:keepLines/>
      </w:pPr>
      <w:r>
        <w:rPr>
          <w:b/>
          <w:color w:val="000000"/>
        </w:rPr>
        <w:t xml:space="preserve">4 puan: </w:t>
      </w:r>
      <w:r>
        <w:rPr>
          <w:b w:val="0"/>
          <w:color w:val="000000"/>
        </w:rPr>
        <w:t>Her yeni DNA molekülünde bir kalıp zincir ve ona tamamlayıcı olarak sentezlenen bir yeni zincir bulunur.</w:t>
      </w:r>
    </w:p>
    <w:p>
      <w:pPr>
        <w:keepNext/>
        <w:keepLines/>
      </w:pPr>
      <w:r>
        <w:rPr>
          <w:b/>
          <w:color w:val="000000"/>
        </w:rPr>
        <w:t xml:space="preserve">4 puan: </w:t>
      </w:r>
      <w:r>
        <w:rPr>
          <w:b w:val="0"/>
          <w:color w:val="000000"/>
        </w:rPr>
        <w:t>Başlangıçtaki iki ağır zincir korunur; yeni zincirlerin hafif azotla yapılması nedeniyle toplam DNA çoğaldıkça ağır zincir taşıyan DNA oranı azalır.</w:t>
      </w:r>
    </w:p>
    <w:p>
      <w:pPr>
        <w:keepLines/>
      </w:pPr>
      <w:r>
        <w:rPr>
          <w:b w:val="0"/>
          <w:color w:val="000000"/>
          <w:sz w:val="17"/>
        </w:rPr>
        <w:t>Dayanak: MEB OGM Materyal, Biyoloji 12, 1. ünite, s. 31-32; Meselson-Stahl deneyi.</w:t>
      </w:r>
    </w:p>
    <w:p>
      <w:r>
        <w:br w:type="page"/>
      </w:r>
    </w:p>
    <w:p>
      <w:pPr>
        <w:pStyle w:val="Heading1"/>
      </w:pPr>
      <w:r>
        <w:rPr>
          <w:b w:val="0"/>
          <w:color w:val="000000"/>
        </w:rPr>
        <w:t>Senaryo 4 Cevap Anahtarı</w:t>
      </w:r>
    </w:p>
    <w:p>
      <w:r>
        <w:rPr>
          <w:b w:val="0"/>
          <w:color w:val="000000"/>
        </w:rPr>
        <w:t>7 ana soru  |  Toplam 100 puan</w:t>
      </w:r>
    </w:p>
    <w:p>
      <w:pPr>
        <w:pStyle w:val="Heading2"/>
        <w:keepNext/>
        <w:keepLines/>
      </w:pPr>
      <w:r>
        <w:rPr>
          <w:b w:val="0"/>
          <w:color w:val="000000"/>
        </w:rPr>
        <w:t>Soru 1   Dönüştürücü maddenin belirlenmesi   15 puan</w:t>
      </w:r>
    </w:p>
    <w:p>
      <w:pPr>
        <w:keepNext/>
        <w:keepLines/>
      </w:pPr>
      <w:r>
        <w:rPr>
          <w:b w:val="0"/>
          <w:color w:val="000000"/>
          <w:sz w:val="17"/>
        </w:rPr>
        <w:t>Çıktı / kazanım: 12.1.1.1  |  Excel: 12. SINIF!G7</w:t>
      </w:r>
    </w:p>
    <w:p>
      <w:pPr>
        <w:keepNext/>
        <w:keepLines/>
      </w:pPr>
      <w:r>
        <w:rPr>
          <w:b/>
          <w:color w:val="000000"/>
        </w:rPr>
        <w:t xml:space="preserve">a) 6 puan   </w:t>
      </w:r>
      <w:r>
        <w:rPr>
          <w:b w:val="0"/>
          <w:color w:val="000000"/>
        </w:rPr>
        <w:t>Tabloya göre dönüşümden sorumlu molekülü yazınız ve hangi karşılaştırmanın bu sonucu desteklediğini açıklayınız.</w:t>
      </w:r>
    </w:p>
    <w:p>
      <w:pPr>
        <w:keepNext/>
        <w:keepLines/>
      </w:pPr>
      <w:r>
        <w:rPr>
          <w:b/>
          <w:color w:val="000000"/>
        </w:rPr>
        <w:t xml:space="preserve">3 puan: </w:t>
      </w:r>
      <w:r>
        <w:rPr>
          <w:b w:val="0"/>
          <w:color w:val="000000"/>
        </w:rPr>
        <w:t>DNA.</w:t>
      </w:r>
    </w:p>
    <w:p>
      <w:pPr>
        <w:keepNext/>
        <w:keepLines/>
      </w:pPr>
      <w:r>
        <w:rPr>
          <w:b/>
          <w:color w:val="000000"/>
        </w:rPr>
        <w:t xml:space="preserve">3 puan: </w:t>
      </w:r>
      <w:r>
        <w:rPr>
          <w:b w:val="0"/>
          <w:color w:val="000000"/>
        </w:rPr>
        <w:t>Protein veya RNA parçalandığında dönüşüm sürerken DNA parçalandığında dönüşüm durmuştur; bu karşılaştırma DNA’nın gerekliliğini destekler.</w:t>
      </w:r>
    </w:p>
    <w:p>
      <w:pPr>
        <w:keepNext/>
        <w:keepLines/>
      </w:pPr>
      <w:r>
        <w:rPr>
          <w:b/>
          <w:color w:val="000000"/>
        </w:rPr>
        <w:t xml:space="preserve">b) 6 puan   </w:t>
      </w:r>
      <w:r>
        <w:rPr>
          <w:b w:val="0"/>
          <w:color w:val="000000"/>
        </w:rPr>
        <w:t>Griffith’in gözlemi ile bu enzim deneylerinin kalıtım maddesini belirlemeye katkısını ayırt ediniz.</w:t>
      </w:r>
    </w:p>
    <w:p>
      <w:pPr>
        <w:keepNext/>
        <w:keepLines/>
      </w:pPr>
      <w:r>
        <w:rPr>
          <w:b/>
          <w:color w:val="000000"/>
        </w:rPr>
        <w:t xml:space="preserve">3 puan: </w:t>
      </w:r>
      <w:r>
        <w:rPr>
          <w:b w:val="0"/>
          <w:color w:val="000000"/>
        </w:rPr>
        <w:t>Griffith, dönüşüm olayını ve aktarılabilen bir etkenin varlığını göstermiştir.</w:t>
      </w:r>
    </w:p>
    <w:p>
      <w:pPr>
        <w:keepNext/>
        <w:keepLines/>
      </w:pPr>
      <w:r>
        <w:rPr>
          <w:b/>
          <w:color w:val="000000"/>
        </w:rPr>
        <w:t xml:space="preserve">3 puan: </w:t>
      </w:r>
      <w:r>
        <w:rPr>
          <w:b w:val="0"/>
          <w:color w:val="000000"/>
        </w:rPr>
        <w:t>Griffith tek başına etkenin DNA olduğunu belirlememiştir; sonraki enzim deneyleri etkenin kimyasal kimliğinin DNA olarak belirlenmesine katkı sağlamıştır.</w:t>
      </w:r>
    </w:p>
    <w:p>
      <w:pPr>
        <w:keepNext/>
        <w:keepLines/>
      </w:pPr>
      <w:r>
        <w:rPr>
          <w:b/>
          <w:color w:val="000000"/>
        </w:rPr>
        <w:t xml:space="preserve">c) 3 puan   </w:t>
      </w:r>
      <w:r>
        <w:rPr>
          <w:b w:val="0"/>
          <w:color w:val="000000"/>
        </w:rPr>
        <w:t>Enzim eklenmeyen grubun araştırmadaki işlevini açıklayınız.</w:t>
      </w:r>
    </w:p>
    <w:p>
      <w:pPr>
        <w:keepNext/>
        <w:keepLines/>
      </w:pPr>
      <w:r>
        <w:rPr>
          <w:b/>
          <w:color w:val="000000"/>
        </w:rPr>
        <w:t xml:space="preserve">3 puan: </w:t>
      </w:r>
      <w:r>
        <w:rPr>
          <w:b w:val="0"/>
          <w:color w:val="000000"/>
        </w:rPr>
        <w:t>Kontrol grubudur; özütün normalde dönüşüm yapabildiğini gösterir ve enzim uygulamalarının sonuçlarını karşılaştırmaya olanak verir.</w:t>
      </w:r>
    </w:p>
    <w:p>
      <w:pPr>
        <w:keepLines/>
      </w:pPr>
      <w:r>
        <w:rPr>
          <w:b w:val="0"/>
          <w:color w:val="000000"/>
          <w:sz w:val="17"/>
        </w:rPr>
        <w:t>Dayanak: MEB OGM Materyal, Biyoloji 12, 1. ünite, s. 17-20.</w:t>
      </w:r>
    </w:p>
    <w:p>
      <w:pPr>
        <w:pStyle w:val="Heading2"/>
        <w:keepNext/>
        <w:keepLines/>
      </w:pPr>
      <w:r>
        <w:rPr>
          <w:b w:val="0"/>
          <w:color w:val="000000"/>
        </w:rPr>
        <w:t>Soru 2   DNA’da baz eşleşmesi ve bağ sayısı   15 puan</w:t>
      </w:r>
    </w:p>
    <w:p>
      <w:pPr>
        <w:keepNext/>
        <w:keepLines/>
      </w:pPr>
      <w:r>
        <w:rPr>
          <w:b w:val="0"/>
          <w:color w:val="000000"/>
          <w:sz w:val="17"/>
        </w:rPr>
        <w:t>Çıktı / kazanım: 12.1.1.2  |  Excel: 12. SINIF!G8</w:t>
      </w:r>
    </w:p>
    <w:p>
      <w:pPr>
        <w:keepNext/>
        <w:keepLines/>
      </w:pPr>
      <w:r>
        <w:rPr>
          <w:b/>
          <w:color w:val="000000"/>
        </w:rPr>
        <w:t xml:space="preserve">a) 6 puan   </w:t>
      </w:r>
      <w:r>
        <w:rPr>
          <w:b w:val="0"/>
          <w:color w:val="000000"/>
        </w:rPr>
        <w:t>Timin, guanin ve sitozin nükleotitlerinin toplam sayılarını işlemlerinizle bulunuz.</w:t>
      </w:r>
    </w:p>
    <w:p>
      <w:pPr>
        <w:keepNext/>
        <w:keepLines/>
      </w:pPr>
      <w:r>
        <w:rPr>
          <w:b/>
          <w:color w:val="000000"/>
        </w:rPr>
        <w:t xml:space="preserve">3 puan: </w:t>
      </w:r>
      <w:r>
        <w:rPr>
          <w:b w:val="0"/>
          <w:color w:val="000000"/>
        </w:rPr>
        <w:t>A = T olduğundan T = 200.</w:t>
      </w:r>
    </w:p>
    <w:p>
      <w:pPr>
        <w:keepNext/>
        <w:keepLines/>
      </w:pPr>
      <w:r>
        <w:rPr>
          <w:b/>
          <w:color w:val="000000"/>
        </w:rPr>
        <w:t xml:space="preserve">3 puan: </w:t>
      </w:r>
      <w:r>
        <w:rPr>
          <w:b w:val="0"/>
          <w:color w:val="000000"/>
        </w:rPr>
        <w:t>G + C = 1000 - 400 = 600 ve G = C olduğundan G = 300, C = 300.</w:t>
      </w:r>
    </w:p>
    <w:p>
      <w:pPr>
        <w:keepNext/>
        <w:keepLines/>
      </w:pPr>
      <w:r>
        <w:rPr>
          <w:b/>
          <w:color w:val="000000"/>
        </w:rPr>
        <w:t xml:space="preserve">b) 6 puan   </w:t>
      </w:r>
      <w:r>
        <w:rPr>
          <w:b w:val="0"/>
          <w:color w:val="000000"/>
        </w:rPr>
        <w:t>İki zinciri bir arada tutan toplam hidrojen bağı sayısını hesaplayınız.</w:t>
      </w:r>
    </w:p>
    <w:p>
      <w:pPr>
        <w:keepNext/>
        <w:keepLines/>
      </w:pPr>
      <w:r>
        <w:rPr>
          <w:b/>
          <w:color w:val="000000"/>
        </w:rPr>
        <w:t xml:space="preserve">3 puan: </w:t>
      </w:r>
      <w:r>
        <w:rPr>
          <w:b w:val="0"/>
          <w:color w:val="000000"/>
        </w:rPr>
        <w:t>200 A-T çifti için 200 × 2 = 400 hidrojen bağı.</w:t>
      </w:r>
    </w:p>
    <w:p>
      <w:pPr>
        <w:keepNext/>
        <w:keepLines/>
      </w:pPr>
      <w:r>
        <w:rPr>
          <w:b/>
          <w:color w:val="000000"/>
        </w:rPr>
        <w:t xml:space="preserve">3 puan: </w:t>
      </w:r>
      <w:r>
        <w:rPr>
          <w:b w:val="0"/>
          <w:color w:val="000000"/>
        </w:rPr>
        <w:t>300 G-C çifti için 300 × 3 = 900; toplam 1300 hidrojen bağı.</w:t>
      </w:r>
    </w:p>
    <w:p>
      <w:pPr>
        <w:keepNext/>
        <w:keepLines/>
      </w:pPr>
      <w:r>
        <w:rPr>
          <w:b/>
          <w:color w:val="000000"/>
        </w:rPr>
        <w:t xml:space="preserve">c) 3 puan   </w:t>
      </w:r>
      <w:r>
        <w:rPr>
          <w:b w:val="0"/>
          <w:color w:val="000000"/>
        </w:rPr>
        <w:t>Aynı zincirde art arda gelen nükleotitleri birbirine bağlayan bağın adını yazınız.</w:t>
      </w:r>
    </w:p>
    <w:p>
      <w:pPr>
        <w:keepNext/>
        <w:keepLines/>
      </w:pPr>
      <w:r>
        <w:rPr>
          <w:b/>
          <w:color w:val="000000"/>
        </w:rPr>
        <w:t xml:space="preserve">3 puan: </w:t>
      </w:r>
      <w:r>
        <w:rPr>
          <w:b w:val="0"/>
          <w:color w:val="000000"/>
        </w:rPr>
        <w:t>Fosfodiester bağı.</w:t>
      </w:r>
    </w:p>
    <w:p>
      <w:pPr>
        <w:keepNext/>
        <w:keepLines/>
      </w:pPr>
      <w:r>
        <w:rPr>
          <w:b w:val="0"/>
          <w:color w:val="000000"/>
          <w:sz w:val="17"/>
        </w:rPr>
        <w:t>Dayanak: MEB OGM Materyal, Biyoloji 12, 1. ünite, s. 22-25.</w:t>
      </w:r>
    </w:p>
    <w:p>
      <w:pPr>
        <w:keepLines/>
      </w:pPr>
      <w:r>
        <w:rPr>
          <w:b w:val="0"/>
          <w:color w:val="000000"/>
          <w:sz w:val="17"/>
        </w:rPr>
        <w:t>Not: Verilen 1000 sayısı baz çifti değil, iki zincirdeki toplam nükleotit sayısıdır.</w:t>
      </w:r>
    </w:p>
    <w:p>
      <w:pPr>
        <w:pStyle w:val="Heading2"/>
        <w:keepNext/>
        <w:keepLines/>
      </w:pPr>
      <w:r>
        <w:rPr>
          <w:b w:val="0"/>
          <w:color w:val="000000"/>
        </w:rPr>
        <w:t>Soru 3   DNA ve RNA’nın karşılaştırılması   15 puan</w:t>
      </w:r>
    </w:p>
    <w:p>
      <w:pPr>
        <w:keepNext/>
        <w:keepLines/>
      </w:pPr>
      <w:r>
        <w:rPr>
          <w:b w:val="0"/>
          <w:color w:val="000000"/>
          <w:sz w:val="17"/>
        </w:rPr>
        <w:t>Çıktı / kazanım: 12.1.1.2  |  Excel: 12. SINIF!G8</w:t>
      </w:r>
    </w:p>
    <w:p>
      <w:pPr>
        <w:keepNext/>
        <w:keepLines/>
      </w:pPr>
      <w:r>
        <w:rPr>
          <w:b/>
          <w:color w:val="000000"/>
        </w:rPr>
        <w:t xml:space="preserve">a) 6 puan   </w:t>
      </w:r>
      <w:r>
        <w:rPr>
          <w:b w:val="0"/>
          <w:color w:val="000000"/>
        </w:rPr>
        <w:t>X ve Y’yi adlandırınız; şeker ve baz bilgilerinin tanımlamaya nasıl yardımcı olduğunu belirtiniz.</w:t>
      </w:r>
    </w:p>
    <w:p>
      <w:pPr>
        <w:keepNext/>
        <w:keepLines/>
      </w:pPr>
      <w:r>
        <w:rPr>
          <w:b/>
          <w:color w:val="000000"/>
        </w:rPr>
        <w:t xml:space="preserve">3 puan: </w:t>
      </w:r>
      <w:r>
        <w:rPr>
          <w:b w:val="0"/>
          <w:color w:val="000000"/>
        </w:rPr>
        <w:t>X, DNA’dır; deoksiriboz ve timin içermesi bu tanımlamayı destekler.</w:t>
      </w:r>
    </w:p>
    <w:p>
      <w:pPr>
        <w:keepNext/>
        <w:keepLines/>
      </w:pPr>
      <w:r>
        <w:rPr>
          <w:b/>
          <w:color w:val="000000"/>
        </w:rPr>
        <w:t xml:space="preserve">3 puan: </w:t>
      </w:r>
      <w:r>
        <w:rPr>
          <w:b w:val="0"/>
          <w:color w:val="000000"/>
        </w:rPr>
        <w:t>Y, RNA’dır; riboz ve urasil içermesi bu tanımlamayı destekler.</w:t>
      </w:r>
    </w:p>
    <w:p>
      <w:pPr>
        <w:keepNext/>
        <w:keepLines/>
      </w:pPr>
      <w:r>
        <w:rPr>
          <w:b/>
          <w:color w:val="000000"/>
        </w:rPr>
        <w:t xml:space="preserve">b) 9 puan   </w:t>
      </w:r>
      <w:r>
        <w:rPr>
          <w:b w:val="0"/>
          <w:color w:val="000000"/>
        </w:rPr>
        <w:t>Hücresel DNA ve RNA’nın genel zincir yapılarını ve birer temel görevini karşılaştırınız.</w:t>
      </w:r>
    </w:p>
    <w:p>
      <w:pPr>
        <w:keepNext/>
        <w:keepLines/>
      </w:pPr>
      <w:r>
        <w:rPr>
          <w:b/>
          <w:color w:val="000000"/>
        </w:rPr>
        <w:t xml:space="preserve">3 puan: </w:t>
      </w:r>
      <w:r>
        <w:rPr>
          <w:b w:val="0"/>
          <w:color w:val="000000"/>
        </w:rPr>
        <w:t>Hücresel DNA genel olarak çift zincirlidir; RNA genellikle tek polinükleotit zinciridir. RNA’nın kendi üzerine katlanması ayrı bir zincir olduğu anlamına gelmez.</w:t>
      </w:r>
    </w:p>
    <w:p>
      <w:pPr>
        <w:keepNext/>
        <w:keepLines/>
      </w:pPr>
      <w:r>
        <w:rPr>
          <w:b/>
          <w:color w:val="000000"/>
        </w:rPr>
        <w:t xml:space="preserve">3 puan: </w:t>
      </w:r>
      <w:r>
        <w:rPr>
          <w:b w:val="0"/>
          <w:color w:val="000000"/>
        </w:rPr>
        <w:t>DNA, kalıtsal bilginin saklanması ve aktarılmasında görevlidir.</w:t>
      </w:r>
    </w:p>
    <w:p>
      <w:pPr>
        <w:keepNext/>
        <w:keepLines/>
      </w:pPr>
      <w:r>
        <w:rPr>
          <w:b/>
          <w:color w:val="000000"/>
        </w:rPr>
        <w:t xml:space="preserve">3 puan: </w:t>
      </w:r>
      <w:r>
        <w:rPr>
          <w:b w:val="0"/>
          <w:color w:val="000000"/>
        </w:rPr>
        <w:t>RNA türleri, genetik bilginin kullanılmasında ve protein sentezinde görev alır; uygun bir RNA işlevi kabul edilir.</w:t>
      </w:r>
    </w:p>
    <w:p>
      <w:pPr>
        <w:keepLines/>
      </w:pPr>
      <w:r>
        <w:rPr>
          <w:b w:val="0"/>
          <w:color w:val="000000"/>
          <w:sz w:val="17"/>
        </w:rPr>
        <w:t>Dayanak: MEB OGM Materyal, Biyoloji 12, 1. ünite, s. 21-29.</w:t>
      </w:r>
    </w:p>
    <w:p>
      <w:pPr>
        <w:pStyle w:val="Heading2"/>
        <w:keepNext/>
        <w:keepLines/>
      </w:pPr>
      <w:r>
        <w:rPr>
          <w:b w:val="0"/>
          <w:color w:val="000000"/>
        </w:rPr>
        <w:t>Soru 4   RNA türlerinin görevleri   15 puan</w:t>
      </w:r>
    </w:p>
    <w:p>
      <w:pPr>
        <w:keepNext/>
        <w:keepLines/>
      </w:pPr>
      <w:r>
        <w:rPr>
          <w:b w:val="0"/>
          <w:color w:val="000000"/>
          <w:sz w:val="17"/>
        </w:rPr>
        <w:t>Çıktı / kazanım: 12.1.1.2  |  Excel: 12. SINIF!G8</w:t>
      </w:r>
    </w:p>
    <w:p>
      <w:pPr>
        <w:keepNext/>
        <w:keepLines/>
      </w:pPr>
      <w:r>
        <w:rPr>
          <w:b/>
          <w:color w:val="000000"/>
        </w:rPr>
        <w:t xml:space="preserve">a) 12 puan   </w:t>
      </w:r>
      <w:r>
        <w:rPr>
          <w:b w:val="0"/>
          <w:color w:val="000000"/>
        </w:rPr>
        <w:t>K ve L’nin hangi RNA türleri olduğunu yazınız; görevleriyle ilişkilendiriniz.</w:t>
      </w:r>
    </w:p>
    <w:p>
      <w:pPr>
        <w:keepNext/>
        <w:keepLines/>
      </w:pPr>
      <w:r>
        <w:rPr>
          <w:b/>
          <w:color w:val="000000"/>
        </w:rPr>
        <w:t xml:space="preserve">6 puan: </w:t>
      </w:r>
      <w:r>
        <w:rPr>
          <w:b w:val="0"/>
          <w:color w:val="000000"/>
        </w:rPr>
        <w:t>K: mesajcı RNA / mRNA; genetik bilgiyi ribozoma taşır ve sentezde kalıp görevi görür.</w:t>
      </w:r>
    </w:p>
    <w:p>
      <w:pPr>
        <w:keepNext/>
        <w:keepLines/>
      </w:pPr>
      <w:r>
        <w:rPr>
          <w:b/>
          <w:color w:val="000000"/>
        </w:rPr>
        <w:t xml:space="preserve">6 puan: </w:t>
      </w:r>
      <w:r>
        <w:rPr>
          <w:b w:val="0"/>
          <w:color w:val="000000"/>
        </w:rPr>
        <w:t>L: taşıyıcı RNA / tRNA; uygun amino asidi ribozoma taşır.</w:t>
      </w:r>
    </w:p>
    <w:p>
      <w:pPr>
        <w:keepNext/>
        <w:keepLines/>
      </w:pPr>
      <w:r>
        <w:rPr>
          <w:b/>
          <w:color w:val="000000"/>
        </w:rPr>
        <w:t xml:space="preserve">b) 3 puan   </w:t>
      </w:r>
      <w:r>
        <w:rPr>
          <w:b w:val="0"/>
          <w:color w:val="000000"/>
        </w:rPr>
        <w:t>M’nin hangi RNA türü olduğunu yazınız.</w:t>
      </w:r>
    </w:p>
    <w:p>
      <w:pPr>
        <w:keepNext/>
        <w:keepLines/>
      </w:pPr>
      <w:r>
        <w:rPr>
          <w:b/>
          <w:color w:val="000000"/>
        </w:rPr>
        <w:t xml:space="preserve">3 puan: </w:t>
      </w:r>
      <w:r>
        <w:rPr>
          <w:b w:val="0"/>
          <w:color w:val="000000"/>
        </w:rPr>
        <w:t>Ribozomal RNA / rRNA.</w:t>
      </w:r>
    </w:p>
    <w:p>
      <w:pPr>
        <w:keepNext/>
        <w:keepLines/>
      </w:pPr>
      <w:r>
        <w:rPr>
          <w:b w:val="0"/>
          <w:color w:val="000000"/>
          <w:sz w:val="17"/>
        </w:rPr>
        <w:t>Dayanak: MEB OGM Materyal, Biyoloji 12, 1. ünite, s. 28-29.</w:t>
      </w:r>
    </w:p>
    <w:p>
      <w:pPr>
        <w:keepLines/>
      </w:pPr>
      <w:r>
        <w:rPr>
          <w:b w:val="0"/>
          <w:color w:val="000000"/>
          <w:sz w:val="17"/>
        </w:rPr>
        <w:t>Not: RNA türlerinin görevleri sorulur; kodon-antikodon çözümlemesi veya protein sentezinin aşamaları bu sınav kapsamında ölçülmez.</w:t>
      </w:r>
    </w:p>
    <w:p>
      <w:pPr>
        <w:pStyle w:val="Heading2"/>
        <w:keepNext/>
        <w:keepLines/>
      </w:pPr>
      <w:r>
        <w:rPr>
          <w:b w:val="0"/>
          <w:color w:val="000000"/>
        </w:rPr>
        <w:t>Soru 5   DNA’nın paketlenmesinin modellenmesi   15 puan</w:t>
      </w:r>
    </w:p>
    <w:p>
      <w:pPr>
        <w:keepNext/>
        <w:keepLines/>
      </w:pPr>
      <w:r>
        <w:rPr>
          <w:b w:val="0"/>
          <w:color w:val="000000"/>
          <w:sz w:val="17"/>
        </w:rPr>
        <w:t>Çıktı / kazanım: 12.1.1.3  |  Excel: 12. SINIF!G9</w:t>
      </w:r>
    </w:p>
    <w:p>
      <w:pPr>
        <w:keepNext/>
        <w:keepLines/>
      </w:pPr>
      <w:r>
        <w:rPr>
          <w:b/>
          <w:color w:val="000000"/>
        </w:rPr>
        <w:t xml:space="preserve">a) 9 puan   </w:t>
      </w:r>
      <w:r>
        <w:rPr>
          <w:b w:val="0"/>
          <w:color w:val="000000"/>
        </w:rPr>
        <w:t>Modelde uzun ip, makaralar ve yoğun biçimde paketlenen bütün hangi biyolojik yapıları temsil eder?</w:t>
      </w:r>
    </w:p>
    <w:p>
      <w:pPr>
        <w:keepNext/>
        <w:keepLines/>
      </w:pPr>
      <w:r>
        <w:rPr>
          <w:b/>
          <w:color w:val="000000"/>
        </w:rPr>
        <w:t xml:space="preserve">3 puan: </w:t>
      </w:r>
      <w:r>
        <w:rPr>
          <w:b w:val="0"/>
          <w:color w:val="000000"/>
        </w:rPr>
        <w:t>Uzun ip: DNA.</w:t>
      </w:r>
    </w:p>
    <w:p>
      <w:pPr>
        <w:keepNext/>
        <w:keepLines/>
      </w:pPr>
      <w:r>
        <w:rPr>
          <w:b/>
          <w:color w:val="000000"/>
        </w:rPr>
        <w:t xml:space="preserve">3 puan: </w:t>
      </w:r>
      <w:r>
        <w:rPr>
          <w:b w:val="0"/>
          <w:color w:val="000000"/>
        </w:rPr>
        <w:t>Makaralar: histon proteinleri.</w:t>
      </w:r>
    </w:p>
    <w:p>
      <w:pPr>
        <w:keepNext/>
        <w:keepLines/>
      </w:pPr>
      <w:r>
        <w:rPr>
          <w:b/>
          <w:color w:val="000000"/>
        </w:rPr>
        <w:t xml:space="preserve">3 puan: </w:t>
      </w:r>
      <w:r>
        <w:rPr>
          <w:b w:val="0"/>
          <w:color w:val="000000"/>
        </w:rPr>
        <w:t>Yoğun biçimde paketlenen bütün: kromatin yoğunlaşmasıyla oluşan kromozom yapısı.</w:t>
      </w:r>
    </w:p>
    <w:p>
      <w:pPr>
        <w:keepNext/>
        <w:keepLines/>
      </w:pPr>
      <w:r>
        <w:rPr>
          <w:b/>
          <w:color w:val="000000"/>
        </w:rPr>
        <w:t xml:space="preserve">b) 6 puan   </w:t>
      </w:r>
      <w:r>
        <w:rPr>
          <w:b w:val="0"/>
          <w:color w:val="000000"/>
        </w:rPr>
        <w:t>DNA’nın paketlenmesiyle nükleotit dizisinin zorunlu olarak değişip değişmediğini ve paketlenmenin bir yararını açıklayınız.</w:t>
      </w:r>
    </w:p>
    <w:p>
      <w:pPr>
        <w:keepNext/>
        <w:keepLines/>
      </w:pPr>
      <w:r>
        <w:rPr>
          <w:b/>
          <w:color w:val="000000"/>
        </w:rPr>
        <w:t xml:space="preserve">3 puan: </w:t>
      </w:r>
      <w:r>
        <w:rPr>
          <w:b w:val="0"/>
          <w:color w:val="000000"/>
        </w:rPr>
        <w:t>Paketlenme, düzenlenme/yoğunlaşma olayıdır; tek başına nükleotit dizisinin değişmesi anlamına gelmez.</w:t>
      </w:r>
    </w:p>
    <w:p>
      <w:pPr>
        <w:keepNext/>
        <w:keepLines/>
      </w:pPr>
      <w:r>
        <w:rPr>
          <w:b/>
          <w:color w:val="000000"/>
        </w:rPr>
        <w:t xml:space="preserve">3 puan: </w:t>
      </w:r>
      <w:r>
        <w:rPr>
          <w:b w:val="0"/>
          <w:color w:val="000000"/>
        </w:rPr>
        <w:t>Uzun DNA’nın çekirdeğe sığacak biçimde düzenlenmesine veya bölünme sırasında düzenli taşınmasına katkı sağlar.</w:t>
      </w:r>
    </w:p>
    <w:p>
      <w:pPr>
        <w:keepLines/>
      </w:pPr>
      <w:r>
        <w:rPr>
          <w:b w:val="0"/>
          <w:color w:val="000000"/>
          <w:sz w:val="17"/>
        </w:rPr>
        <w:t>Dayanak: MEB OGM Materyal, Biyoloji 12, 1. ünite, s. 29-30; genetik materyal modeli.</w:t>
      </w:r>
    </w:p>
    <w:p>
      <w:pPr>
        <w:pStyle w:val="Heading2"/>
        <w:keepNext/>
        <w:keepLines/>
      </w:pPr>
      <w:r>
        <w:rPr>
          <w:b w:val="0"/>
          <w:color w:val="000000"/>
        </w:rPr>
        <w:t>Soru 6   Eşlenmede enzimlerin görev paylaşımı   15 puan</w:t>
      </w:r>
    </w:p>
    <w:p>
      <w:pPr>
        <w:keepNext/>
        <w:keepLines/>
      </w:pPr>
      <w:r>
        <w:rPr>
          <w:b w:val="0"/>
          <w:color w:val="000000"/>
          <w:sz w:val="17"/>
        </w:rPr>
        <w:t>Çıktı / kazanım: 12.1.1.4  |  Excel: 12. SINIF!G10</w:t>
      </w:r>
    </w:p>
    <w:p>
      <w:pPr>
        <w:keepNext/>
        <w:keepLines/>
      </w:pPr>
      <w:r>
        <w:rPr>
          <w:b/>
          <w:color w:val="000000"/>
        </w:rPr>
        <w:t xml:space="preserve">a) 9 puan   </w:t>
      </w:r>
      <w:r>
        <w:rPr>
          <w:b w:val="0"/>
          <w:color w:val="000000"/>
        </w:rPr>
        <w:t>X, Y ve Z enzimlerini adlandırınız.</w:t>
      </w:r>
    </w:p>
    <w:p>
      <w:pPr>
        <w:keepNext/>
        <w:keepLines/>
      </w:pPr>
      <w:r>
        <w:rPr>
          <w:b/>
          <w:color w:val="000000"/>
        </w:rPr>
        <w:t xml:space="preserve">3 puan: </w:t>
      </w:r>
      <w:r>
        <w:rPr>
          <w:b w:val="0"/>
          <w:color w:val="000000"/>
        </w:rPr>
        <w:t>X: helikaz.</w:t>
      </w:r>
    </w:p>
    <w:p>
      <w:pPr>
        <w:keepNext/>
        <w:keepLines/>
      </w:pPr>
      <w:r>
        <w:rPr>
          <w:b/>
          <w:color w:val="000000"/>
        </w:rPr>
        <w:t xml:space="preserve">3 puan: </w:t>
      </w:r>
      <w:r>
        <w:rPr>
          <w:b w:val="0"/>
          <w:color w:val="000000"/>
        </w:rPr>
        <w:t>Y: DNA polimeraz.</w:t>
      </w:r>
    </w:p>
    <w:p>
      <w:pPr>
        <w:keepNext/>
        <w:keepLines/>
      </w:pPr>
      <w:r>
        <w:rPr>
          <w:b/>
          <w:color w:val="000000"/>
        </w:rPr>
        <w:t xml:space="preserve">3 puan: </w:t>
      </w:r>
      <w:r>
        <w:rPr>
          <w:b w:val="0"/>
          <w:color w:val="000000"/>
        </w:rPr>
        <w:t>Z: DNA ligaz.</w:t>
      </w:r>
    </w:p>
    <w:p>
      <w:pPr>
        <w:keepNext/>
        <w:keepLines/>
      </w:pPr>
      <w:r>
        <w:rPr>
          <w:b/>
          <w:color w:val="000000"/>
        </w:rPr>
        <w:t xml:space="preserve">b) 6 puan   </w:t>
      </w:r>
      <w:r>
        <w:rPr>
          <w:b w:val="0"/>
          <w:color w:val="000000"/>
        </w:rPr>
        <w:t>Y çalışmazsa ve Z çalışmazsa eşlenmede ayrı ayrı hangi sorunların oluşacağını açıklayınız.</w:t>
      </w:r>
    </w:p>
    <w:p>
      <w:pPr>
        <w:keepNext/>
        <w:keepLines/>
      </w:pPr>
      <w:r>
        <w:rPr>
          <w:b/>
          <w:color w:val="000000"/>
        </w:rPr>
        <w:t xml:space="preserve">3 puan: </w:t>
      </w:r>
      <w:r>
        <w:rPr>
          <w:b w:val="0"/>
          <w:color w:val="000000"/>
        </w:rPr>
        <w:t>Y çalışmazsa yeni DNA zincirinin nükleotit eklenerek uzatılması gerçekleşemez.</w:t>
      </w:r>
    </w:p>
    <w:p>
      <w:pPr>
        <w:keepNext/>
        <w:keepLines/>
      </w:pPr>
      <w:r>
        <w:rPr>
          <w:b/>
          <w:color w:val="000000"/>
        </w:rPr>
        <w:t xml:space="preserve">3 puan: </w:t>
      </w:r>
      <w:r>
        <w:rPr>
          <w:b w:val="0"/>
          <w:color w:val="000000"/>
        </w:rPr>
        <w:t>Z çalışmazsa özellikle kesintili sentezlenen parçalar arasındaki kesikler kapatılamaz; zincirin bütünlüğü sağlanamaz. Ligazın karşılıklı bazları hidrojen bağıyla birleştirdiği ifadesi kabul edilmez.</w:t>
      </w:r>
    </w:p>
    <w:p>
      <w:pPr>
        <w:keepLines/>
      </w:pPr>
      <w:r>
        <w:rPr>
          <w:b w:val="0"/>
          <w:color w:val="000000"/>
          <w:sz w:val="17"/>
        </w:rPr>
        <w:t>Dayanak: MEB OGM Materyal, Biyoloji 12, 1. ünite, s. 32-34; eşlenme enzimleri.</w:t>
      </w:r>
    </w:p>
    <w:p>
      <w:pPr>
        <w:pStyle w:val="Heading2"/>
        <w:keepNext/>
        <w:keepLines/>
      </w:pPr>
      <w:r>
        <w:rPr>
          <w:b w:val="0"/>
          <w:color w:val="000000"/>
        </w:rPr>
        <w:t>Soru 7   Yarı korunumlu eşlenme   10 puan</w:t>
      </w:r>
    </w:p>
    <w:p>
      <w:pPr>
        <w:keepNext/>
        <w:keepLines/>
      </w:pPr>
      <w:r>
        <w:rPr>
          <w:b w:val="0"/>
          <w:color w:val="000000"/>
          <w:sz w:val="17"/>
        </w:rPr>
        <w:t>Çıktı / kazanım: 12.1.1.4  |  Excel: 12. SINIF!G10</w:t>
      </w:r>
    </w:p>
    <w:p>
      <w:pPr>
        <w:keepNext/>
        <w:keepLines/>
      </w:pPr>
      <w:r>
        <w:rPr>
          <w:b/>
          <w:color w:val="000000"/>
        </w:rPr>
        <w:t xml:space="preserve">a) 2 puan   </w:t>
      </w:r>
      <w:r>
        <w:rPr>
          <w:b w:val="0"/>
          <w:color w:val="000000"/>
        </w:rPr>
        <w:t>Birinci eşlenme sonunda oluşan DNA’ların zincir bileşimini ve oranını yazınız.</w:t>
      </w:r>
    </w:p>
    <w:p>
      <w:pPr>
        <w:keepNext/>
        <w:keepLines/>
      </w:pPr>
      <w:r>
        <w:rPr>
          <w:b/>
          <w:color w:val="000000"/>
        </w:rPr>
        <w:t xml:space="preserve">2 puan: </w:t>
      </w:r>
      <w:r>
        <w:rPr>
          <w:b w:val="0"/>
          <w:color w:val="000000"/>
        </w:rPr>
        <w:t>DNA’ların tamamı H/L olur; %100 melezdir.</w:t>
      </w:r>
    </w:p>
    <w:p>
      <w:pPr>
        <w:keepNext/>
        <w:keepLines/>
      </w:pPr>
      <w:r>
        <w:rPr>
          <w:b/>
          <w:color w:val="000000"/>
        </w:rPr>
        <w:t xml:space="preserve">b) 4 puan   </w:t>
      </w:r>
      <w:r>
        <w:rPr>
          <w:b w:val="0"/>
          <w:color w:val="000000"/>
        </w:rPr>
        <w:t>İkinci eşlenme sonunda oluşan DNA’ların bileşimlerini ve oranlarını yazınız.</w:t>
      </w:r>
    </w:p>
    <w:p>
      <w:pPr>
        <w:keepNext/>
        <w:keepLines/>
      </w:pPr>
      <w:r>
        <w:rPr>
          <w:b/>
          <w:color w:val="000000"/>
        </w:rPr>
        <w:t xml:space="preserve">2 puan: </w:t>
      </w:r>
      <w:r>
        <w:rPr>
          <w:b w:val="0"/>
          <w:color w:val="000000"/>
        </w:rPr>
        <w:t>%50 H/L.</w:t>
      </w:r>
    </w:p>
    <w:p>
      <w:pPr>
        <w:keepNext/>
        <w:keepLines/>
      </w:pPr>
      <w:r>
        <w:rPr>
          <w:b/>
          <w:color w:val="000000"/>
        </w:rPr>
        <w:t xml:space="preserve">2 puan: </w:t>
      </w:r>
      <w:r>
        <w:rPr>
          <w:b w:val="0"/>
          <w:color w:val="000000"/>
        </w:rPr>
        <w:t>%50 L/L; H/H DNA kalmaz.</w:t>
      </w:r>
    </w:p>
    <w:p>
      <w:pPr>
        <w:keepNext/>
        <w:keepLines/>
      </w:pPr>
      <w:r>
        <w:rPr>
          <w:b/>
          <w:color w:val="000000"/>
        </w:rPr>
        <w:t xml:space="preserve">c) 4 puan   </w:t>
      </w:r>
      <w:r>
        <w:rPr>
          <w:b w:val="0"/>
          <w:color w:val="000000"/>
        </w:rPr>
        <w:t>Sonuçların yarı korunumlu eşlenmeyle ilişkisini açıklayınız.</w:t>
      </w:r>
    </w:p>
    <w:p>
      <w:pPr>
        <w:keepNext/>
        <w:keepLines/>
      </w:pPr>
      <w:r>
        <w:rPr>
          <w:b/>
          <w:color w:val="000000"/>
        </w:rPr>
        <w:t xml:space="preserve">2 puan: </w:t>
      </w:r>
      <w:r>
        <w:rPr>
          <w:b w:val="0"/>
          <w:color w:val="000000"/>
        </w:rPr>
        <w:t>Her yeni DNA molekülünde bir kalıp zincir ve ona tamamlayıcı olarak sentezlenen bir yeni zincir bulunur.</w:t>
      </w:r>
    </w:p>
    <w:p>
      <w:pPr>
        <w:keepNext/>
        <w:keepLines/>
      </w:pPr>
      <w:r>
        <w:rPr>
          <w:b/>
          <w:color w:val="000000"/>
        </w:rPr>
        <w:t xml:space="preserve">2 puan: </w:t>
      </w:r>
      <w:r>
        <w:rPr>
          <w:b w:val="0"/>
          <w:color w:val="000000"/>
        </w:rPr>
        <w:t>Başlangıçtaki iki ağır zincir korunur; yeni zincirlerin hafif azotla yapılması nedeniyle toplam DNA çoğaldıkça ağır zincir taşıyan DNA oranı azalır.</w:t>
      </w:r>
    </w:p>
    <w:p>
      <w:pPr>
        <w:keepLines/>
      </w:pPr>
      <w:r>
        <w:rPr>
          <w:b w:val="0"/>
          <w:color w:val="000000"/>
          <w:sz w:val="17"/>
        </w:rPr>
        <w:t>Dayanak: MEB OGM Materyal, Biyoloji 12, 1. ünite, s. 31-32; Meselson-Stahl deneyi.</w:t>
      </w:r>
    </w:p>
    <w:p>
      <w:r>
        <w:br w:type="page"/>
      </w:r>
    </w:p>
    <w:p>
      <w:pPr>
        <w:pStyle w:val="Heading1"/>
      </w:pPr>
      <w:r>
        <w:rPr>
          <w:b w:val="0"/>
          <w:color w:val="000000"/>
        </w:rPr>
        <w:t>Kaynaklar ve Kapsam</w:t>
      </w:r>
    </w:p>
    <w:p>
      <w:r>
        <w:rPr>
          <w:b w:val="0"/>
          <w:color w:val="000000"/>
        </w:rPr>
        <w:t>Dağılım kaynağı: Biyoloji Dersi 1. Dönem Konu Soru Dağılım Tabloları (2026 - 2027).xlsx. Yalnızca ilgili sınıfın 1. dönem 1. sınav senaryoları esas alınmıştır.</w:t>
      </w:r>
    </w:p>
    <w:p>
      <w:r>
        <w:rPr>
          <w:b w:val="0"/>
          <w:color w:val="000000"/>
        </w:rPr>
        <w:t>12. sınıf ders kitabı kaynak klasörde bulunmadığı için resmî MEB OGM Materyal Biyoloji 12 kitabının Genden Proteine ünitesi kullanılmıştır. Cevaplardaki sayfa numaraları kitabın basılı sayfalarını gösterir.</w:t>
      </w:r>
    </w:p>
    <w:p>
      <w:r>
        <w:rPr>
          <w:b w:val="0"/>
          <w:color w:val="000000"/>
        </w:rPr>
        <w:t>https://ogmmateryal.eba.gov.tr/panel/upload/etkilesimli/kitap/biyoloji/12/unite1/index.html</w:t>
      </w:r>
    </w:p>
    <w:p>
      <w:r>
        <w:rPr>
          <w:b w:val="0"/>
          <w:color w:val="000000"/>
        </w:rPr>
        <w:t>Senaryolar klasöründeki önceki yıllara ait örnekler soru üslubu ve açık uçlu cevap yapısı bakımından değerlendirilmiştir. Eski yılların konu kapsamı ve kazanım kodları güncel dağılım tablosunun yerine kullanılmamıştır.</w:t>
      </w:r>
    </w:p>
    <w:p>
      <w:pPr>
        <w:pStyle w:val="Heading2"/>
      </w:pPr>
      <w:r>
        <w:rPr>
          <w:b w:val="0"/>
          <w:color w:val="000000"/>
        </w:rPr>
        <w:t>Öğrenme Çıktıları ve Kazanımlar</w:t>
      </w:r>
    </w:p>
    <w:p>
      <w:r>
        <w:rPr>
          <w:b/>
          <w:color w:val="000000"/>
        </w:rPr>
        <w:t xml:space="preserve">12.1.1.1  </w:t>
      </w:r>
      <w:r>
        <w:rPr>
          <w:b w:val="0"/>
          <w:color w:val="000000"/>
        </w:rPr>
        <w:t>Nükleik asitlerin keşif sürecini özetler.</w:t>
      </w:r>
    </w:p>
    <w:p>
      <w:r>
        <w:rPr>
          <w:b/>
          <w:color w:val="000000"/>
        </w:rPr>
        <w:t xml:space="preserve">12.1.1.2  </w:t>
      </w:r>
      <w:r>
        <w:rPr>
          <w:b w:val="0"/>
          <w:color w:val="000000"/>
        </w:rPr>
        <w:t>Nükleik asitlerin çeşitlerini ve görevlerini açıklar.</w:t>
      </w:r>
    </w:p>
    <w:p>
      <w:r>
        <w:rPr>
          <w:b/>
          <w:color w:val="000000"/>
        </w:rPr>
        <w:t xml:space="preserve">12.1.1.3  </w:t>
      </w:r>
      <w:r>
        <w:rPr>
          <w:b w:val="0"/>
          <w:color w:val="000000"/>
        </w:rPr>
        <w:t>Hücredeki genetik materyalin organizasyonunda parça bütün ilişkisi kurar.</w:t>
      </w:r>
    </w:p>
    <w:p>
      <w:r>
        <w:rPr>
          <w:b/>
          <w:color w:val="000000"/>
        </w:rPr>
        <w:t xml:space="preserve">12.1.1.4  </w:t>
      </w:r>
      <w:r>
        <w:rPr>
          <w:b w:val="0"/>
          <w:color w:val="000000"/>
        </w:rPr>
        <w:t>DNA' nın kendini eşlemesini açıklar.</w:t>
      </w:r>
    </w:p>
    <w:sectPr w:rsidR="00FC693F" w:rsidRPr="0006063C" w:rsidSect="00034616">
      <w:headerReference w:type="default" r:id="rId9"/>
      <w:footerReference w:type="default" r:id="rId10"/>
      <w:pgSz w:w="11906" w:h="16838"/>
      <w:pgMar w:top="1049" w:right="1020" w:bottom="992" w:left="1020" w:header="425"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color w:val="000000"/>
        <w:sz w:val="16"/>
      </w:rPr>
      <w:t xml:space="preserve">biyolojihikayesi.com   |   Sayfa </w:t>
    </w:r>
    <w:r>
      <w:fldSimple w:instr="PAGE"/>
    </w:r>
    <w:r>
      <w:rPr>
        <w:b w:val="0"/>
        <w:color w:val="000000"/>
        <w:sz w:val="16"/>
      </w:rPr>
      <w:t xml:space="preserve"> / </w:t>
    </w:r>
    <w:r>
      <w:fldSimple w:instr="NUMPAGES"/>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color w:val="000000"/>
        <w:sz w:val="16"/>
      </w:rPr>
      <w:t>Biyoloji Hikayesi   |   12. Sınıf   |   2026-2027   |   1. Dönem 1. Yazılı</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Calibri" w:hAnsi="Calibri"/>
      <w:color w:val="000000"/>
      <w:sz w:val="21"/>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Dersi 1. Ortak Yazılı Çalışma Soruları ve Cevapları</dc:title>
  <dc:subject>Birinci dönem birinci ortak yazılı için senaryolara göre çalışma soruları ve açıklamalı cevaplar</dc:subject>
  <dc:creator>Biyoloji Hikayesi</dc:creator>
  <cp:keywords>12. sınıf, biyoloji, 2026-2027, 1. dönem, 1. yazılı, çalışma soruları, cevap anahtarı</cp:keywords>
  <dc:description>generated by python-docx</dc:description>
  <cp:lastModifiedBy/>
  <cp:revision>1</cp:revision>
  <dcterms:created xsi:type="dcterms:W3CDTF">2013-12-23T23:15:00Z</dcterms:created>
  <dcterms:modified xsi:type="dcterms:W3CDTF">2013-12-23T23:15:00Z</dcterms:modified>
  <cp:category/>
</cp:coreProperties>
</file>