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color w:val="000000"/>
        </w:rPr>
        <w:t>Biyoloji Dersi Birinci Ortak Yazılı Çalışma Soruları</w:t>
      </w:r>
    </w:p>
    <w:p>
      <w:pPr>
        <w:pStyle w:val="Heading1"/>
      </w:pPr>
      <w:r>
        <w:rPr>
          <w:b w:val="0"/>
          <w:color w:val="000000"/>
        </w:rPr>
        <w:t>9 Sınıf</w:t>
      </w:r>
    </w:p>
    <w:p>
      <w:pPr>
        <w:pStyle w:val="Subtitle"/>
      </w:pPr>
      <w:r>
        <w:rPr>
          <w:b w:val="0"/>
          <w:color w:val="000000"/>
        </w:rPr>
        <w:t>2026 2027 Eğitim Öğretim Yılı</w:t>
      </w:r>
    </w:p>
    <w:p>
      <w:pPr>
        <w:pStyle w:val="Heading2"/>
      </w:pPr>
      <w:r>
        <w:rPr>
          <w:b w:val="0"/>
          <w:color w:val="000000"/>
        </w:rPr>
        <w:t>Birinci Dönem Birinci Yazılı</w:t>
      </w:r>
    </w:p>
    <w:p>
      <w:r>
        <w:rPr>
          <w:b w:val="0"/>
          <w:color w:val="000000"/>
        </w:rPr>
        <w:t>Bu belge, 9. sınıf biyoloji dersinde 1. dönem 1. ortak yazılıya hazırlanmanız için 3 alternatif senaryo içerir. Soruların tamamı açık uçlu veya kısa cevaplıdır. İlk bölümde sorular, ikinci bölümde açıklamalı cevaplar ve puanlama ölçütleri bulunur.</w:t>
      </w:r>
    </w:p>
    <w:p>
      <w:r>
        <w:rPr>
          <w:b w:val="0"/>
          <w:color w:val="000000"/>
        </w:rPr>
        <w:t>Senaryolar, 2026-2027 konu soru dağılım tablosundaki farklı sınav seçeneklerini temsil eder. Bazı sorular alternatiflerde ortaktır. Her senaryo 100 puandır; 40 dakika önerilen çözüm süresidir.</w:t>
      </w:r>
    </w:p>
    <w:p>
      <w:pPr>
        <w:pStyle w:val="Heading2"/>
      </w:pPr>
      <w:r>
        <w:rPr>
          <w:b w:val="0"/>
          <w:color w:val="000000"/>
        </w:rPr>
        <w:t>Nasıl Çalışmalısınız</w:t>
      </w:r>
    </w:p>
    <w:p>
      <w:r>
        <w:rPr>
          <w:b w:val="0"/>
          <w:color w:val="000000"/>
        </w:rPr>
        <w:t>Önce seçtiğiniz senaryoyu cevaplara bakmadan çözünüz. Ardından her alt maddeyi ilgili cevap anahtarıyla karşılaştırınız. Yanlış veya eksik cevapladığınız kavramları ders kitabından yeniden inceleyiniz. Bilimsel açıdan doğru eşdeğer açıklamalar da kabul edilir.</w:t>
      </w:r>
    </w:p>
    <w:p>
      <w:pPr>
        <w:pStyle w:val="Heading2"/>
      </w:pPr>
      <w:r>
        <w:rPr>
          <w:b w:val="0"/>
          <w:color w:val="000000"/>
        </w:rPr>
        <w:t>Senaryolara Göre Soru Dağılımı</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551"/>
        <w:gridCol w:w="2104"/>
        <w:gridCol w:w="2104"/>
        <w:gridCol w:w="2104"/>
      </w:tblGrid>
      <w:tr>
        <w:trPr>
          <w:cantSplit/>
          <w:tblHeader/>
        </w:trPr>
        <w:tc>
          <w:tcPr>
            <w:tcW w:type="dxa" w:w="3551"/>
            <w:vAlign w:val="center"/>
            <w:shd w:fill="DEEAF6"/>
          </w:tcPr>
          <w:p>
            <w:pPr>
              <w:spacing w:after="40" w:before="40" w:line="252" w:lineRule="auto"/>
            </w:pPr>
            <w:r/>
            <w:r>
              <w:rPr>
                <w:b/>
                <w:color w:val="000000"/>
                <w:sz w:val="19"/>
              </w:rPr>
              <w:t>Çıktı veya kazanım</w:t>
            </w:r>
          </w:p>
        </w:tc>
        <w:tc>
          <w:tcPr>
            <w:tcW w:type="dxa" w:w="2104"/>
            <w:vAlign w:val="center"/>
            <w:shd w:fill="DEEAF6"/>
          </w:tcPr>
          <w:p>
            <w:pPr>
              <w:spacing w:after="40" w:before="40" w:line="252" w:lineRule="auto"/>
              <w:jc w:val="center"/>
            </w:pPr>
            <w:r/>
            <w:r>
              <w:rPr>
                <w:b/>
                <w:color w:val="000000"/>
                <w:sz w:val="19"/>
              </w:rPr>
              <w:t>Senaryo 1</w:t>
            </w:r>
          </w:p>
        </w:tc>
        <w:tc>
          <w:tcPr>
            <w:tcW w:type="dxa" w:w="2104"/>
            <w:vAlign w:val="center"/>
            <w:shd w:fill="DEEAF6"/>
          </w:tcPr>
          <w:p>
            <w:pPr>
              <w:spacing w:after="40" w:before="40" w:line="252" w:lineRule="auto"/>
              <w:jc w:val="center"/>
            </w:pPr>
            <w:r/>
            <w:r>
              <w:rPr>
                <w:b/>
                <w:color w:val="000000"/>
                <w:sz w:val="19"/>
              </w:rPr>
              <w:t>Senaryo 2</w:t>
            </w:r>
          </w:p>
        </w:tc>
        <w:tc>
          <w:tcPr>
            <w:tcW w:type="dxa" w:w="2104"/>
            <w:vAlign w:val="center"/>
            <w:shd w:fill="DEEAF6"/>
          </w:tcPr>
          <w:p>
            <w:pPr>
              <w:spacing w:after="40" w:before="40" w:line="252" w:lineRule="auto"/>
              <w:jc w:val="center"/>
            </w:pPr>
            <w:r/>
            <w:r>
              <w:rPr>
                <w:b/>
                <w:color w:val="000000"/>
                <w:sz w:val="19"/>
              </w:rPr>
              <w:t>Senaryo 3</w:t>
            </w:r>
          </w:p>
        </w:tc>
      </w:tr>
      <w:tr>
        <w:trPr>
          <w:cantSplit/>
        </w:trPr>
        <w:tc>
          <w:tcPr>
            <w:tcW w:type="dxa" w:w="3551"/>
            <w:vAlign w:val="center"/>
          </w:tcPr>
          <w:p>
            <w:pPr>
              <w:spacing w:after="40" w:before="40" w:line="252" w:lineRule="auto"/>
            </w:pPr>
            <w:r/>
            <w:r>
              <w:rPr>
                <w:b w:val="0"/>
                <w:color w:val="000000"/>
                <w:sz w:val="19"/>
              </w:rPr>
              <w:t>BİY.9.1.1</w:t>
            </w:r>
          </w:p>
        </w:tc>
        <w:tc>
          <w:tcPr>
            <w:tcW w:type="dxa" w:w="2104"/>
            <w:vAlign w:val="center"/>
          </w:tcPr>
          <w:p>
            <w:pPr>
              <w:spacing w:after="40" w:before="40" w:line="252" w:lineRule="auto"/>
              <w:jc w:val="center"/>
            </w:pPr>
            <w:r/>
            <w:r>
              <w:rPr>
                <w:b w:val="0"/>
                <w:color w:val="000000"/>
                <w:sz w:val="19"/>
              </w:rPr>
              <w:t>2</w:t>
            </w:r>
          </w:p>
        </w:tc>
        <w:tc>
          <w:tcPr>
            <w:tcW w:type="dxa" w:w="2104"/>
            <w:vAlign w:val="center"/>
          </w:tcPr>
          <w:p>
            <w:pPr>
              <w:spacing w:after="40" w:before="40" w:line="252" w:lineRule="auto"/>
              <w:jc w:val="center"/>
            </w:pPr>
            <w:r/>
            <w:r>
              <w:rPr>
                <w:b w:val="0"/>
                <w:color w:val="000000"/>
                <w:sz w:val="19"/>
              </w:rPr>
              <w:t>1</w:t>
            </w:r>
          </w:p>
        </w:tc>
        <w:tc>
          <w:tcPr>
            <w:tcW w:type="dxa" w:w="2104"/>
            <w:vAlign w:val="center"/>
          </w:tcPr>
          <w:p>
            <w:pPr>
              <w:spacing w:after="40" w:before="40" w:line="252" w:lineRule="auto"/>
              <w:jc w:val="center"/>
            </w:pPr>
            <w:r/>
            <w:r>
              <w:rPr>
                <w:b w:val="0"/>
                <w:color w:val="000000"/>
                <w:sz w:val="19"/>
              </w:rPr>
              <w:t>1</w:t>
            </w:r>
          </w:p>
        </w:tc>
      </w:tr>
      <w:tr>
        <w:trPr>
          <w:cantSplit/>
        </w:trPr>
        <w:tc>
          <w:tcPr>
            <w:tcW w:type="dxa" w:w="3551"/>
            <w:vAlign w:val="center"/>
          </w:tcPr>
          <w:p>
            <w:pPr>
              <w:spacing w:after="40" w:before="40" w:line="252" w:lineRule="auto"/>
            </w:pPr>
            <w:r/>
            <w:r>
              <w:rPr>
                <w:b w:val="0"/>
                <w:color w:val="000000"/>
                <w:sz w:val="19"/>
              </w:rPr>
              <w:t>BİY.9.1.2</w:t>
            </w:r>
          </w:p>
        </w:tc>
        <w:tc>
          <w:tcPr>
            <w:tcW w:type="dxa" w:w="2104"/>
            <w:vAlign w:val="center"/>
          </w:tcPr>
          <w:p>
            <w:pPr>
              <w:spacing w:after="40" w:before="40" w:line="252" w:lineRule="auto"/>
              <w:jc w:val="center"/>
            </w:pPr>
            <w:r/>
            <w:r>
              <w:rPr>
                <w:b w:val="0"/>
                <w:color w:val="000000"/>
                <w:sz w:val="19"/>
              </w:rPr>
              <w:t>3</w:t>
            </w:r>
          </w:p>
        </w:tc>
        <w:tc>
          <w:tcPr>
            <w:tcW w:type="dxa" w:w="2104"/>
            <w:vAlign w:val="center"/>
          </w:tcPr>
          <w:p>
            <w:pPr>
              <w:spacing w:after="40" w:before="40" w:line="252" w:lineRule="auto"/>
              <w:jc w:val="center"/>
            </w:pPr>
            <w:r/>
            <w:r>
              <w:rPr>
                <w:b w:val="0"/>
                <w:color w:val="000000"/>
                <w:sz w:val="19"/>
              </w:rPr>
              <w:t>3</w:t>
            </w:r>
          </w:p>
        </w:tc>
        <w:tc>
          <w:tcPr>
            <w:tcW w:type="dxa" w:w="2104"/>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BİY.9.1.4</w:t>
            </w:r>
          </w:p>
        </w:tc>
        <w:tc>
          <w:tcPr>
            <w:tcW w:type="dxa" w:w="2104"/>
            <w:vAlign w:val="center"/>
          </w:tcPr>
          <w:p>
            <w:pPr>
              <w:spacing w:after="40" w:before="40" w:line="252" w:lineRule="auto"/>
              <w:jc w:val="center"/>
            </w:pPr>
            <w:r/>
            <w:r>
              <w:rPr>
                <w:b w:val="0"/>
                <w:color w:val="000000"/>
                <w:sz w:val="19"/>
              </w:rPr>
              <w:t>0</w:t>
            </w:r>
          </w:p>
        </w:tc>
        <w:tc>
          <w:tcPr>
            <w:tcW w:type="dxa" w:w="2104"/>
            <w:vAlign w:val="center"/>
          </w:tcPr>
          <w:p>
            <w:pPr>
              <w:spacing w:after="40" w:before="40" w:line="252" w:lineRule="auto"/>
              <w:jc w:val="center"/>
            </w:pPr>
            <w:r/>
            <w:r>
              <w:rPr>
                <w:b w:val="0"/>
                <w:color w:val="000000"/>
                <w:sz w:val="19"/>
              </w:rPr>
              <w:t>2</w:t>
            </w:r>
          </w:p>
        </w:tc>
        <w:tc>
          <w:tcPr>
            <w:tcW w:type="dxa" w:w="2104"/>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Toplam soru</w:t>
            </w:r>
          </w:p>
        </w:tc>
        <w:tc>
          <w:tcPr>
            <w:tcW w:type="dxa" w:w="2104"/>
            <w:vAlign w:val="center"/>
          </w:tcPr>
          <w:p>
            <w:pPr>
              <w:spacing w:after="40" w:before="40" w:line="252" w:lineRule="auto"/>
              <w:jc w:val="center"/>
            </w:pPr>
            <w:r/>
            <w:r>
              <w:rPr>
                <w:b w:val="0"/>
                <w:color w:val="000000"/>
                <w:sz w:val="19"/>
              </w:rPr>
              <w:t>5</w:t>
            </w:r>
          </w:p>
        </w:tc>
        <w:tc>
          <w:tcPr>
            <w:tcW w:type="dxa" w:w="2104"/>
            <w:vAlign w:val="center"/>
          </w:tcPr>
          <w:p>
            <w:pPr>
              <w:spacing w:after="40" w:before="40" w:line="252" w:lineRule="auto"/>
              <w:jc w:val="center"/>
            </w:pPr>
            <w:r/>
            <w:r>
              <w:rPr>
                <w:b w:val="0"/>
                <w:color w:val="000000"/>
                <w:sz w:val="19"/>
              </w:rPr>
              <w:t>6</w:t>
            </w:r>
          </w:p>
        </w:tc>
        <w:tc>
          <w:tcPr>
            <w:tcW w:type="dxa" w:w="2104"/>
            <w:vAlign w:val="center"/>
          </w:tcPr>
          <w:p>
            <w:pPr>
              <w:spacing w:after="40" w:before="40" w:line="252" w:lineRule="auto"/>
              <w:jc w:val="center"/>
            </w:pPr>
            <w:r/>
            <w:r>
              <w:rPr>
                <w:b w:val="0"/>
                <w:color w:val="000000"/>
                <w:sz w:val="19"/>
              </w:rPr>
              <w:t>5</w:t>
            </w:r>
          </w:p>
        </w:tc>
      </w:tr>
    </w:tbl>
    <w:p>
      <w:pPr>
        <w:keepNext/>
        <w:spacing w:after="60" w:before="0" w:line="60" w:lineRule="exact"/>
      </w:pPr>
    </w:p>
    <w:p>
      <w:r>
        <w:rPr>
          <w:b w:val="0"/>
          <w:color w:val="000000"/>
        </w:rPr>
        <w:t>Sorular Biyoloji Hikayesi için özgün olarak hazırlanmıştır. Deney tablolarındaki sayısal veriler öğretim amacıyla oluşturulmuştur. Bu çalışma bir resmî MEB sınavı değildir.</w:t>
      </w:r>
    </w:p>
    <w:p>
      <w:r>
        <w:br w:type="page"/>
      </w:r>
    </w:p>
    <w:p>
      <w:pPr>
        <w:pStyle w:val="Heading1"/>
      </w:pPr>
      <w:r>
        <w:rPr>
          <w:b w:val="0"/>
          <w:color w:val="000000"/>
        </w:rPr>
        <w:t>Senaryo 1 Sorular</w:t>
      </w:r>
    </w:p>
    <w:p>
      <w:r>
        <w:rPr>
          <w:b w:val="0"/>
          <w:color w:val="000000"/>
        </w:rPr>
        <w:t>5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araştırmacı, bakteri yetiştirdiği kapta bir küfün çevresinde bakterilerin çoğalmadığını fark eder. Sonraki araştırmalar, küfün ürettiği bir maddenin belirli bakterilerin çoğalmasını engelleyebildiğini gösterir.</w:t>
      </w:r>
    </w:p>
    <w:p>
      <w:pPr>
        <w:keepNext/>
        <w:keepLines/>
      </w:pPr>
      <w:r>
        <w:rPr>
          <w:b/>
          <w:color w:val="000000"/>
        </w:rPr>
        <w:t xml:space="preserve">a) </w:t>
      </w:r>
      <w:r>
        <w:rPr>
          <w:b w:val="0"/>
          <w:color w:val="000000"/>
        </w:rPr>
        <w:t xml:space="preserve">Bu olayın ilişkilendirildiği bilim insanını ve biyolojideki gelişmeyi yazınız. </w:t>
      </w:r>
      <w:r>
        <w:rPr>
          <w:b/>
          <w:color w:val="000000"/>
        </w:rPr>
        <w:t>(8 puan)</w:t>
      </w:r>
    </w:p>
    <w:p>
      <w:pPr>
        <w:keepNext/>
        <w:keepLines/>
      </w:pPr>
      <w:r>
        <w:rPr>
          <w:b/>
          <w:color w:val="000000"/>
        </w:rPr>
        <w:t xml:space="preserve">b) </w:t>
      </w:r>
      <w:r>
        <w:rPr>
          <w:b w:val="0"/>
          <w:color w:val="000000"/>
        </w:rPr>
        <w:t xml:space="preserve">Bu gelişmenin insan yaşamına iki katkısını nedenleriyle açıklayınız. </w:t>
      </w:r>
      <w:r>
        <w:rPr>
          <w:b/>
          <w:color w:val="000000"/>
        </w:rPr>
        <w:t>(8 puan)</w:t>
      </w:r>
    </w:p>
    <w:p>
      <w:pPr>
        <w:keepLines/>
      </w:pPr>
      <w:r>
        <w:rPr>
          <w:b/>
          <w:color w:val="000000"/>
        </w:rPr>
        <w:t xml:space="preserve">c) </w:t>
      </w:r>
      <w:r>
        <w:rPr>
          <w:b w:val="0"/>
          <w:color w:val="000000"/>
        </w:rPr>
        <w:t xml:space="preserve">Bu bulgu, söz konusu maddenin bütün hastalıkları tedavi ettiğini gösterir mi? Gerekçelendiriniz.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laboratuvarda incelenecek DNA örneği çok azdır. Başka bir araştırma grubunda ise DNA üzerindeki belirli bir bölgenin hedeflenerek değiştirilmesi amaçlanmaktadır.</w:t>
      </w:r>
    </w:p>
    <w:p>
      <w:pPr>
        <w:keepNext/>
        <w:keepLines/>
      </w:pPr>
      <w:r>
        <w:rPr>
          <w:b/>
          <w:color w:val="000000"/>
        </w:rPr>
        <w:t xml:space="preserve">a) </w:t>
      </w:r>
      <w:r>
        <w:rPr>
          <w:b w:val="0"/>
          <w:color w:val="000000"/>
        </w:rPr>
        <w:t xml:space="preserve">İlk amaç için PCR, ikinci amaç için CRISPR-Cas sisteminin nasıl katkı sağlayabileceğini açıklayınız. </w:t>
      </w:r>
      <w:r>
        <w:rPr>
          <w:b/>
          <w:color w:val="000000"/>
        </w:rPr>
        <w:t>(8 puan)</w:t>
      </w:r>
    </w:p>
    <w:p>
      <w:pPr>
        <w:keepNext/>
        <w:keepLines/>
      </w:pPr>
      <w:r>
        <w:rPr>
          <w:b/>
          <w:color w:val="000000"/>
        </w:rPr>
        <w:t xml:space="preserve">b) </w:t>
      </w:r>
      <w:r>
        <w:rPr>
          <w:b w:val="0"/>
          <w:color w:val="000000"/>
        </w:rPr>
        <w:t xml:space="preserve">Bu iki gelişmenin insan yaşamına sağlayabileceği birer faydayı gerekçeleriyle yazınız. </w:t>
      </w:r>
      <w:r>
        <w:rPr>
          <w:b/>
          <w:color w:val="000000"/>
        </w:rPr>
        <w:t>(8 puan)</w:t>
      </w:r>
    </w:p>
    <w:p>
      <w:pPr>
        <w:keepLines/>
      </w:pPr>
      <w:r>
        <w:rPr>
          <w:b/>
          <w:color w:val="000000"/>
        </w:rPr>
        <w:t xml:space="preserve">c) </w:t>
      </w:r>
      <w:r>
        <w:rPr>
          <w:b w:val="0"/>
          <w:color w:val="000000"/>
        </w:rPr>
        <w:t xml:space="preserve">Bu yöntemleri aynı işlem olarak tanımlamak neden yanlıştır? </w:t>
      </w:r>
      <w:r>
        <w:rPr>
          <w:b/>
          <w:color w:val="000000"/>
        </w:rPr>
        <w:t>(4 puan)</w:t>
      </w:r>
    </w:p>
    <w:p>
      <w:pPr>
        <w:spacing w:after="240"/>
      </w:pPr>
      <w:r>
        <w:rPr>
          <w:b w:val="0"/>
          <w:color w:val="000000"/>
        </w:rPr>
        <w:t>Cevap / işlem alanı: ........................................................................................................</w:t>
      </w:r>
    </w:p>
    <w:p>
      <w:pPr>
        <w:pStyle w:val="Heading2"/>
        <w:keepNext/>
        <w:keepLines/>
      </w:pPr>
      <w:r>
        <w:rPr>
          <w:b w:val="0"/>
          <w:color w:val="000000"/>
        </w:rPr>
        <w:t>Soru 3   20 puan</w:t>
      </w:r>
    </w:p>
    <w:p>
      <w:pPr>
        <w:keepNext/>
        <w:keepLines/>
      </w:pPr>
      <w:r>
        <w:rPr>
          <w:b w:val="0"/>
          <w:color w:val="000000"/>
        </w:rPr>
        <w:t>Aynı tür ve başlangıç boyundaki fideler rastgele üç gruba ayrılmıştır. Işık, sıcaklık, saksı, toprak ve deney süresi aynı tutulmuştur. Her grupta 10 fide bulunur. Yedi gün sonunda ortalama boy artışları aşağıdaki gibidir.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Grup</w:t>
            </w:r>
          </w:p>
        </w:tc>
        <w:tc>
          <w:tcPr>
            <w:tcW w:type="dxa" w:w="2959"/>
            <w:vAlign w:val="center"/>
            <w:shd w:fill="DEEAF6"/>
          </w:tcPr>
          <w:p>
            <w:pPr>
              <w:keepNext/>
              <w:spacing w:after="40" w:before="40" w:line="252" w:lineRule="auto"/>
            </w:pPr>
            <w:r/>
            <w:r>
              <w:rPr>
                <w:b/>
                <w:color w:val="000000"/>
                <w:sz w:val="19"/>
              </w:rPr>
              <w:t>Günlük su (mL)</w:t>
            </w:r>
          </w:p>
        </w:tc>
        <w:tc>
          <w:tcPr>
            <w:tcW w:type="dxa" w:w="2959"/>
            <w:vAlign w:val="center"/>
            <w:shd w:fill="DEEAF6"/>
          </w:tcPr>
          <w:p>
            <w:pPr>
              <w:keepNext/>
              <w:spacing w:after="40" w:before="40" w:line="252" w:lineRule="auto"/>
            </w:pPr>
            <w:r/>
            <w:r>
              <w:rPr>
                <w:b/>
                <w:color w:val="000000"/>
                <w:sz w:val="19"/>
              </w:rPr>
              <w:t>Ortalama boy artışı (cm)</w:t>
            </w:r>
          </w:p>
        </w:tc>
      </w:tr>
      <w:tr>
        <w:trPr>
          <w:cantSplit/>
        </w:trPr>
        <w:tc>
          <w:tcPr>
            <w:tcW w:type="dxa" w:w="3946"/>
            <w:vAlign w:val="center"/>
          </w:tcPr>
          <w:p>
            <w:pPr>
              <w:keepNext/>
              <w:spacing w:after="40" w:before="40" w:line="252" w:lineRule="auto"/>
            </w:pPr>
            <w:r/>
            <w:r>
              <w:rPr>
                <w:b w:val="0"/>
                <w:color w:val="000000"/>
                <w:sz w:val="19"/>
              </w:rPr>
              <w:t>K</w:t>
            </w:r>
          </w:p>
        </w:tc>
        <w:tc>
          <w:tcPr>
            <w:tcW w:type="dxa" w:w="2959"/>
            <w:vAlign w:val="center"/>
          </w:tcPr>
          <w:p>
            <w:pPr>
              <w:keepNext/>
              <w:spacing w:after="40" w:before="40" w:line="252" w:lineRule="auto"/>
            </w:pPr>
            <w:r/>
            <w:r>
              <w:rPr>
                <w:b w:val="0"/>
                <w:color w:val="000000"/>
                <w:sz w:val="19"/>
              </w:rPr>
              <w:t>5</w:t>
            </w:r>
          </w:p>
        </w:tc>
        <w:tc>
          <w:tcPr>
            <w:tcW w:type="dxa" w:w="2959"/>
            <w:vAlign w:val="center"/>
          </w:tcPr>
          <w:p>
            <w:pPr>
              <w:keepNext/>
              <w:spacing w:after="40" w:before="40" w:line="252" w:lineRule="auto"/>
            </w:pPr>
            <w:r/>
            <w:r>
              <w:rPr>
                <w:b w:val="0"/>
                <w:color w:val="000000"/>
                <w:sz w:val="19"/>
              </w:rPr>
              <w:t>3,0</w:t>
            </w:r>
          </w:p>
        </w:tc>
      </w:tr>
      <w:tr>
        <w:trPr>
          <w:cantSplit/>
        </w:trPr>
        <w:tc>
          <w:tcPr>
            <w:tcW w:type="dxa" w:w="3946"/>
            <w:vAlign w:val="center"/>
          </w:tcPr>
          <w:p>
            <w:pPr>
              <w:keepNext/>
              <w:spacing w:after="40" w:before="40" w:line="252" w:lineRule="auto"/>
            </w:pPr>
            <w:r/>
            <w:r>
              <w:rPr>
                <w:b w:val="0"/>
                <w:color w:val="000000"/>
                <w:sz w:val="19"/>
              </w:rPr>
              <w:t>L</w:t>
            </w:r>
          </w:p>
        </w:tc>
        <w:tc>
          <w:tcPr>
            <w:tcW w:type="dxa" w:w="2959"/>
            <w:vAlign w:val="center"/>
          </w:tcPr>
          <w:p>
            <w:pPr>
              <w:keepNext/>
              <w:spacing w:after="40" w:before="40" w:line="252" w:lineRule="auto"/>
            </w:pPr>
            <w:r/>
            <w:r>
              <w:rPr>
                <w:b w:val="0"/>
                <w:color w:val="000000"/>
                <w:sz w:val="19"/>
              </w:rPr>
              <w:t>15</w:t>
            </w:r>
          </w:p>
        </w:tc>
        <w:tc>
          <w:tcPr>
            <w:tcW w:type="dxa" w:w="2959"/>
            <w:vAlign w:val="center"/>
          </w:tcPr>
          <w:p>
            <w:pPr>
              <w:keepNext/>
              <w:spacing w:after="40" w:before="40" w:line="252" w:lineRule="auto"/>
            </w:pPr>
            <w:r/>
            <w:r>
              <w:rPr>
                <w:b w:val="0"/>
                <w:color w:val="000000"/>
                <w:sz w:val="19"/>
              </w:rPr>
              <w:t>7,2</w:t>
            </w:r>
          </w:p>
        </w:tc>
      </w:tr>
      <w:tr>
        <w:trPr>
          <w:cantSplit/>
        </w:trPr>
        <w:tc>
          <w:tcPr>
            <w:tcW w:type="dxa" w:w="3946"/>
            <w:vAlign w:val="center"/>
          </w:tcPr>
          <w:p>
            <w:pPr>
              <w:keepNext/>
              <w:spacing w:after="40" w:before="40" w:line="252" w:lineRule="auto"/>
            </w:pPr>
            <w:r/>
            <w:r>
              <w:rPr>
                <w:b w:val="0"/>
                <w:color w:val="000000"/>
                <w:sz w:val="19"/>
              </w:rPr>
              <w:t>M</w:t>
            </w:r>
          </w:p>
        </w:tc>
        <w:tc>
          <w:tcPr>
            <w:tcW w:type="dxa" w:w="2959"/>
            <w:vAlign w:val="center"/>
          </w:tcPr>
          <w:p>
            <w:pPr>
              <w:keepNext/>
              <w:spacing w:after="40" w:before="40" w:line="252" w:lineRule="auto"/>
            </w:pPr>
            <w:r/>
            <w:r>
              <w:rPr>
                <w:b w:val="0"/>
                <w:color w:val="000000"/>
                <w:sz w:val="19"/>
              </w:rPr>
              <w:t>25</w:t>
            </w:r>
          </w:p>
        </w:tc>
        <w:tc>
          <w:tcPr>
            <w:tcW w:type="dxa" w:w="2959"/>
            <w:vAlign w:val="center"/>
          </w:tcPr>
          <w:p>
            <w:pPr>
              <w:keepNext/>
              <w:spacing w:after="40" w:before="40" w:line="252" w:lineRule="auto"/>
            </w:pPr>
            <w:r/>
            <w:r>
              <w:rPr>
                <w:b w:val="0"/>
                <w:color w:val="000000"/>
                <w:sz w:val="19"/>
              </w:rPr>
              <w:t>4,1</w:t>
            </w:r>
          </w:p>
        </w:tc>
      </w:tr>
    </w:tbl>
    <w:p>
      <w:pPr>
        <w:keepNext/>
        <w:spacing w:after="60" w:before="0" w:line="60" w:lineRule="exact"/>
      </w:pPr>
    </w:p>
    <w:p>
      <w:pPr>
        <w:keepNext/>
        <w:keepLines/>
      </w:pPr>
      <w:r>
        <w:rPr>
          <w:b/>
          <w:color w:val="000000"/>
        </w:rPr>
        <w:t xml:space="preserve">a) </w:t>
      </w:r>
      <w:r>
        <w:rPr>
          <w:b w:val="0"/>
          <w:color w:val="000000"/>
        </w:rPr>
        <w:t xml:space="preserve">Bu araştırma için sınanabilir bir hipotez yazınız. </w:t>
      </w:r>
      <w:r>
        <w:rPr>
          <w:b/>
          <w:color w:val="000000"/>
        </w:rPr>
        <w:t>(4 puan)</w:t>
      </w:r>
    </w:p>
    <w:p>
      <w:pPr>
        <w:keepNext/>
        <w:keepLines/>
      </w:pPr>
      <w:r>
        <w:rPr>
          <w:b/>
          <w:color w:val="000000"/>
        </w:rPr>
        <w:t xml:space="preserve">b) </w:t>
      </w:r>
      <w:r>
        <w:rPr>
          <w:b w:val="0"/>
          <w:color w:val="000000"/>
        </w:rPr>
        <w:t xml:space="preserve">Bağımsız ve bağımlı değişkenleri belirtiniz. </w:t>
      </w:r>
      <w:r>
        <w:rPr>
          <w:b/>
          <w:color w:val="000000"/>
        </w:rPr>
        <w:t>(8 puan)</w:t>
      </w:r>
    </w:p>
    <w:p>
      <w:pPr>
        <w:keepLines/>
      </w:pPr>
      <w:r>
        <w:rPr>
          <w:b/>
          <w:color w:val="000000"/>
        </w:rPr>
        <w:t xml:space="preserve">c) </w:t>
      </w:r>
      <w:r>
        <w:rPr>
          <w:b w:val="0"/>
          <w:color w:val="000000"/>
        </w:rPr>
        <w:t xml:space="preserve">“Su miktarı ne kadar artarsa büyüme her zaman o kadar artar.” yargısını verilerle değerlendiriniz. </w:t>
      </w:r>
      <w:r>
        <w:rPr>
          <w:b/>
          <w:color w:val="000000"/>
        </w:rPr>
        <w:t>(8 puan)</w:t>
      </w:r>
    </w:p>
    <w:p>
      <w:pPr>
        <w:spacing w:after="240"/>
      </w:pPr>
      <w:r>
        <w:rPr>
          <w:b w:val="0"/>
          <w:color w:val="000000"/>
        </w:rPr>
        <w:t>Cevap / işlem alanı: ........................................................................................................</w:t>
      </w:r>
    </w:p>
    <w:p>
      <w:pPr>
        <w:pStyle w:val="Heading2"/>
        <w:keepNext/>
        <w:keepLines/>
      </w:pPr>
      <w:r>
        <w:rPr>
          <w:b w:val="0"/>
          <w:color w:val="000000"/>
        </w:rPr>
        <w:t>Soru 4   20 puan</w:t>
      </w:r>
    </w:p>
    <w:p>
      <w:pPr>
        <w:keepNext/>
        <w:keepLines/>
      </w:pPr>
      <w:r>
        <w:rPr>
          <w:b w:val="0"/>
          <w:color w:val="000000"/>
        </w:rPr>
        <w:t>Bir öğrenci, gübrenin bitki büyümesine etkisini araştırmak için aynı türden iki fide kullanır. K fidesine her gün 20 mL su ve gübre, L fidesine ise 10 mL su verir ve gübre vermez. Fidelerin diğer koşulları aynıdır. Bir hafta sonra K daha çok büyümüştür.</w:t>
      </w:r>
    </w:p>
    <w:p>
      <w:pPr>
        <w:keepNext/>
        <w:keepLines/>
      </w:pPr>
      <w:r>
        <w:rPr>
          <w:b/>
          <w:color w:val="000000"/>
        </w:rPr>
        <w:t xml:space="preserve">a) </w:t>
      </w:r>
      <w:r>
        <w:rPr>
          <w:b w:val="0"/>
          <w:color w:val="000000"/>
        </w:rPr>
        <w:t xml:space="preserve">Bu deneyden büyüme farkının yalnızca gübreden kaynaklandığı söylenebilir mi? Gerekçelendiriniz. </w:t>
      </w:r>
      <w:r>
        <w:rPr>
          <w:b/>
          <w:color w:val="000000"/>
        </w:rPr>
        <w:t>(8 puan)</w:t>
      </w:r>
    </w:p>
    <w:p>
      <w:pPr>
        <w:keepLines/>
      </w:pPr>
      <w:r>
        <w:rPr>
          <w:b/>
          <w:color w:val="000000"/>
        </w:rPr>
        <w:t xml:space="preserve">b) </w:t>
      </w:r>
      <w:r>
        <w:rPr>
          <w:b w:val="0"/>
          <w:color w:val="000000"/>
        </w:rPr>
        <w:t xml:space="preserve">Gübrenin etkisini sınamak için deneyi yeniden tasarlayınız. Sulama, kontrol grubu ve güvenilirlik bakımından üç düzenleme yazınız. </w:t>
      </w:r>
      <w:r>
        <w:rPr>
          <w:b/>
          <w:color w:val="000000"/>
        </w:rPr>
        <w:t>(12 puan)</w:t>
      </w:r>
    </w:p>
    <w:p>
      <w:pPr>
        <w:spacing w:after="240"/>
      </w:pPr>
      <w:r>
        <w:rPr>
          <w:b w:val="0"/>
          <w:color w:val="000000"/>
        </w:rPr>
        <w:t>Cevap / işlem alanı: ........................................................................................................</w:t>
      </w:r>
    </w:p>
    <w:p>
      <w:pPr>
        <w:pStyle w:val="Heading2"/>
        <w:keepNext/>
        <w:keepLines/>
      </w:pPr>
      <w:r>
        <w:rPr>
          <w:b w:val="0"/>
          <w:color w:val="000000"/>
        </w:rPr>
        <w:t>Soru 5   20 puan</w:t>
      </w:r>
    </w:p>
    <w:p>
      <w:pPr>
        <w:keepNext/>
        <w:keepLines/>
      </w:pPr>
      <w:r>
        <w:rPr>
          <w:b w:val="0"/>
          <w:color w:val="000000"/>
        </w:rPr>
        <w:t>Bir araştırma grubu, belirli bir bitki türünün tohumlarının çimlenmesinde ışığın zorunlu olduğunu öne sürer. Aynı tohum partisinden, aynı sıcaklık ve nemde hazırlanan aydınlık ve karanlık grupların her birinde 30 tohum kullanılır. Aydınlıkta 24, karanlıkta 22 tohum çimlenir.</w:t>
      </w:r>
    </w:p>
    <w:p>
      <w:pPr>
        <w:keepNext/>
        <w:keepLines/>
      </w:pPr>
      <w:r>
        <w:rPr>
          <w:b/>
          <w:color w:val="000000"/>
        </w:rPr>
        <w:t xml:space="preserve">a) </w:t>
      </w:r>
      <w:r>
        <w:rPr>
          <w:b w:val="0"/>
          <w:color w:val="000000"/>
        </w:rPr>
        <w:t xml:space="preserve">Sonuçlar ışığın bu türün çimlenmesi için zorunlu olduğu hipotezini destekler mi? Kanıtla açıklayınız. </w:t>
      </w:r>
      <w:r>
        <w:rPr>
          <w:b/>
          <w:color w:val="000000"/>
        </w:rPr>
        <w:t>(8 puan)</w:t>
      </w:r>
    </w:p>
    <w:p>
      <w:pPr>
        <w:keepNext/>
        <w:keepLines/>
      </w:pPr>
      <w:r>
        <w:rPr>
          <w:b/>
          <w:color w:val="000000"/>
        </w:rPr>
        <w:t xml:space="preserve">b) </w:t>
      </w:r>
      <w:r>
        <w:rPr>
          <w:b w:val="0"/>
          <w:color w:val="000000"/>
        </w:rPr>
        <w:t xml:space="preserve">Araştırmanın güvenilirliğini değerlendirmek için yapılabilecek bir çalışma öneriniz. </w:t>
      </w:r>
      <w:r>
        <w:rPr>
          <w:b/>
          <w:color w:val="000000"/>
        </w:rPr>
        <w:t>(4 puan)</w:t>
      </w:r>
    </w:p>
    <w:p>
      <w:pPr>
        <w:keepLines/>
      </w:pPr>
      <w:r>
        <w:rPr>
          <w:b/>
          <w:color w:val="000000"/>
        </w:rPr>
        <w:t xml:space="preserve">c) </w:t>
      </w:r>
      <w:r>
        <w:rPr>
          <w:b w:val="0"/>
          <w:color w:val="000000"/>
        </w:rPr>
        <w:t xml:space="preserve">Bu sonuçlardan “Bütün bitkilerin çimlenmesinde ışık etkisizdir.” sonucuna neden ulaşılamaz? Bilimin doğasıyla ilişkilendiriniz. </w:t>
      </w:r>
      <w:r>
        <w:rPr>
          <w:b/>
          <w:color w:val="000000"/>
        </w:rPr>
        <w:t>(8 puan)</w:t>
      </w:r>
    </w:p>
    <w:p>
      <w:pPr>
        <w:spacing w:after="240"/>
      </w:pPr>
      <w:r>
        <w:rPr>
          <w:b w:val="0"/>
          <w:color w:val="000000"/>
        </w:rPr>
        <w:t>Cevap / işlem alanı: ........................................................................................................</w:t>
      </w:r>
    </w:p>
    <w:p>
      <w:r>
        <w:br w:type="page"/>
      </w:r>
    </w:p>
    <w:p>
      <w:pPr>
        <w:pStyle w:val="Heading1"/>
      </w:pPr>
      <w:r>
        <w:rPr>
          <w:b w:val="0"/>
          <w:color w:val="000000"/>
        </w:rPr>
        <w:t>Senaryo 2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laboratuvarda incelenecek DNA örneği çok azdır. Başka bir araştırma grubunda ise DNA üzerindeki belirli bir bölgenin hedeflenerek değiştirilmesi amaçlanmaktadır.</w:t>
      </w:r>
    </w:p>
    <w:p>
      <w:pPr>
        <w:keepNext/>
        <w:keepLines/>
      </w:pPr>
      <w:r>
        <w:rPr>
          <w:b/>
          <w:color w:val="000000"/>
        </w:rPr>
        <w:t xml:space="preserve">a) </w:t>
      </w:r>
      <w:r>
        <w:rPr>
          <w:b w:val="0"/>
          <w:color w:val="000000"/>
        </w:rPr>
        <w:t xml:space="preserve">İlk amaç için PCR, ikinci amaç için CRISPR-Cas sisteminin nasıl katkı sağlayabileceğini açıklayınız. </w:t>
      </w:r>
      <w:r>
        <w:rPr>
          <w:b/>
          <w:color w:val="000000"/>
        </w:rPr>
        <w:t>(8 puan)</w:t>
      </w:r>
    </w:p>
    <w:p>
      <w:pPr>
        <w:keepNext/>
        <w:keepLines/>
      </w:pPr>
      <w:r>
        <w:rPr>
          <w:b/>
          <w:color w:val="000000"/>
        </w:rPr>
        <w:t xml:space="preserve">b) </w:t>
      </w:r>
      <w:r>
        <w:rPr>
          <w:b w:val="0"/>
          <w:color w:val="000000"/>
        </w:rPr>
        <w:t xml:space="preserve">Bu iki gelişmenin insan yaşamına sağlayabileceği birer faydayı gerekçeleriyle yazınız. </w:t>
      </w:r>
      <w:r>
        <w:rPr>
          <w:b/>
          <w:color w:val="000000"/>
        </w:rPr>
        <w:t>(8 puan)</w:t>
      </w:r>
    </w:p>
    <w:p>
      <w:pPr>
        <w:keepLines/>
      </w:pPr>
      <w:r>
        <w:rPr>
          <w:b/>
          <w:color w:val="000000"/>
        </w:rPr>
        <w:t xml:space="preserve">c) </w:t>
      </w:r>
      <w:r>
        <w:rPr>
          <w:b w:val="0"/>
          <w:color w:val="000000"/>
        </w:rPr>
        <w:t xml:space="preserve">Bu yöntemleri aynı işlem olarak tanımlamak neden yanlıştır?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öğrenci, gübrenin bitki büyümesine etkisini araştırmak için aynı türden iki fide kullanır. K fidesine her gün 20 mL su ve gübre, L fidesine ise 10 mL su verir ve gübre vermez. Fidelerin diğer koşulları aynıdır. Bir hafta sonra K daha çok büyümüştür.</w:t>
      </w:r>
    </w:p>
    <w:p>
      <w:pPr>
        <w:keepNext/>
        <w:keepLines/>
      </w:pPr>
      <w:r>
        <w:rPr>
          <w:b/>
          <w:color w:val="000000"/>
        </w:rPr>
        <w:t xml:space="preserve">a) </w:t>
      </w:r>
      <w:r>
        <w:rPr>
          <w:b w:val="0"/>
          <w:color w:val="000000"/>
        </w:rPr>
        <w:t xml:space="preserve">Bu deneyden büyüme farkının yalnızca gübreden kaynaklandığı söylenebilir mi? Gerekçelendiriniz. </w:t>
      </w:r>
      <w:r>
        <w:rPr>
          <w:b/>
          <w:color w:val="000000"/>
        </w:rPr>
        <w:t>(8 puan)</w:t>
      </w:r>
    </w:p>
    <w:p>
      <w:pPr>
        <w:keepLines/>
      </w:pPr>
      <w:r>
        <w:rPr>
          <w:b/>
          <w:color w:val="000000"/>
        </w:rPr>
        <w:t xml:space="preserve">b) </w:t>
      </w:r>
      <w:r>
        <w:rPr>
          <w:b w:val="0"/>
          <w:color w:val="000000"/>
        </w:rPr>
        <w:t xml:space="preserve">Gübrenin etkisini sınamak için deneyi yeniden tasarlayınız. Sulama, kontrol grubu ve güvenilirlik bakımından üç düzenleme yazınız. </w:t>
      </w:r>
      <w:r>
        <w:rPr>
          <w:b/>
          <w:color w:val="000000"/>
        </w:rPr>
        <w:t>(12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araştırma grubu, belirli bir bitki türünün tohumlarının çimlenmesinde ışığın zorunlu olduğunu öne sürer. Aynı tohum partisinden, aynı sıcaklık ve nemde hazırlanan aydınlık ve karanlık grupların her birinde 30 tohum kullanılır. Aydınlıkta 24, karanlıkta 22 tohum çimlenir.</w:t>
      </w:r>
    </w:p>
    <w:p>
      <w:pPr>
        <w:keepNext/>
        <w:keepLines/>
      </w:pPr>
      <w:r>
        <w:rPr>
          <w:b/>
          <w:color w:val="000000"/>
        </w:rPr>
        <w:t xml:space="preserve">a) </w:t>
      </w:r>
      <w:r>
        <w:rPr>
          <w:b w:val="0"/>
          <w:color w:val="000000"/>
        </w:rPr>
        <w:t xml:space="preserve">Sonuçlar ışığın bu türün çimlenmesi için zorunlu olduğu hipotezini destekler mi? Kanıtla açıklayınız. </w:t>
      </w:r>
      <w:r>
        <w:rPr>
          <w:b/>
          <w:color w:val="000000"/>
        </w:rPr>
        <w:t>(6 puan)</w:t>
      </w:r>
    </w:p>
    <w:p>
      <w:pPr>
        <w:keepNext/>
        <w:keepLines/>
      </w:pPr>
      <w:r>
        <w:rPr>
          <w:b/>
          <w:color w:val="000000"/>
        </w:rPr>
        <w:t xml:space="preserve">b) </w:t>
      </w:r>
      <w:r>
        <w:rPr>
          <w:b w:val="0"/>
          <w:color w:val="000000"/>
        </w:rPr>
        <w:t xml:space="preserve">Araştırmanın güvenilirliğini değerlendirmek için yapılabilecek bir çalışma öneriniz. </w:t>
      </w:r>
      <w:r>
        <w:rPr>
          <w:b/>
          <w:color w:val="000000"/>
        </w:rPr>
        <w:t>(3 puan)</w:t>
      </w:r>
    </w:p>
    <w:p>
      <w:pPr>
        <w:keepLines/>
      </w:pPr>
      <w:r>
        <w:rPr>
          <w:b/>
          <w:color w:val="000000"/>
        </w:rPr>
        <w:t xml:space="preserve">c) </w:t>
      </w:r>
      <w:r>
        <w:rPr>
          <w:b w:val="0"/>
          <w:color w:val="000000"/>
        </w:rPr>
        <w:t xml:space="preserve">Bu sonuçlardan “Bütün bitkilerin çimlenmesinde ışık etkisizdir.” sonucuna neden ulaşılamaz? Bilimin doğasıyla ilişkilendiriniz. </w:t>
      </w:r>
      <w:r>
        <w:rPr>
          <w:b/>
          <w:color w:val="000000"/>
        </w:rPr>
        <w:t>(6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Aynı tür ve başlangıç boyundaki fideler rastgele üç gruba ayrılmıştır. Işık, sıcaklık, saksı, toprak ve deney süresi aynı tutulmuştur. Her grupta 10 fide bulunur. Yedi gün sonunda ortalama boy artışları aşağıdaki gibidir.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Grup</w:t>
            </w:r>
          </w:p>
        </w:tc>
        <w:tc>
          <w:tcPr>
            <w:tcW w:type="dxa" w:w="2959"/>
            <w:vAlign w:val="center"/>
            <w:shd w:fill="DEEAF6"/>
          </w:tcPr>
          <w:p>
            <w:pPr>
              <w:keepNext/>
              <w:spacing w:after="40" w:before="40" w:line="252" w:lineRule="auto"/>
            </w:pPr>
            <w:r/>
            <w:r>
              <w:rPr>
                <w:b/>
                <w:color w:val="000000"/>
                <w:sz w:val="19"/>
              </w:rPr>
              <w:t>Günlük su (mL)</w:t>
            </w:r>
          </w:p>
        </w:tc>
        <w:tc>
          <w:tcPr>
            <w:tcW w:type="dxa" w:w="2959"/>
            <w:vAlign w:val="center"/>
            <w:shd w:fill="DEEAF6"/>
          </w:tcPr>
          <w:p>
            <w:pPr>
              <w:keepNext/>
              <w:spacing w:after="40" w:before="40" w:line="252" w:lineRule="auto"/>
            </w:pPr>
            <w:r/>
            <w:r>
              <w:rPr>
                <w:b/>
                <w:color w:val="000000"/>
                <w:sz w:val="19"/>
              </w:rPr>
              <w:t>Ortalama boy artışı (cm)</w:t>
            </w:r>
          </w:p>
        </w:tc>
      </w:tr>
      <w:tr>
        <w:trPr>
          <w:cantSplit/>
        </w:trPr>
        <w:tc>
          <w:tcPr>
            <w:tcW w:type="dxa" w:w="3946"/>
            <w:vAlign w:val="center"/>
          </w:tcPr>
          <w:p>
            <w:pPr>
              <w:keepNext/>
              <w:spacing w:after="40" w:before="40" w:line="252" w:lineRule="auto"/>
            </w:pPr>
            <w:r/>
            <w:r>
              <w:rPr>
                <w:b w:val="0"/>
                <w:color w:val="000000"/>
                <w:sz w:val="19"/>
              </w:rPr>
              <w:t>K</w:t>
            </w:r>
          </w:p>
        </w:tc>
        <w:tc>
          <w:tcPr>
            <w:tcW w:type="dxa" w:w="2959"/>
            <w:vAlign w:val="center"/>
          </w:tcPr>
          <w:p>
            <w:pPr>
              <w:keepNext/>
              <w:spacing w:after="40" w:before="40" w:line="252" w:lineRule="auto"/>
            </w:pPr>
            <w:r/>
            <w:r>
              <w:rPr>
                <w:b w:val="0"/>
                <w:color w:val="000000"/>
                <w:sz w:val="19"/>
              </w:rPr>
              <w:t>5</w:t>
            </w:r>
          </w:p>
        </w:tc>
        <w:tc>
          <w:tcPr>
            <w:tcW w:type="dxa" w:w="2959"/>
            <w:vAlign w:val="center"/>
          </w:tcPr>
          <w:p>
            <w:pPr>
              <w:keepNext/>
              <w:spacing w:after="40" w:before="40" w:line="252" w:lineRule="auto"/>
            </w:pPr>
            <w:r/>
            <w:r>
              <w:rPr>
                <w:b w:val="0"/>
                <w:color w:val="000000"/>
                <w:sz w:val="19"/>
              </w:rPr>
              <w:t>3,0</w:t>
            </w:r>
          </w:p>
        </w:tc>
      </w:tr>
      <w:tr>
        <w:trPr>
          <w:cantSplit/>
        </w:trPr>
        <w:tc>
          <w:tcPr>
            <w:tcW w:type="dxa" w:w="3946"/>
            <w:vAlign w:val="center"/>
          </w:tcPr>
          <w:p>
            <w:pPr>
              <w:keepNext/>
              <w:spacing w:after="40" w:before="40" w:line="252" w:lineRule="auto"/>
            </w:pPr>
            <w:r/>
            <w:r>
              <w:rPr>
                <w:b w:val="0"/>
                <w:color w:val="000000"/>
                <w:sz w:val="19"/>
              </w:rPr>
              <w:t>L</w:t>
            </w:r>
          </w:p>
        </w:tc>
        <w:tc>
          <w:tcPr>
            <w:tcW w:type="dxa" w:w="2959"/>
            <w:vAlign w:val="center"/>
          </w:tcPr>
          <w:p>
            <w:pPr>
              <w:keepNext/>
              <w:spacing w:after="40" w:before="40" w:line="252" w:lineRule="auto"/>
            </w:pPr>
            <w:r/>
            <w:r>
              <w:rPr>
                <w:b w:val="0"/>
                <w:color w:val="000000"/>
                <w:sz w:val="19"/>
              </w:rPr>
              <w:t>15</w:t>
            </w:r>
          </w:p>
        </w:tc>
        <w:tc>
          <w:tcPr>
            <w:tcW w:type="dxa" w:w="2959"/>
            <w:vAlign w:val="center"/>
          </w:tcPr>
          <w:p>
            <w:pPr>
              <w:keepNext/>
              <w:spacing w:after="40" w:before="40" w:line="252" w:lineRule="auto"/>
            </w:pPr>
            <w:r/>
            <w:r>
              <w:rPr>
                <w:b w:val="0"/>
                <w:color w:val="000000"/>
                <w:sz w:val="19"/>
              </w:rPr>
              <w:t>7,2</w:t>
            </w:r>
          </w:p>
        </w:tc>
      </w:tr>
      <w:tr>
        <w:trPr>
          <w:cantSplit/>
        </w:trPr>
        <w:tc>
          <w:tcPr>
            <w:tcW w:type="dxa" w:w="3946"/>
            <w:vAlign w:val="center"/>
          </w:tcPr>
          <w:p>
            <w:pPr>
              <w:keepNext/>
              <w:spacing w:after="40" w:before="40" w:line="252" w:lineRule="auto"/>
            </w:pPr>
            <w:r/>
            <w:r>
              <w:rPr>
                <w:b w:val="0"/>
                <w:color w:val="000000"/>
                <w:sz w:val="19"/>
              </w:rPr>
              <w:t>M</w:t>
            </w:r>
          </w:p>
        </w:tc>
        <w:tc>
          <w:tcPr>
            <w:tcW w:type="dxa" w:w="2959"/>
            <w:vAlign w:val="center"/>
          </w:tcPr>
          <w:p>
            <w:pPr>
              <w:keepNext/>
              <w:spacing w:after="40" w:before="40" w:line="252" w:lineRule="auto"/>
            </w:pPr>
            <w:r/>
            <w:r>
              <w:rPr>
                <w:b w:val="0"/>
                <w:color w:val="000000"/>
                <w:sz w:val="19"/>
              </w:rPr>
              <w:t>25</w:t>
            </w:r>
          </w:p>
        </w:tc>
        <w:tc>
          <w:tcPr>
            <w:tcW w:type="dxa" w:w="2959"/>
            <w:vAlign w:val="center"/>
          </w:tcPr>
          <w:p>
            <w:pPr>
              <w:keepNext/>
              <w:spacing w:after="40" w:before="40" w:line="252" w:lineRule="auto"/>
            </w:pPr>
            <w:r/>
            <w:r>
              <w:rPr>
                <w:b w:val="0"/>
                <w:color w:val="000000"/>
                <w:sz w:val="19"/>
              </w:rPr>
              <w:t>4,1</w:t>
            </w:r>
          </w:p>
        </w:tc>
      </w:tr>
    </w:tbl>
    <w:p>
      <w:pPr>
        <w:keepNext/>
        <w:spacing w:after="60" w:before="0" w:line="60" w:lineRule="exact"/>
      </w:pPr>
    </w:p>
    <w:p>
      <w:pPr>
        <w:keepNext/>
        <w:keepLines/>
      </w:pPr>
      <w:r>
        <w:rPr>
          <w:b/>
          <w:color w:val="000000"/>
        </w:rPr>
        <w:t xml:space="preserve">a) </w:t>
      </w:r>
      <w:r>
        <w:rPr>
          <w:b w:val="0"/>
          <w:color w:val="000000"/>
        </w:rPr>
        <w:t xml:space="preserve">Bu araştırma için sınanabilir bir hipotez yazınız. </w:t>
      </w:r>
      <w:r>
        <w:rPr>
          <w:b/>
          <w:color w:val="000000"/>
        </w:rPr>
        <w:t>(3 puan)</w:t>
      </w:r>
    </w:p>
    <w:p>
      <w:pPr>
        <w:keepNext/>
        <w:keepLines/>
      </w:pPr>
      <w:r>
        <w:rPr>
          <w:b/>
          <w:color w:val="000000"/>
        </w:rPr>
        <w:t xml:space="preserve">b) </w:t>
      </w:r>
      <w:r>
        <w:rPr>
          <w:b w:val="0"/>
          <w:color w:val="000000"/>
        </w:rPr>
        <w:t xml:space="preserve">Bağımsız ve bağımlı değişkenleri belirtiniz. </w:t>
      </w:r>
      <w:r>
        <w:rPr>
          <w:b/>
          <w:color w:val="000000"/>
        </w:rPr>
        <w:t>(6 puan)</w:t>
      </w:r>
    </w:p>
    <w:p>
      <w:pPr>
        <w:keepLines/>
      </w:pPr>
      <w:r>
        <w:rPr>
          <w:b/>
          <w:color w:val="000000"/>
        </w:rPr>
        <w:t xml:space="preserve">c) </w:t>
      </w:r>
      <w:r>
        <w:rPr>
          <w:b w:val="0"/>
          <w:color w:val="000000"/>
        </w:rPr>
        <w:t xml:space="preserve">“Su miktarı ne kadar artarsa büyüme her zaman o kadar artar.” yargısını verilerle değerlendiriniz. </w:t>
      </w:r>
      <w:r>
        <w:rPr>
          <w:b/>
          <w:color w:val="000000"/>
        </w:rPr>
        <w:t>(6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gözlem defterinde şu kayıtlar yer alır: I. Uygun koşullardaki bakteri kültüründe bakteri sayısı artmıştır. II. Koşan bir insanın terlediği ve vücut sıcaklığının normal aralığa döndüğü ölçülmüştür.</w:t>
      </w:r>
    </w:p>
    <w:p>
      <w:pPr>
        <w:keepNext/>
        <w:keepLines/>
      </w:pPr>
      <w:r>
        <w:rPr>
          <w:b/>
          <w:color w:val="000000"/>
        </w:rPr>
        <w:t xml:space="preserve">a) </w:t>
      </w:r>
      <w:r>
        <w:rPr>
          <w:b w:val="0"/>
          <w:color w:val="000000"/>
        </w:rPr>
        <w:t xml:space="preserve">I. kaydın gösterdiği canlılık özelliğini yazınız. Tek bir bakterinin irileşmesiyle farkını açıklayınız. </w:t>
      </w:r>
      <w:r>
        <w:rPr>
          <w:b/>
          <w:color w:val="000000"/>
        </w:rPr>
        <w:t>(6 puan)</w:t>
      </w:r>
    </w:p>
    <w:p>
      <w:pPr>
        <w:keepNext/>
        <w:keepLines/>
      </w:pPr>
      <w:r>
        <w:rPr>
          <w:b/>
          <w:color w:val="000000"/>
        </w:rPr>
        <w:t xml:space="preserve">b) </w:t>
      </w:r>
      <w:r>
        <w:rPr>
          <w:b w:val="0"/>
          <w:color w:val="000000"/>
        </w:rPr>
        <w:t xml:space="preserve">II. kayıtta terlemenin iç dengeye katkısını açıklayınız. </w:t>
      </w:r>
      <w:r>
        <w:rPr>
          <w:b/>
          <w:color w:val="000000"/>
        </w:rPr>
        <w:t>(6 puan)</w:t>
      </w:r>
    </w:p>
    <w:p>
      <w:pPr>
        <w:keepLines/>
      </w:pPr>
      <w:r>
        <w:rPr>
          <w:b/>
          <w:color w:val="000000"/>
        </w:rPr>
        <w:t xml:space="preserve">c) </w:t>
      </w:r>
      <w:r>
        <w:rPr>
          <w:b w:val="0"/>
          <w:color w:val="000000"/>
        </w:rPr>
        <w:t xml:space="preserve">Bu iki gözlem, bütün bireylerin yaşamlarını sürdürebilmek için üremek zorunda olduğunu gösterir mi? Açıklayınız.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öğrenci aynı fasulye fidesinin boyunu her gün aynı saatte ölçer: pazartesi 6 cm, perşembe 8 cm, pazar 11 cm. Ayrıca pencere yanındaki fidenin gövdesinin zamanla ışığa doğru eğildiğini kaydeder.</w:t>
      </w:r>
    </w:p>
    <w:p>
      <w:pPr>
        <w:keepNext/>
        <w:keepLines/>
      </w:pPr>
      <w:r>
        <w:rPr>
          <w:b/>
          <w:color w:val="000000"/>
        </w:rPr>
        <w:t xml:space="preserve">a) </w:t>
      </w:r>
      <w:r>
        <w:rPr>
          <w:b w:val="0"/>
          <w:color w:val="000000"/>
        </w:rPr>
        <w:t xml:space="preserve">Boy ölçümlerinin ve ışığa eğilmenin gösterdiği iki canlılık özelliğini, ilgili gözlemle birlikte açıklayınız. </w:t>
      </w:r>
      <w:r>
        <w:rPr>
          <w:b/>
          <w:color w:val="000000"/>
        </w:rPr>
        <w:t>(6 puan)</w:t>
      </w:r>
    </w:p>
    <w:p>
      <w:pPr>
        <w:keepNext/>
        <w:keepLines/>
      </w:pPr>
      <w:r>
        <w:rPr>
          <w:b/>
          <w:color w:val="000000"/>
        </w:rPr>
        <w:t xml:space="preserve">b) </w:t>
      </w:r>
      <w:r>
        <w:rPr>
          <w:b w:val="0"/>
          <w:color w:val="000000"/>
        </w:rPr>
        <w:t xml:space="preserve">Bu özelliklerden biri için bir hayvanda gözlenebilecek benzer bir örnek yazınız. </w:t>
      </w:r>
      <w:r>
        <w:rPr>
          <w:b/>
          <w:color w:val="000000"/>
        </w:rPr>
        <w:t>(3 puan)</w:t>
      </w:r>
    </w:p>
    <w:p>
      <w:pPr>
        <w:keepLines/>
      </w:pPr>
      <w:r>
        <w:rPr>
          <w:b/>
          <w:color w:val="000000"/>
        </w:rPr>
        <w:t xml:space="preserve">c) </w:t>
      </w:r>
      <w:r>
        <w:rPr>
          <w:b w:val="0"/>
          <w:color w:val="000000"/>
        </w:rPr>
        <w:t xml:space="preserve">Gözlemleri daha nesnel ve karşılaştırılabilir kaydetmek için iki uygulama öneriniz. </w:t>
      </w:r>
      <w:r>
        <w:rPr>
          <w:b/>
          <w:color w:val="000000"/>
        </w:rPr>
        <w:t>(6 puan)</w:t>
      </w:r>
    </w:p>
    <w:p>
      <w:pPr>
        <w:spacing w:after="240"/>
      </w:pPr>
      <w:r>
        <w:rPr>
          <w:b w:val="0"/>
          <w:color w:val="000000"/>
        </w:rPr>
        <w:t>Cevap / işlem alanı: ........................................................................................................</w:t>
      </w:r>
    </w:p>
    <w:p>
      <w:r>
        <w:br w:type="page"/>
      </w:r>
    </w:p>
    <w:p>
      <w:pPr>
        <w:pStyle w:val="Heading1"/>
      </w:pPr>
      <w:r>
        <w:rPr>
          <w:b w:val="0"/>
          <w:color w:val="000000"/>
        </w:rPr>
        <w:t>Senaryo 3 Sorular</w:t>
      </w:r>
    </w:p>
    <w:p>
      <w:r>
        <w:rPr>
          <w:b w:val="0"/>
          <w:color w:val="000000"/>
        </w:rPr>
        <w:t>5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araştırmacı, bakteri yetiştirdiği kapta bir küfün çevresinde bakterilerin çoğalmadığını fark eder. Sonraki araştırmalar, küfün ürettiği bir maddenin belirli bakterilerin çoğalmasını engelleyebildiğini gösterir.</w:t>
      </w:r>
    </w:p>
    <w:p>
      <w:pPr>
        <w:keepNext/>
        <w:keepLines/>
      </w:pPr>
      <w:r>
        <w:rPr>
          <w:b/>
          <w:color w:val="000000"/>
        </w:rPr>
        <w:t xml:space="preserve">a) </w:t>
      </w:r>
      <w:r>
        <w:rPr>
          <w:b w:val="0"/>
          <w:color w:val="000000"/>
        </w:rPr>
        <w:t xml:space="preserve">Bu olayın ilişkilendirildiği bilim insanını ve biyolojideki gelişmeyi yazınız. </w:t>
      </w:r>
      <w:r>
        <w:rPr>
          <w:b/>
          <w:color w:val="000000"/>
        </w:rPr>
        <w:t>(8 puan)</w:t>
      </w:r>
    </w:p>
    <w:p>
      <w:pPr>
        <w:keepNext/>
        <w:keepLines/>
      </w:pPr>
      <w:r>
        <w:rPr>
          <w:b/>
          <w:color w:val="000000"/>
        </w:rPr>
        <w:t xml:space="preserve">b) </w:t>
      </w:r>
      <w:r>
        <w:rPr>
          <w:b w:val="0"/>
          <w:color w:val="000000"/>
        </w:rPr>
        <w:t xml:space="preserve">Bu gelişmenin insan yaşamına iki katkısını nedenleriyle açıklayınız. </w:t>
      </w:r>
      <w:r>
        <w:rPr>
          <w:b/>
          <w:color w:val="000000"/>
        </w:rPr>
        <w:t>(8 puan)</w:t>
      </w:r>
    </w:p>
    <w:p>
      <w:pPr>
        <w:keepLines/>
      </w:pPr>
      <w:r>
        <w:rPr>
          <w:b/>
          <w:color w:val="000000"/>
        </w:rPr>
        <w:t xml:space="preserve">c) </w:t>
      </w:r>
      <w:r>
        <w:rPr>
          <w:b w:val="0"/>
          <w:color w:val="000000"/>
        </w:rPr>
        <w:t xml:space="preserve">Bu bulgu, söz konusu maddenin bütün hastalıkları tedavi ettiğini gösterir mi? Gerekçelendiriniz.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araştırma grubu, belirli bir bitki türünün tohumlarının çimlenmesinde ışığın zorunlu olduğunu öne sürer. Aynı tohum partisinden, aynı sıcaklık ve nemde hazırlanan aydınlık ve karanlık grupların her birinde 30 tohum kullanılır. Aydınlıkta 24, karanlıkta 22 tohum çimlenir.</w:t>
      </w:r>
    </w:p>
    <w:p>
      <w:pPr>
        <w:keepNext/>
        <w:keepLines/>
      </w:pPr>
      <w:r>
        <w:rPr>
          <w:b/>
          <w:color w:val="000000"/>
        </w:rPr>
        <w:t xml:space="preserve">a) </w:t>
      </w:r>
      <w:r>
        <w:rPr>
          <w:b w:val="0"/>
          <w:color w:val="000000"/>
        </w:rPr>
        <w:t xml:space="preserve">Sonuçlar ışığın bu türün çimlenmesi için zorunlu olduğu hipotezini destekler mi? Kanıtla açıklayınız. </w:t>
      </w:r>
      <w:r>
        <w:rPr>
          <w:b/>
          <w:color w:val="000000"/>
        </w:rPr>
        <w:t>(8 puan)</w:t>
      </w:r>
    </w:p>
    <w:p>
      <w:pPr>
        <w:keepNext/>
        <w:keepLines/>
      </w:pPr>
      <w:r>
        <w:rPr>
          <w:b/>
          <w:color w:val="000000"/>
        </w:rPr>
        <w:t xml:space="preserve">b) </w:t>
      </w:r>
      <w:r>
        <w:rPr>
          <w:b w:val="0"/>
          <w:color w:val="000000"/>
        </w:rPr>
        <w:t xml:space="preserve">Araştırmanın güvenilirliğini değerlendirmek için yapılabilecek bir çalışma öneriniz. </w:t>
      </w:r>
      <w:r>
        <w:rPr>
          <w:b/>
          <w:color w:val="000000"/>
        </w:rPr>
        <w:t>(4 puan)</w:t>
      </w:r>
    </w:p>
    <w:p>
      <w:pPr>
        <w:keepLines/>
      </w:pPr>
      <w:r>
        <w:rPr>
          <w:b/>
          <w:color w:val="000000"/>
        </w:rPr>
        <w:t xml:space="preserve">c) </w:t>
      </w:r>
      <w:r>
        <w:rPr>
          <w:b w:val="0"/>
          <w:color w:val="000000"/>
        </w:rPr>
        <w:t xml:space="preserve">Bu sonuçlardan “Bütün bitkilerin çimlenmesinde ışık etkisizdir.” sonucuna neden ulaşılamaz? Bilimin doğasıyla ilişkilendiriniz. </w:t>
      </w:r>
      <w:r>
        <w:rPr>
          <w:b/>
          <w:color w:val="000000"/>
        </w:rPr>
        <w:t>(8 puan)</w:t>
      </w:r>
    </w:p>
    <w:p>
      <w:pPr>
        <w:spacing w:after="240"/>
      </w:pPr>
      <w:r>
        <w:rPr>
          <w:b w:val="0"/>
          <w:color w:val="000000"/>
        </w:rPr>
        <w:t>Cevap / işlem alanı: ........................................................................................................</w:t>
      </w:r>
    </w:p>
    <w:p>
      <w:pPr>
        <w:pStyle w:val="Heading2"/>
        <w:keepNext/>
        <w:keepLines/>
      </w:pPr>
      <w:r>
        <w:rPr>
          <w:b w:val="0"/>
          <w:color w:val="000000"/>
        </w:rPr>
        <w:t>Soru 3   20 puan</w:t>
      </w:r>
    </w:p>
    <w:p>
      <w:pPr>
        <w:keepNext/>
        <w:keepLines/>
      </w:pPr>
      <w:r>
        <w:rPr>
          <w:b w:val="0"/>
          <w:color w:val="000000"/>
        </w:rPr>
        <w:t>Aynı tür ve başlangıç boyundaki fideler rastgele üç gruba ayrılmıştır. Işık, sıcaklık, saksı, toprak ve deney süresi aynı tutulmuştur. Her grupta 10 fide bulunur. Yedi gün sonunda ortalama boy artışları aşağıdaki gibidir.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Grup</w:t>
            </w:r>
          </w:p>
        </w:tc>
        <w:tc>
          <w:tcPr>
            <w:tcW w:type="dxa" w:w="2959"/>
            <w:vAlign w:val="center"/>
            <w:shd w:fill="DEEAF6"/>
          </w:tcPr>
          <w:p>
            <w:pPr>
              <w:keepNext/>
              <w:spacing w:after="40" w:before="40" w:line="252" w:lineRule="auto"/>
            </w:pPr>
            <w:r/>
            <w:r>
              <w:rPr>
                <w:b/>
                <w:color w:val="000000"/>
                <w:sz w:val="19"/>
              </w:rPr>
              <w:t>Günlük su (mL)</w:t>
            </w:r>
          </w:p>
        </w:tc>
        <w:tc>
          <w:tcPr>
            <w:tcW w:type="dxa" w:w="2959"/>
            <w:vAlign w:val="center"/>
            <w:shd w:fill="DEEAF6"/>
          </w:tcPr>
          <w:p>
            <w:pPr>
              <w:keepNext/>
              <w:spacing w:after="40" w:before="40" w:line="252" w:lineRule="auto"/>
            </w:pPr>
            <w:r/>
            <w:r>
              <w:rPr>
                <w:b/>
                <w:color w:val="000000"/>
                <w:sz w:val="19"/>
              </w:rPr>
              <w:t>Ortalama boy artışı (cm)</w:t>
            </w:r>
          </w:p>
        </w:tc>
      </w:tr>
      <w:tr>
        <w:trPr>
          <w:cantSplit/>
        </w:trPr>
        <w:tc>
          <w:tcPr>
            <w:tcW w:type="dxa" w:w="3946"/>
            <w:vAlign w:val="center"/>
          </w:tcPr>
          <w:p>
            <w:pPr>
              <w:keepNext/>
              <w:spacing w:after="40" w:before="40" w:line="252" w:lineRule="auto"/>
            </w:pPr>
            <w:r/>
            <w:r>
              <w:rPr>
                <w:b w:val="0"/>
                <w:color w:val="000000"/>
                <w:sz w:val="19"/>
              </w:rPr>
              <w:t>K</w:t>
            </w:r>
          </w:p>
        </w:tc>
        <w:tc>
          <w:tcPr>
            <w:tcW w:type="dxa" w:w="2959"/>
            <w:vAlign w:val="center"/>
          </w:tcPr>
          <w:p>
            <w:pPr>
              <w:keepNext/>
              <w:spacing w:after="40" w:before="40" w:line="252" w:lineRule="auto"/>
            </w:pPr>
            <w:r/>
            <w:r>
              <w:rPr>
                <w:b w:val="0"/>
                <w:color w:val="000000"/>
                <w:sz w:val="19"/>
              </w:rPr>
              <w:t>5</w:t>
            </w:r>
          </w:p>
        </w:tc>
        <w:tc>
          <w:tcPr>
            <w:tcW w:type="dxa" w:w="2959"/>
            <w:vAlign w:val="center"/>
          </w:tcPr>
          <w:p>
            <w:pPr>
              <w:keepNext/>
              <w:spacing w:after="40" w:before="40" w:line="252" w:lineRule="auto"/>
            </w:pPr>
            <w:r/>
            <w:r>
              <w:rPr>
                <w:b w:val="0"/>
                <w:color w:val="000000"/>
                <w:sz w:val="19"/>
              </w:rPr>
              <w:t>3,0</w:t>
            </w:r>
          </w:p>
        </w:tc>
      </w:tr>
      <w:tr>
        <w:trPr>
          <w:cantSplit/>
        </w:trPr>
        <w:tc>
          <w:tcPr>
            <w:tcW w:type="dxa" w:w="3946"/>
            <w:vAlign w:val="center"/>
          </w:tcPr>
          <w:p>
            <w:pPr>
              <w:keepNext/>
              <w:spacing w:after="40" w:before="40" w:line="252" w:lineRule="auto"/>
            </w:pPr>
            <w:r/>
            <w:r>
              <w:rPr>
                <w:b w:val="0"/>
                <w:color w:val="000000"/>
                <w:sz w:val="19"/>
              </w:rPr>
              <w:t>L</w:t>
            </w:r>
          </w:p>
        </w:tc>
        <w:tc>
          <w:tcPr>
            <w:tcW w:type="dxa" w:w="2959"/>
            <w:vAlign w:val="center"/>
          </w:tcPr>
          <w:p>
            <w:pPr>
              <w:keepNext/>
              <w:spacing w:after="40" w:before="40" w:line="252" w:lineRule="auto"/>
            </w:pPr>
            <w:r/>
            <w:r>
              <w:rPr>
                <w:b w:val="0"/>
                <w:color w:val="000000"/>
                <w:sz w:val="19"/>
              </w:rPr>
              <w:t>15</w:t>
            </w:r>
          </w:p>
        </w:tc>
        <w:tc>
          <w:tcPr>
            <w:tcW w:type="dxa" w:w="2959"/>
            <w:vAlign w:val="center"/>
          </w:tcPr>
          <w:p>
            <w:pPr>
              <w:keepNext/>
              <w:spacing w:after="40" w:before="40" w:line="252" w:lineRule="auto"/>
            </w:pPr>
            <w:r/>
            <w:r>
              <w:rPr>
                <w:b w:val="0"/>
                <w:color w:val="000000"/>
                <w:sz w:val="19"/>
              </w:rPr>
              <w:t>7,2</w:t>
            </w:r>
          </w:p>
        </w:tc>
      </w:tr>
      <w:tr>
        <w:trPr>
          <w:cantSplit/>
        </w:trPr>
        <w:tc>
          <w:tcPr>
            <w:tcW w:type="dxa" w:w="3946"/>
            <w:vAlign w:val="center"/>
          </w:tcPr>
          <w:p>
            <w:pPr>
              <w:keepNext/>
              <w:spacing w:after="40" w:before="40" w:line="252" w:lineRule="auto"/>
            </w:pPr>
            <w:r/>
            <w:r>
              <w:rPr>
                <w:b w:val="0"/>
                <w:color w:val="000000"/>
                <w:sz w:val="19"/>
              </w:rPr>
              <w:t>M</w:t>
            </w:r>
          </w:p>
        </w:tc>
        <w:tc>
          <w:tcPr>
            <w:tcW w:type="dxa" w:w="2959"/>
            <w:vAlign w:val="center"/>
          </w:tcPr>
          <w:p>
            <w:pPr>
              <w:keepNext/>
              <w:spacing w:after="40" w:before="40" w:line="252" w:lineRule="auto"/>
            </w:pPr>
            <w:r/>
            <w:r>
              <w:rPr>
                <w:b w:val="0"/>
                <w:color w:val="000000"/>
                <w:sz w:val="19"/>
              </w:rPr>
              <w:t>25</w:t>
            </w:r>
          </w:p>
        </w:tc>
        <w:tc>
          <w:tcPr>
            <w:tcW w:type="dxa" w:w="2959"/>
            <w:vAlign w:val="center"/>
          </w:tcPr>
          <w:p>
            <w:pPr>
              <w:keepNext/>
              <w:spacing w:after="40" w:before="40" w:line="252" w:lineRule="auto"/>
            </w:pPr>
            <w:r/>
            <w:r>
              <w:rPr>
                <w:b w:val="0"/>
                <w:color w:val="000000"/>
                <w:sz w:val="19"/>
              </w:rPr>
              <w:t>4,1</w:t>
            </w:r>
          </w:p>
        </w:tc>
      </w:tr>
    </w:tbl>
    <w:p>
      <w:pPr>
        <w:keepNext/>
        <w:spacing w:after="60" w:before="0" w:line="60" w:lineRule="exact"/>
      </w:pPr>
    </w:p>
    <w:p>
      <w:pPr>
        <w:keepNext/>
        <w:keepLines/>
      </w:pPr>
      <w:r>
        <w:rPr>
          <w:b/>
          <w:color w:val="000000"/>
        </w:rPr>
        <w:t xml:space="preserve">a) </w:t>
      </w:r>
      <w:r>
        <w:rPr>
          <w:b w:val="0"/>
          <w:color w:val="000000"/>
        </w:rPr>
        <w:t xml:space="preserve">Bu araştırma için sınanabilir bir hipotez yazınız. </w:t>
      </w:r>
      <w:r>
        <w:rPr>
          <w:b/>
          <w:color w:val="000000"/>
        </w:rPr>
        <w:t>(4 puan)</w:t>
      </w:r>
    </w:p>
    <w:p>
      <w:pPr>
        <w:keepNext/>
        <w:keepLines/>
      </w:pPr>
      <w:r>
        <w:rPr>
          <w:b/>
          <w:color w:val="000000"/>
        </w:rPr>
        <w:t xml:space="preserve">b) </w:t>
      </w:r>
      <w:r>
        <w:rPr>
          <w:b w:val="0"/>
          <w:color w:val="000000"/>
        </w:rPr>
        <w:t xml:space="preserve">Bağımsız ve bağımlı değişkenleri belirtiniz. </w:t>
      </w:r>
      <w:r>
        <w:rPr>
          <w:b/>
          <w:color w:val="000000"/>
        </w:rPr>
        <w:t>(8 puan)</w:t>
      </w:r>
    </w:p>
    <w:p>
      <w:pPr>
        <w:keepLines/>
      </w:pPr>
      <w:r>
        <w:rPr>
          <w:b/>
          <w:color w:val="000000"/>
        </w:rPr>
        <w:t xml:space="preserve">c) </w:t>
      </w:r>
      <w:r>
        <w:rPr>
          <w:b w:val="0"/>
          <w:color w:val="000000"/>
        </w:rPr>
        <w:t xml:space="preserve">“Su miktarı ne kadar artarsa büyüme her zaman o kadar artar.” yargısını verilerle değerlendiriniz. </w:t>
      </w:r>
      <w:r>
        <w:rPr>
          <w:b/>
          <w:color w:val="000000"/>
        </w:rPr>
        <w:t>(8 puan)</w:t>
      </w:r>
    </w:p>
    <w:p>
      <w:pPr>
        <w:spacing w:after="240"/>
      </w:pPr>
      <w:r>
        <w:rPr>
          <w:b w:val="0"/>
          <w:color w:val="000000"/>
        </w:rPr>
        <w:t>Cevap / işlem alanı: ........................................................................................................</w:t>
      </w:r>
    </w:p>
    <w:p>
      <w:pPr>
        <w:pStyle w:val="Heading2"/>
        <w:keepNext/>
        <w:keepLines/>
      </w:pPr>
      <w:r>
        <w:rPr>
          <w:b w:val="0"/>
          <w:color w:val="000000"/>
        </w:rPr>
        <w:t>Soru 4   20 puan</w:t>
      </w:r>
    </w:p>
    <w:p>
      <w:pPr>
        <w:keepNext/>
        <w:keepLines/>
      </w:pPr>
      <w:r>
        <w:rPr>
          <w:b w:val="0"/>
          <w:color w:val="000000"/>
        </w:rPr>
        <w:t>Bir öğrenci aynı fasulye fidesinin boyunu her gün aynı saatte ölçer: pazartesi 6 cm, perşembe 8 cm, pazar 11 cm. Ayrıca pencere yanındaki fidenin gövdesinin zamanla ışığa doğru eğildiğini kaydeder.</w:t>
      </w:r>
    </w:p>
    <w:p>
      <w:pPr>
        <w:keepNext/>
        <w:keepLines/>
      </w:pPr>
      <w:r>
        <w:rPr>
          <w:b/>
          <w:color w:val="000000"/>
        </w:rPr>
        <w:t xml:space="preserve">a) </w:t>
      </w:r>
      <w:r>
        <w:rPr>
          <w:b w:val="0"/>
          <w:color w:val="000000"/>
        </w:rPr>
        <w:t xml:space="preserve">Boy ölçümlerinin ve ışığa eğilmenin gösterdiği iki canlılık özelliğini, ilgili gözlemle birlikte açıklayınız. </w:t>
      </w:r>
      <w:r>
        <w:rPr>
          <w:b/>
          <w:color w:val="000000"/>
        </w:rPr>
        <w:t>(8 puan)</w:t>
      </w:r>
    </w:p>
    <w:p>
      <w:pPr>
        <w:keepNext/>
        <w:keepLines/>
      </w:pPr>
      <w:r>
        <w:rPr>
          <w:b/>
          <w:color w:val="000000"/>
        </w:rPr>
        <w:t xml:space="preserve">b) </w:t>
      </w:r>
      <w:r>
        <w:rPr>
          <w:b w:val="0"/>
          <w:color w:val="000000"/>
        </w:rPr>
        <w:t xml:space="preserve">Bu özelliklerden biri için bir hayvanda gözlenebilecek benzer bir örnek yazınız. </w:t>
      </w:r>
      <w:r>
        <w:rPr>
          <w:b/>
          <w:color w:val="000000"/>
        </w:rPr>
        <w:t>(4 puan)</w:t>
      </w:r>
    </w:p>
    <w:p>
      <w:pPr>
        <w:keepLines/>
      </w:pPr>
      <w:r>
        <w:rPr>
          <w:b/>
          <w:color w:val="000000"/>
        </w:rPr>
        <w:t xml:space="preserve">c) </w:t>
      </w:r>
      <w:r>
        <w:rPr>
          <w:b w:val="0"/>
          <w:color w:val="000000"/>
        </w:rPr>
        <w:t xml:space="preserve">Gözlemleri daha nesnel ve karşılaştırılabilir kaydetmek için iki uygulama öneriniz. </w:t>
      </w:r>
      <w:r>
        <w:rPr>
          <w:b/>
          <w:color w:val="000000"/>
        </w:rPr>
        <w:t>(8 puan)</w:t>
      </w:r>
    </w:p>
    <w:p>
      <w:pPr>
        <w:spacing w:after="240"/>
      </w:pPr>
      <w:r>
        <w:rPr>
          <w:b w:val="0"/>
          <w:color w:val="000000"/>
        </w:rPr>
        <w:t>Cevap / işlem alanı: ........................................................................................................</w:t>
      </w:r>
    </w:p>
    <w:p>
      <w:pPr>
        <w:pStyle w:val="Heading2"/>
        <w:keepNext/>
        <w:keepLines/>
      </w:pPr>
      <w:r>
        <w:rPr>
          <w:b w:val="0"/>
          <w:color w:val="000000"/>
        </w:rPr>
        <w:t>Soru 5   20 puan</w:t>
      </w:r>
    </w:p>
    <w:p>
      <w:pPr>
        <w:keepNext/>
        <w:keepLines/>
      </w:pPr>
      <w:r>
        <w:rPr>
          <w:b w:val="0"/>
          <w:color w:val="000000"/>
        </w:rPr>
        <w:t>Bir gözlem defterinde şu kayıtlar yer alır: I. Uygun koşullardaki bakteri kültüründe bakteri sayısı artmıştır. II. Koşan bir insanın terlediği ve vücut sıcaklığının normal aralığa döndüğü ölçülmüştür.</w:t>
      </w:r>
    </w:p>
    <w:p>
      <w:pPr>
        <w:keepNext/>
        <w:keepLines/>
      </w:pPr>
      <w:r>
        <w:rPr>
          <w:b/>
          <w:color w:val="000000"/>
        </w:rPr>
        <w:t xml:space="preserve">a) </w:t>
      </w:r>
      <w:r>
        <w:rPr>
          <w:b w:val="0"/>
          <w:color w:val="000000"/>
        </w:rPr>
        <w:t xml:space="preserve">I. kaydın gösterdiği canlılık özelliğini yazınız. Tek bir bakterinin irileşmesiyle farkını açıklayınız. </w:t>
      </w:r>
      <w:r>
        <w:rPr>
          <w:b/>
          <w:color w:val="000000"/>
        </w:rPr>
        <w:t>(8 puan)</w:t>
      </w:r>
    </w:p>
    <w:p>
      <w:pPr>
        <w:keepNext/>
        <w:keepLines/>
      </w:pPr>
      <w:r>
        <w:rPr>
          <w:b/>
          <w:color w:val="000000"/>
        </w:rPr>
        <w:t xml:space="preserve">b) </w:t>
      </w:r>
      <w:r>
        <w:rPr>
          <w:b w:val="0"/>
          <w:color w:val="000000"/>
        </w:rPr>
        <w:t xml:space="preserve">II. kayıtta terlemenin iç dengeye katkısını açıklayınız. </w:t>
      </w:r>
      <w:r>
        <w:rPr>
          <w:b/>
          <w:color w:val="000000"/>
        </w:rPr>
        <w:t>(8 puan)</w:t>
      </w:r>
    </w:p>
    <w:p>
      <w:pPr>
        <w:keepLines/>
      </w:pPr>
      <w:r>
        <w:rPr>
          <w:b/>
          <w:color w:val="000000"/>
        </w:rPr>
        <w:t xml:space="preserve">c) </w:t>
      </w:r>
      <w:r>
        <w:rPr>
          <w:b w:val="0"/>
          <w:color w:val="000000"/>
        </w:rPr>
        <w:t xml:space="preserve">Bu iki gözlem, bütün bireylerin yaşamlarını sürdürebilmek için üremek zorunda olduğunu gösterir mi? Açıklayınız. </w:t>
      </w:r>
      <w:r>
        <w:rPr>
          <w:b/>
          <w:color w:val="000000"/>
        </w:rPr>
        <w:t>(4 puan)</w:t>
      </w:r>
    </w:p>
    <w:p>
      <w:pPr>
        <w:spacing w:after="240"/>
      </w:pPr>
      <w:r>
        <w:rPr>
          <w:b w:val="0"/>
          <w:color w:val="000000"/>
        </w:rPr>
        <w:t>Cevap / işlem alanı: ........................................................................................................</w:t>
      </w:r>
    </w:p>
    <w:p>
      <w:r>
        <w:br w:type="page"/>
      </w:r>
    </w:p>
    <w:p>
      <w:pPr>
        <w:pStyle w:val="Heading1"/>
      </w:pPr>
      <w:r>
        <w:rPr>
          <w:b w:val="0"/>
          <w:color w:val="000000"/>
        </w:rPr>
        <w:t>Açıklamalı Cevaplar ve Puanlama</w:t>
      </w:r>
    </w:p>
    <w:p>
      <w:r>
        <w:rPr>
          <w:b w:val="0"/>
          <w:color w:val="000000"/>
        </w:rPr>
        <w:t>Bu bölüm, soruları çözdükten sonra kendinizi kontrol etmeniz ve eksiklerinizi belirlemeniz için hazırlanmıştır. Her alt maddenin toplam puanı ve beklenen cevap bileşenleri ayrı gösterilmiştir.</w:t>
      </w:r>
    </w:p>
    <w:p>
      <w:r>
        <w:rPr>
          <w:b w:val="0"/>
          <w:color w:val="000000"/>
        </w:rPr>
        <w:t>Bir ölçütte birden fazla beklenen bileşen varsa ölçütün puanı bileşenlere eşit paylaştırılır. Doğru bağımsız bileşenlere kısmi puan verilir; gerektiğinde yarım puan kullanılabilir. Aynı bilginin tekrarı ek puan getirmez. İşlem sorularında doğru yöntem ve sonuç ayrı ölçütlerde değerlendirilir.</w:t>
      </w:r>
    </w:p>
    <w:p>
      <w:pPr>
        <w:pStyle w:val="Heading1"/>
      </w:pPr>
      <w:r>
        <w:rPr>
          <w:b w:val="0"/>
          <w:color w:val="000000"/>
        </w:rPr>
        <w:t>Senaryo 1 Cevap Anahtarı</w:t>
      </w:r>
    </w:p>
    <w:p>
      <w:r>
        <w:rPr>
          <w:b w:val="0"/>
          <w:color w:val="000000"/>
        </w:rPr>
        <w:t>5 ana soru  |  Toplam 100 puan</w:t>
      </w:r>
    </w:p>
    <w:p>
      <w:pPr>
        <w:pStyle w:val="Heading2"/>
        <w:keepNext/>
        <w:keepLines/>
      </w:pPr>
      <w:r>
        <w:rPr>
          <w:b w:val="0"/>
          <w:color w:val="000000"/>
        </w:rPr>
        <w:t>Soru 1   Bir gözlemden toplumsal faydaya   20 puan</w:t>
      </w:r>
    </w:p>
    <w:p>
      <w:pPr>
        <w:keepNext/>
        <w:keepLines/>
      </w:pPr>
      <w:r>
        <w:rPr>
          <w:b w:val="0"/>
          <w:color w:val="000000"/>
          <w:sz w:val="17"/>
        </w:rPr>
        <w:t>Çıktı / kazanım: BİY.9.1.1  |  Excel: 9. SINIF!D7</w:t>
      </w:r>
    </w:p>
    <w:p>
      <w:pPr>
        <w:keepNext/>
        <w:keepLines/>
      </w:pPr>
      <w:r>
        <w:rPr>
          <w:b/>
          <w:color w:val="000000"/>
        </w:rPr>
        <w:t xml:space="preserve">a) 8 puan   </w:t>
      </w:r>
      <w:r>
        <w:rPr>
          <w:b w:val="0"/>
          <w:color w:val="000000"/>
        </w:rPr>
        <w:t>Bu olayın ilişkilendirildiği bilim insanını ve biyolojideki gelişmeyi yazınız.</w:t>
      </w:r>
    </w:p>
    <w:p>
      <w:pPr>
        <w:keepNext/>
        <w:keepLines/>
      </w:pPr>
      <w:r>
        <w:rPr>
          <w:b/>
          <w:color w:val="000000"/>
        </w:rPr>
        <w:t xml:space="preserve">4 puan: </w:t>
      </w:r>
      <w:r>
        <w:rPr>
          <w:b w:val="0"/>
          <w:color w:val="000000"/>
        </w:rPr>
        <w:t>Alexander Fleming.</w:t>
      </w:r>
    </w:p>
    <w:p>
      <w:pPr>
        <w:keepNext/>
        <w:keepLines/>
      </w:pPr>
      <w:r>
        <w:rPr>
          <w:b/>
          <w:color w:val="000000"/>
        </w:rPr>
        <w:t xml:space="preserve">4 puan: </w:t>
      </w:r>
      <w:r>
        <w:rPr>
          <w:b w:val="0"/>
          <w:color w:val="000000"/>
        </w:rPr>
        <w:t>Penisilinin keşfi / antibiyotiklerin gelişimine öncülük edilmesi.</w:t>
      </w:r>
    </w:p>
    <w:p>
      <w:pPr>
        <w:keepNext/>
        <w:keepLines/>
      </w:pPr>
      <w:r>
        <w:rPr>
          <w:b/>
          <w:color w:val="000000"/>
        </w:rPr>
        <w:t xml:space="preserve">b) 8 puan   </w:t>
      </w:r>
      <w:r>
        <w:rPr>
          <w:b w:val="0"/>
          <w:color w:val="000000"/>
        </w:rPr>
        <w:t>Bu gelişmenin insan yaşamına iki katkısını nedenleriyle açıklayınız.</w:t>
      </w:r>
    </w:p>
    <w:p>
      <w:pPr>
        <w:keepNext/>
        <w:keepLines/>
      </w:pPr>
      <w:r>
        <w:rPr>
          <w:b/>
          <w:color w:val="000000"/>
        </w:rPr>
        <w:t xml:space="preserve">4 puan: </w:t>
      </w:r>
      <w:r>
        <w:rPr>
          <w:b w:val="0"/>
          <w:color w:val="000000"/>
        </w:rPr>
        <w:t>Duyarlı bakterilerin yol açtığı enfeksiyonların tedavisini mümkün kılmış veya kolaylaştırmıştır.</w:t>
      </w:r>
    </w:p>
    <w:p>
      <w:pPr>
        <w:keepNext/>
        <w:keepLines/>
      </w:pPr>
      <w:r>
        <w:rPr>
          <w:b/>
          <w:color w:val="000000"/>
        </w:rPr>
        <w:t xml:space="preserve">4 puan: </w:t>
      </w:r>
      <w:r>
        <w:rPr>
          <w:b w:val="0"/>
          <w:color w:val="000000"/>
        </w:rPr>
        <w:t>Bakteriyel enfeksiyonlara bağlı ölüm ve hastalık yükünün azalmasına katkı sağlamıştır; cerrahi sonrası bakteriyel enfeksiyonlarla mücadele gibi gerekçeli başka katkılar da kabul edilir.</w:t>
      </w:r>
    </w:p>
    <w:p>
      <w:pPr>
        <w:keepNext/>
        <w:keepLines/>
      </w:pPr>
      <w:r>
        <w:rPr>
          <w:b/>
          <w:color w:val="000000"/>
        </w:rPr>
        <w:t xml:space="preserve">c) 4 puan   </w:t>
      </w:r>
      <w:r>
        <w:rPr>
          <w:b w:val="0"/>
          <w:color w:val="000000"/>
        </w:rPr>
        <w:t>Bu bulgu, söz konusu maddenin bütün hastalıkları tedavi ettiğini gösterir mi? Gerekçelendiriniz.</w:t>
      </w:r>
    </w:p>
    <w:p>
      <w:pPr>
        <w:keepNext/>
        <w:keepLines/>
      </w:pPr>
      <w:r>
        <w:rPr>
          <w:b/>
          <w:color w:val="000000"/>
        </w:rPr>
        <w:t xml:space="preserve">4 puan: </w:t>
      </w:r>
      <w:r>
        <w:rPr>
          <w:b w:val="0"/>
          <w:color w:val="000000"/>
        </w:rPr>
        <w:t>Hayır. Bulgular belirli bakterilerle sınırlıdır; virüsler dâhil bütün hastalık etkenlerine veya tüm hastalıklara genellenemez.</w:t>
      </w:r>
    </w:p>
    <w:p>
      <w:pPr>
        <w:keepLines/>
      </w:pPr>
      <w:r>
        <w:rPr>
          <w:b w:val="0"/>
          <w:color w:val="000000"/>
          <w:sz w:val="17"/>
        </w:rPr>
        <w:t>Dayanak: 9. sınıf ders kitabı, s. 18-20; bilim tarihindeki dönüm noktaları.</w:t>
      </w:r>
    </w:p>
    <w:p>
      <w:pPr>
        <w:pStyle w:val="Heading2"/>
        <w:keepNext/>
        <w:keepLines/>
      </w:pPr>
      <w:r>
        <w:rPr>
          <w:b w:val="0"/>
          <w:color w:val="000000"/>
        </w:rPr>
        <w:t>Soru 2   Biyoteknolojik gelişmelerin kullanım alanları   20 puan</w:t>
      </w:r>
    </w:p>
    <w:p>
      <w:pPr>
        <w:keepNext/>
        <w:keepLines/>
      </w:pPr>
      <w:r>
        <w:rPr>
          <w:b w:val="0"/>
          <w:color w:val="000000"/>
          <w:sz w:val="17"/>
        </w:rPr>
        <w:t>Çıktı / kazanım: BİY.9.1.1  |  Excel: 9. SINIF!D7</w:t>
      </w:r>
    </w:p>
    <w:p>
      <w:pPr>
        <w:keepNext/>
        <w:keepLines/>
      </w:pPr>
      <w:r>
        <w:rPr>
          <w:b/>
          <w:color w:val="000000"/>
        </w:rPr>
        <w:t xml:space="preserve">a) 8 puan   </w:t>
      </w:r>
      <w:r>
        <w:rPr>
          <w:b w:val="0"/>
          <w:color w:val="000000"/>
        </w:rPr>
        <w:t>İlk amaç için PCR, ikinci amaç için CRISPR-Cas sisteminin nasıl katkı sağlayabileceğini açıklayınız.</w:t>
      </w:r>
    </w:p>
    <w:p>
      <w:pPr>
        <w:keepNext/>
        <w:keepLines/>
      </w:pPr>
      <w:r>
        <w:rPr>
          <w:b/>
          <w:color w:val="000000"/>
        </w:rPr>
        <w:t xml:space="preserve">4 puan: </w:t>
      </w:r>
      <w:r>
        <w:rPr>
          <w:b w:val="0"/>
          <w:color w:val="000000"/>
        </w:rPr>
        <w:t>PCR, incelenecek belirli DNA bölgesinin çok sayıda kopyasının elde edilmesini sağlar.</w:t>
      </w:r>
    </w:p>
    <w:p>
      <w:pPr>
        <w:keepNext/>
        <w:keepLines/>
      </w:pPr>
      <w:r>
        <w:rPr>
          <w:b/>
          <w:color w:val="000000"/>
        </w:rPr>
        <w:t xml:space="preserve">4 puan: </w:t>
      </w:r>
      <w:r>
        <w:rPr>
          <w:b w:val="0"/>
          <w:color w:val="000000"/>
        </w:rPr>
        <w:t>CRISPR-Cas, hedeflenen DNA bölgesinde düzenleme yapılmasına olanak sağlayan araçlardan biridir.</w:t>
      </w:r>
    </w:p>
    <w:p>
      <w:pPr>
        <w:keepNext/>
        <w:keepLines/>
      </w:pPr>
      <w:r>
        <w:rPr>
          <w:b/>
          <w:color w:val="000000"/>
        </w:rPr>
        <w:t xml:space="preserve">b) 8 puan   </w:t>
      </w:r>
      <w:r>
        <w:rPr>
          <w:b w:val="0"/>
          <w:color w:val="000000"/>
        </w:rPr>
        <w:t>Bu iki gelişmenin insan yaşamına sağlayabileceği birer faydayı gerekçeleriyle yazınız.</w:t>
      </w:r>
    </w:p>
    <w:p>
      <w:pPr>
        <w:keepNext/>
        <w:keepLines/>
      </w:pPr>
      <w:r>
        <w:rPr>
          <w:b/>
          <w:color w:val="000000"/>
        </w:rPr>
        <w:t xml:space="preserve">4 puan: </w:t>
      </w:r>
      <w:r>
        <w:rPr>
          <w:b w:val="0"/>
          <w:color w:val="000000"/>
        </w:rPr>
        <w:t>PCR, az miktardaki örneğin analizini kolaylaştırır; genetik inceleme, adli analiz veya etkenin genetik materyalinin araştırılması gibi uygun bir örnek verilir.</w:t>
      </w:r>
    </w:p>
    <w:p>
      <w:pPr>
        <w:keepNext/>
        <w:keepLines/>
      </w:pPr>
      <w:r>
        <w:rPr>
          <w:b/>
          <w:color w:val="000000"/>
        </w:rPr>
        <w:t xml:space="preserve">4 puan: </w:t>
      </w:r>
      <w:r>
        <w:rPr>
          <w:b w:val="0"/>
          <w:color w:val="000000"/>
        </w:rPr>
        <w:t>Gen düzenleme, gen işlevlerinin araştırılması ya da kalıtsal hastalıklara yönelik tedavi araştırmaları gibi bir alana katkı sağlar; mekanizma ayrıntısı aranmaz.</w:t>
      </w:r>
    </w:p>
    <w:p>
      <w:pPr>
        <w:keepNext/>
        <w:keepLines/>
      </w:pPr>
      <w:r>
        <w:rPr>
          <w:b/>
          <w:color w:val="000000"/>
        </w:rPr>
        <w:t xml:space="preserve">c) 4 puan   </w:t>
      </w:r>
      <w:r>
        <w:rPr>
          <w:b w:val="0"/>
          <w:color w:val="000000"/>
        </w:rPr>
        <w:t>Bu yöntemleri aynı işlem olarak tanımlamak neden yanlıştır?</w:t>
      </w:r>
    </w:p>
    <w:p>
      <w:pPr>
        <w:keepNext/>
        <w:keepLines/>
      </w:pPr>
      <w:r>
        <w:rPr>
          <w:b/>
          <w:color w:val="000000"/>
        </w:rPr>
        <w:t xml:space="preserve">4 puan: </w:t>
      </w:r>
      <w:r>
        <w:rPr>
          <w:b w:val="0"/>
          <w:color w:val="000000"/>
        </w:rPr>
        <w:t>Birinin temel amacı DNA bölgesini çoğaltmak, diğerinin hedeflenen bölgeyi düzenlemektir; DNA miktarını artırmak, diziyi değiştirmekle aynı değildir.</w:t>
      </w:r>
    </w:p>
    <w:p>
      <w:pPr>
        <w:keepLines/>
      </w:pPr>
      <w:r>
        <w:rPr>
          <w:b w:val="0"/>
          <w:color w:val="000000"/>
          <w:sz w:val="17"/>
        </w:rPr>
        <w:t>Dayanak: 9. sınıf ders kitabı, s. 19-20; PCR ve CRISPR-Cas gelişmeleri.</w:t>
      </w:r>
    </w:p>
    <w:p>
      <w:pPr>
        <w:pStyle w:val="Heading2"/>
        <w:keepNext/>
        <w:keepLines/>
      </w:pPr>
      <w:r>
        <w:rPr>
          <w:b w:val="0"/>
          <w:color w:val="000000"/>
        </w:rPr>
        <w:t>Soru 3   Veriden hipotez sınamaya   20 puan</w:t>
      </w:r>
    </w:p>
    <w:p>
      <w:pPr>
        <w:keepNext/>
        <w:keepLines/>
      </w:pPr>
      <w:r>
        <w:rPr>
          <w:b w:val="0"/>
          <w:color w:val="000000"/>
          <w:sz w:val="17"/>
        </w:rPr>
        <w:t>Çıktı / kazanım: BİY.9.1.2  |  Excel: 9. SINIF!D8</w:t>
      </w:r>
    </w:p>
    <w:p>
      <w:pPr>
        <w:keepNext/>
        <w:keepLines/>
      </w:pPr>
      <w:r>
        <w:rPr>
          <w:b/>
          <w:color w:val="000000"/>
        </w:rPr>
        <w:t xml:space="preserve">a) 4 puan   </w:t>
      </w:r>
      <w:r>
        <w:rPr>
          <w:b w:val="0"/>
          <w:color w:val="000000"/>
        </w:rPr>
        <w:t>Bu araştırma için sınanabilir bir hipotez yazınız.</w:t>
      </w:r>
    </w:p>
    <w:p>
      <w:pPr>
        <w:keepNext/>
        <w:keepLines/>
      </w:pPr>
      <w:r>
        <w:rPr>
          <w:b/>
          <w:color w:val="000000"/>
        </w:rPr>
        <w:t xml:space="preserve">4 puan: </w:t>
      </w:r>
      <w:r>
        <w:rPr>
          <w:b w:val="0"/>
          <w:color w:val="000000"/>
        </w:rPr>
        <w:t>Sulama miktarı arttıkça fide boy artışı değişir gibi, sulama miktarı ile boy artışı arasında ölçülebilir ilişki kuran bir hipotez yazılır; sonuçla uyuşması zorunlu değildir.</w:t>
      </w:r>
    </w:p>
    <w:p>
      <w:pPr>
        <w:keepNext/>
        <w:keepLines/>
      </w:pPr>
      <w:r>
        <w:rPr>
          <w:b/>
          <w:color w:val="000000"/>
        </w:rPr>
        <w:t xml:space="preserve">b) 8 puan   </w:t>
      </w:r>
      <w:r>
        <w:rPr>
          <w:b w:val="0"/>
          <w:color w:val="000000"/>
        </w:rPr>
        <w:t>Bağımsız ve bağımlı değişkenleri belirtiniz.</w:t>
      </w:r>
    </w:p>
    <w:p>
      <w:pPr>
        <w:keepNext/>
        <w:keepLines/>
      </w:pPr>
      <w:r>
        <w:rPr>
          <w:b/>
          <w:color w:val="000000"/>
        </w:rPr>
        <w:t xml:space="preserve">4 puan: </w:t>
      </w:r>
      <w:r>
        <w:rPr>
          <w:b w:val="0"/>
          <w:color w:val="000000"/>
        </w:rPr>
        <w:t>Bağımsız değişken: günlük verilen su miktarı.</w:t>
      </w:r>
    </w:p>
    <w:p>
      <w:pPr>
        <w:keepNext/>
        <w:keepLines/>
      </w:pPr>
      <w:r>
        <w:rPr>
          <w:b/>
          <w:color w:val="000000"/>
        </w:rPr>
        <w:t xml:space="preserve">4 puan: </w:t>
      </w:r>
      <w:r>
        <w:rPr>
          <w:b w:val="0"/>
          <w:color w:val="000000"/>
        </w:rPr>
        <w:t>Bağımlı değişken: yedi gün sonundaki boy artışı / ortalama boy artışı.</w:t>
      </w:r>
    </w:p>
    <w:p>
      <w:pPr>
        <w:keepNext/>
        <w:keepLines/>
      </w:pPr>
      <w:r>
        <w:rPr>
          <w:b/>
          <w:color w:val="000000"/>
        </w:rPr>
        <w:t xml:space="preserve">c) 8 puan   </w:t>
      </w:r>
      <w:r>
        <w:rPr>
          <w:b w:val="0"/>
          <w:color w:val="000000"/>
        </w:rPr>
        <w:t>“Su miktarı ne kadar artarsa büyüme her zaman o kadar artar.” yargısını verilerle değerlendiriniz.</w:t>
      </w:r>
    </w:p>
    <w:p>
      <w:pPr>
        <w:keepNext/>
        <w:keepLines/>
      </w:pPr>
      <w:r>
        <w:rPr>
          <w:b/>
          <w:color w:val="000000"/>
        </w:rPr>
        <w:t xml:space="preserve">4 puan: </w:t>
      </w:r>
      <w:r>
        <w:rPr>
          <w:b w:val="0"/>
          <w:color w:val="000000"/>
        </w:rPr>
        <w:t>15 mL grubundaki 7,2 cm artışın 25 mL grubunda 4,1 cm düzeyine düştüğü belirtilir.</w:t>
      </w:r>
    </w:p>
    <w:p>
      <w:pPr>
        <w:keepNext/>
        <w:keepLines/>
      </w:pPr>
      <w:r>
        <w:rPr>
          <w:b/>
          <w:color w:val="000000"/>
        </w:rPr>
        <w:t xml:space="preserve">4 puan: </w:t>
      </w:r>
      <w:r>
        <w:rPr>
          <w:b w:val="0"/>
          <w:color w:val="000000"/>
        </w:rPr>
        <w:t>Yargı desteklenmez; sonuç yalnızca incelenen tür, miktarlar ve deney koşulları için yorumlanır. Daha fazla suyun her koşulda daha iyi olduğu söylenemez.</w:t>
      </w:r>
    </w:p>
    <w:p>
      <w:pPr>
        <w:keepNext/>
        <w:keepLines/>
      </w:pPr>
      <w:r>
        <w:rPr>
          <w:b w:val="0"/>
          <w:color w:val="000000"/>
          <w:sz w:val="17"/>
        </w:rPr>
        <w:t>Dayanak: 9. sınıf ders kitabı, s. 22-28; hipotez, değişken ve kontrollü deney.</w:t>
      </w:r>
    </w:p>
    <w:p>
      <w:pPr>
        <w:keepLines/>
      </w:pPr>
      <w:r>
        <w:rPr>
          <w:b w:val="0"/>
          <w:color w:val="000000"/>
          <w:sz w:val="17"/>
        </w:rPr>
        <w:t>Not: Sayısal veriler ölçme amacıyla oluşturulmuştur.</w:t>
      </w:r>
    </w:p>
    <w:p>
      <w:pPr>
        <w:pStyle w:val="Heading2"/>
        <w:keepNext/>
        <w:keepLines/>
      </w:pPr>
      <w:r>
        <w:rPr>
          <w:b w:val="0"/>
          <w:color w:val="000000"/>
        </w:rPr>
        <w:t>Soru 4   Kontrollü deneyde tek etken   20 puan</w:t>
      </w:r>
    </w:p>
    <w:p>
      <w:pPr>
        <w:keepNext/>
        <w:keepLines/>
      </w:pPr>
      <w:r>
        <w:rPr>
          <w:b w:val="0"/>
          <w:color w:val="000000"/>
          <w:sz w:val="17"/>
        </w:rPr>
        <w:t>Çıktı / kazanım: BİY.9.1.2  |  Excel: 9. SINIF!D8</w:t>
      </w:r>
    </w:p>
    <w:p>
      <w:pPr>
        <w:keepNext/>
        <w:keepLines/>
      </w:pPr>
      <w:r>
        <w:rPr>
          <w:b/>
          <w:color w:val="000000"/>
        </w:rPr>
        <w:t xml:space="preserve">a) 8 puan   </w:t>
      </w:r>
      <w:r>
        <w:rPr>
          <w:b w:val="0"/>
          <w:color w:val="000000"/>
        </w:rPr>
        <w:t>Bu deneyden büyüme farkının yalnızca gübreden kaynaklandığı söylenebilir mi? Gerekçelendiriniz.</w:t>
      </w:r>
    </w:p>
    <w:p>
      <w:pPr>
        <w:keepNext/>
        <w:keepLines/>
      </w:pPr>
      <w:r>
        <w:rPr>
          <w:b/>
          <w:color w:val="000000"/>
        </w:rPr>
        <w:t xml:space="preserve">4 puan: </w:t>
      </w:r>
      <w:r>
        <w:rPr>
          <w:b w:val="0"/>
          <w:color w:val="000000"/>
        </w:rPr>
        <w:t>Söylenemez; gübreyle birlikte sulama miktarı da değiştirilmiştir.</w:t>
      </w:r>
    </w:p>
    <w:p>
      <w:pPr>
        <w:keepNext/>
        <w:keepLines/>
      </w:pPr>
      <w:r>
        <w:rPr>
          <w:b/>
          <w:color w:val="000000"/>
        </w:rPr>
        <w:t xml:space="preserve">4 puan: </w:t>
      </w:r>
      <w:r>
        <w:rPr>
          <w:b w:val="0"/>
          <w:color w:val="000000"/>
        </w:rPr>
        <w:t>İki değişkenin etkisi birbirinden ayrılamadığı için sonuç yalnızca gübreye bağlanamaz.</w:t>
      </w:r>
    </w:p>
    <w:p>
      <w:pPr>
        <w:keepNext/>
        <w:keepLines/>
      </w:pPr>
      <w:r>
        <w:rPr>
          <w:b/>
          <w:color w:val="000000"/>
        </w:rPr>
        <w:t xml:space="preserve">b) 12 puan   </w:t>
      </w:r>
      <w:r>
        <w:rPr>
          <w:b w:val="0"/>
          <w:color w:val="000000"/>
        </w:rPr>
        <w:t>Gübrenin etkisini sınamak için deneyi yeniden tasarlayınız. Sulama, kontrol grubu ve güvenilirlik bakımından üç düzenleme yazınız.</w:t>
      </w:r>
    </w:p>
    <w:p>
      <w:pPr>
        <w:keepNext/>
        <w:keepLines/>
      </w:pPr>
      <w:r>
        <w:rPr>
          <w:b/>
          <w:color w:val="000000"/>
        </w:rPr>
        <w:t xml:space="preserve">4 puan: </w:t>
      </w:r>
      <w:r>
        <w:rPr>
          <w:b w:val="0"/>
          <w:color w:val="000000"/>
        </w:rPr>
        <w:t>İki gruba aynı miktarda su verilir; ışık, sıcaklık, toprak, başlangıç özellikleri gibi koşullar da eşit tutulur.</w:t>
      </w:r>
    </w:p>
    <w:p>
      <w:pPr>
        <w:keepNext/>
        <w:keepLines/>
      </w:pPr>
      <w:r>
        <w:rPr>
          <w:b/>
          <w:color w:val="000000"/>
        </w:rPr>
        <w:t xml:space="preserve">4 puan: </w:t>
      </w:r>
      <w:r>
        <w:rPr>
          <w:b w:val="0"/>
          <w:color w:val="000000"/>
        </w:rPr>
        <w:t>Deney grubuna belirli miktarda gübre verilir; kontrol grubuna gübre verilmez. Verilen diğer sıvıların miktarı eşitlenir.</w:t>
      </w:r>
    </w:p>
    <w:p>
      <w:pPr>
        <w:keepNext/>
        <w:keepLines/>
      </w:pPr>
      <w:r>
        <w:rPr>
          <w:b/>
          <w:color w:val="000000"/>
        </w:rPr>
        <w:t xml:space="preserve">4 puan: </w:t>
      </w:r>
      <w:r>
        <w:rPr>
          <w:b w:val="0"/>
          <w:color w:val="000000"/>
        </w:rPr>
        <w:t>Her grupta birden çok benzer fide kullanılır / deney tekrarlanır ve aynı süre sonunda aynı ölçüm yöntemiyle ortalamalar karşılaştırılır.</w:t>
      </w:r>
    </w:p>
    <w:p>
      <w:pPr>
        <w:keepLines/>
      </w:pPr>
      <w:r>
        <w:rPr>
          <w:b w:val="0"/>
          <w:color w:val="000000"/>
          <w:sz w:val="17"/>
        </w:rPr>
        <w:t>Dayanak: 9. sınıf ders kitabı, s. 26-28; kontrollü deney ve değişkenler.</w:t>
      </w:r>
    </w:p>
    <w:p>
      <w:pPr>
        <w:pStyle w:val="Heading2"/>
        <w:keepNext/>
        <w:keepLines/>
      </w:pPr>
      <w:r>
        <w:rPr>
          <w:b w:val="0"/>
          <w:color w:val="000000"/>
        </w:rPr>
        <w:t>Soru 5   Bilimsel bilginin sınanması ve değişmesi   20 puan</w:t>
      </w:r>
    </w:p>
    <w:p>
      <w:pPr>
        <w:keepNext/>
        <w:keepLines/>
      </w:pPr>
      <w:r>
        <w:rPr>
          <w:b w:val="0"/>
          <w:color w:val="000000"/>
          <w:sz w:val="17"/>
        </w:rPr>
        <w:t>Çıktı / kazanım: BİY.9.1.2  |  Excel: 9. SINIF!D8</w:t>
      </w:r>
    </w:p>
    <w:p>
      <w:pPr>
        <w:keepNext/>
        <w:keepLines/>
      </w:pPr>
      <w:r>
        <w:rPr>
          <w:b/>
          <w:color w:val="000000"/>
        </w:rPr>
        <w:t xml:space="preserve">a) 8 puan   </w:t>
      </w:r>
      <w:r>
        <w:rPr>
          <w:b w:val="0"/>
          <w:color w:val="000000"/>
        </w:rPr>
        <w:t>Sonuçlar ışığın bu türün çimlenmesi için zorunlu olduğu hipotezini destekler mi? Kanıtla açıklayınız.</w:t>
      </w:r>
    </w:p>
    <w:p>
      <w:pPr>
        <w:keepNext/>
        <w:keepLines/>
      </w:pPr>
      <w:r>
        <w:rPr>
          <w:b/>
          <w:color w:val="000000"/>
        </w:rPr>
        <w:t xml:space="preserve">4 puan: </w:t>
      </w:r>
      <w:r>
        <w:rPr>
          <w:b w:val="0"/>
          <w:color w:val="000000"/>
        </w:rPr>
        <w:t>Desteklemez.</w:t>
      </w:r>
    </w:p>
    <w:p>
      <w:pPr>
        <w:keepNext/>
        <w:keepLines/>
      </w:pPr>
      <w:r>
        <w:rPr>
          <w:b/>
          <w:color w:val="000000"/>
        </w:rPr>
        <w:t xml:space="preserve">4 puan: </w:t>
      </w:r>
      <w:r>
        <w:rPr>
          <w:b w:val="0"/>
          <w:color w:val="000000"/>
        </w:rPr>
        <w:t>Karanlıkta da 22 tohumun çimlenmesi, ışığın bu koşullarda zorunlu olmadığını gösterir; hipotez yeniden değerlendirilmelidir.</w:t>
      </w:r>
    </w:p>
    <w:p>
      <w:pPr>
        <w:keepNext/>
        <w:keepLines/>
      </w:pPr>
      <w:r>
        <w:rPr>
          <w:b/>
          <w:color w:val="000000"/>
        </w:rPr>
        <w:t xml:space="preserve">b) 4 puan   </w:t>
      </w:r>
      <w:r>
        <w:rPr>
          <w:b w:val="0"/>
          <w:color w:val="000000"/>
        </w:rPr>
        <w:t>Araştırmanın güvenilirliğini değerlendirmek için yapılabilecek bir çalışma öneriniz.</w:t>
      </w:r>
    </w:p>
    <w:p>
      <w:pPr>
        <w:keepNext/>
        <w:keepLines/>
      </w:pPr>
      <w:r>
        <w:rPr>
          <w:b/>
          <w:color w:val="000000"/>
        </w:rPr>
        <w:t xml:space="preserve">4 puan: </w:t>
      </w:r>
      <w:r>
        <w:rPr>
          <w:b w:val="0"/>
          <w:color w:val="000000"/>
        </w:rPr>
        <w:t>Farklı tohum partileriyle tekrarlama / bağımsız araştırmacıların aynı koşullarda tekrarı / daha çok örnekle araştırma gibi uygulanabilir bir çalışma önerilir.</w:t>
      </w:r>
    </w:p>
    <w:p>
      <w:pPr>
        <w:keepNext/>
        <w:keepLines/>
      </w:pPr>
      <w:r>
        <w:rPr>
          <w:b/>
          <w:color w:val="000000"/>
        </w:rPr>
        <w:t xml:space="preserve">c) 8 puan   </w:t>
      </w:r>
      <w:r>
        <w:rPr>
          <w:b w:val="0"/>
          <w:color w:val="000000"/>
        </w:rPr>
        <w:t>Bu sonuçlardan “Bütün bitkilerin çimlenmesinde ışık etkisizdir.” sonucuna neden ulaşılamaz? Bilimin doğasıyla ilişkilendiriniz.</w:t>
      </w:r>
    </w:p>
    <w:p>
      <w:pPr>
        <w:keepNext/>
        <w:keepLines/>
      </w:pPr>
      <w:r>
        <w:rPr>
          <w:b/>
          <w:color w:val="000000"/>
        </w:rPr>
        <w:t xml:space="preserve">4 puan: </w:t>
      </w:r>
      <w:r>
        <w:rPr>
          <w:b w:val="0"/>
          <w:color w:val="000000"/>
        </w:rPr>
        <w:t>Yalnızca bir tür ve belirli koşullar araştırılmıştır; bütün bitkilere genellemek için yeterli kanıt yoktur.</w:t>
      </w:r>
    </w:p>
    <w:p>
      <w:pPr>
        <w:keepNext/>
        <w:keepLines/>
      </w:pPr>
      <w:r>
        <w:rPr>
          <w:b/>
          <w:color w:val="000000"/>
        </w:rPr>
        <w:t xml:space="preserve">4 puan: </w:t>
      </w:r>
      <w:r>
        <w:rPr>
          <w:b w:val="0"/>
          <w:color w:val="000000"/>
        </w:rPr>
        <w:t>Bilimsel açıklamalar kanıta dayanır ve yeni bulgularla kapsamı sınırlandırılabilir veya değiştirilebilir; sonuç, ışığın hiçbir etkisinin olmadığını da kanıtlamaz.</w:t>
      </w:r>
    </w:p>
    <w:p>
      <w:pPr>
        <w:keepNext/>
        <w:keepLines/>
      </w:pPr>
      <w:r>
        <w:rPr>
          <w:b w:val="0"/>
          <w:color w:val="000000"/>
          <w:sz w:val="17"/>
        </w:rPr>
        <w:t>Dayanak: 9. sınıf ders kitabı, s. 22-28; kanıta dayalı çıkarım ve bilimin doğası.</w:t>
      </w:r>
    </w:p>
    <w:p>
      <w:pPr>
        <w:keepLines/>
      </w:pPr>
      <w:r>
        <w:rPr>
          <w:b w:val="0"/>
          <w:color w:val="000000"/>
          <w:sz w:val="17"/>
        </w:rPr>
        <w:t>Not: Sayısal veriler ölçme amacıyla oluşturulmuştur.</w:t>
      </w:r>
    </w:p>
    <w:p>
      <w:r>
        <w:br w:type="page"/>
      </w:r>
    </w:p>
    <w:p>
      <w:pPr>
        <w:pStyle w:val="Heading1"/>
      </w:pPr>
      <w:r>
        <w:rPr>
          <w:b w:val="0"/>
          <w:color w:val="000000"/>
        </w:rPr>
        <w:t>Senaryo 2 Cevap Anahtarı</w:t>
      </w:r>
    </w:p>
    <w:p>
      <w:r>
        <w:rPr>
          <w:b w:val="0"/>
          <w:color w:val="000000"/>
        </w:rPr>
        <w:t>6 ana soru  |  Toplam 100 puan</w:t>
      </w:r>
    </w:p>
    <w:p>
      <w:pPr>
        <w:pStyle w:val="Heading2"/>
        <w:keepNext/>
        <w:keepLines/>
      </w:pPr>
      <w:r>
        <w:rPr>
          <w:b w:val="0"/>
          <w:color w:val="000000"/>
        </w:rPr>
        <w:t>Soru 1   Biyoteknolojik gelişmelerin kullanım alanları   20 puan</w:t>
      </w:r>
    </w:p>
    <w:p>
      <w:pPr>
        <w:keepNext/>
        <w:keepLines/>
      </w:pPr>
      <w:r>
        <w:rPr>
          <w:b w:val="0"/>
          <w:color w:val="000000"/>
          <w:sz w:val="17"/>
        </w:rPr>
        <w:t>Çıktı / kazanım: BİY.9.1.1  |  Excel: 9. SINIF!E7</w:t>
      </w:r>
    </w:p>
    <w:p>
      <w:pPr>
        <w:keepNext/>
        <w:keepLines/>
      </w:pPr>
      <w:r>
        <w:rPr>
          <w:b/>
          <w:color w:val="000000"/>
        </w:rPr>
        <w:t xml:space="preserve">a) 8 puan   </w:t>
      </w:r>
      <w:r>
        <w:rPr>
          <w:b w:val="0"/>
          <w:color w:val="000000"/>
        </w:rPr>
        <w:t>İlk amaç için PCR, ikinci amaç için CRISPR-Cas sisteminin nasıl katkı sağlayabileceğini açıklayınız.</w:t>
      </w:r>
    </w:p>
    <w:p>
      <w:pPr>
        <w:keepNext/>
        <w:keepLines/>
      </w:pPr>
      <w:r>
        <w:rPr>
          <w:b/>
          <w:color w:val="000000"/>
        </w:rPr>
        <w:t xml:space="preserve">4 puan: </w:t>
      </w:r>
      <w:r>
        <w:rPr>
          <w:b w:val="0"/>
          <w:color w:val="000000"/>
        </w:rPr>
        <w:t>PCR, incelenecek belirli DNA bölgesinin çok sayıda kopyasının elde edilmesini sağlar.</w:t>
      </w:r>
    </w:p>
    <w:p>
      <w:pPr>
        <w:keepNext/>
        <w:keepLines/>
      </w:pPr>
      <w:r>
        <w:rPr>
          <w:b/>
          <w:color w:val="000000"/>
        </w:rPr>
        <w:t xml:space="preserve">4 puan: </w:t>
      </w:r>
      <w:r>
        <w:rPr>
          <w:b w:val="0"/>
          <w:color w:val="000000"/>
        </w:rPr>
        <w:t>CRISPR-Cas, hedeflenen DNA bölgesinde düzenleme yapılmasına olanak sağlayan araçlardan biridir.</w:t>
      </w:r>
    </w:p>
    <w:p>
      <w:pPr>
        <w:keepNext/>
        <w:keepLines/>
      </w:pPr>
      <w:r>
        <w:rPr>
          <w:b/>
          <w:color w:val="000000"/>
        </w:rPr>
        <w:t xml:space="preserve">b) 8 puan   </w:t>
      </w:r>
      <w:r>
        <w:rPr>
          <w:b w:val="0"/>
          <w:color w:val="000000"/>
        </w:rPr>
        <w:t>Bu iki gelişmenin insan yaşamına sağlayabileceği birer faydayı gerekçeleriyle yazınız.</w:t>
      </w:r>
    </w:p>
    <w:p>
      <w:pPr>
        <w:keepNext/>
        <w:keepLines/>
      </w:pPr>
      <w:r>
        <w:rPr>
          <w:b/>
          <w:color w:val="000000"/>
        </w:rPr>
        <w:t xml:space="preserve">4 puan: </w:t>
      </w:r>
      <w:r>
        <w:rPr>
          <w:b w:val="0"/>
          <w:color w:val="000000"/>
        </w:rPr>
        <w:t>PCR, az miktardaki örneğin analizini kolaylaştırır; genetik inceleme, adli analiz veya etkenin genetik materyalinin araştırılması gibi uygun bir örnek verilir.</w:t>
      </w:r>
    </w:p>
    <w:p>
      <w:pPr>
        <w:keepNext/>
        <w:keepLines/>
      </w:pPr>
      <w:r>
        <w:rPr>
          <w:b/>
          <w:color w:val="000000"/>
        </w:rPr>
        <w:t xml:space="preserve">4 puan: </w:t>
      </w:r>
      <w:r>
        <w:rPr>
          <w:b w:val="0"/>
          <w:color w:val="000000"/>
        </w:rPr>
        <w:t>Gen düzenleme, gen işlevlerinin araştırılması ya da kalıtsal hastalıklara yönelik tedavi araştırmaları gibi bir alana katkı sağlar; mekanizma ayrıntısı aranmaz.</w:t>
      </w:r>
    </w:p>
    <w:p>
      <w:pPr>
        <w:keepNext/>
        <w:keepLines/>
      </w:pPr>
      <w:r>
        <w:rPr>
          <w:b/>
          <w:color w:val="000000"/>
        </w:rPr>
        <w:t xml:space="preserve">c) 4 puan   </w:t>
      </w:r>
      <w:r>
        <w:rPr>
          <w:b w:val="0"/>
          <w:color w:val="000000"/>
        </w:rPr>
        <w:t>Bu yöntemleri aynı işlem olarak tanımlamak neden yanlıştır?</w:t>
      </w:r>
    </w:p>
    <w:p>
      <w:pPr>
        <w:keepNext/>
        <w:keepLines/>
      </w:pPr>
      <w:r>
        <w:rPr>
          <w:b/>
          <w:color w:val="000000"/>
        </w:rPr>
        <w:t xml:space="preserve">4 puan: </w:t>
      </w:r>
      <w:r>
        <w:rPr>
          <w:b w:val="0"/>
          <w:color w:val="000000"/>
        </w:rPr>
        <w:t>Birinin temel amacı DNA bölgesini çoğaltmak, diğerinin hedeflenen bölgeyi düzenlemektir; DNA miktarını artırmak, diziyi değiştirmekle aynı değildir.</w:t>
      </w:r>
    </w:p>
    <w:p>
      <w:pPr>
        <w:keepLines/>
      </w:pPr>
      <w:r>
        <w:rPr>
          <w:b w:val="0"/>
          <w:color w:val="000000"/>
          <w:sz w:val="17"/>
        </w:rPr>
        <w:t>Dayanak: 9. sınıf ders kitabı, s. 19-20; PCR ve CRISPR-Cas gelişmeleri.</w:t>
      </w:r>
    </w:p>
    <w:p>
      <w:pPr>
        <w:pStyle w:val="Heading2"/>
        <w:keepNext/>
        <w:keepLines/>
      </w:pPr>
      <w:r>
        <w:rPr>
          <w:b w:val="0"/>
          <w:color w:val="000000"/>
        </w:rPr>
        <w:t>Soru 2   Kontrollü deneyde tek etken   20 puan</w:t>
      </w:r>
    </w:p>
    <w:p>
      <w:pPr>
        <w:keepNext/>
        <w:keepLines/>
      </w:pPr>
      <w:r>
        <w:rPr>
          <w:b w:val="0"/>
          <w:color w:val="000000"/>
          <w:sz w:val="17"/>
        </w:rPr>
        <w:t>Çıktı / kazanım: BİY.9.1.2  |  Excel: 9. SINIF!E8</w:t>
      </w:r>
    </w:p>
    <w:p>
      <w:pPr>
        <w:keepNext/>
        <w:keepLines/>
      </w:pPr>
      <w:r>
        <w:rPr>
          <w:b/>
          <w:color w:val="000000"/>
        </w:rPr>
        <w:t xml:space="preserve">a) 8 puan   </w:t>
      </w:r>
      <w:r>
        <w:rPr>
          <w:b w:val="0"/>
          <w:color w:val="000000"/>
        </w:rPr>
        <w:t>Bu deneyden büyüme farkının yalnızca gübreden kaynaklandığı söylenebilir mi? Gerekçelendiriniz.</w:t>
      </w:r>
    </w:p>
    <w:p>
      <w:pPr>
        <w:keepNext/>
        <w:keepLines/>
      </w:pPr>
      <w:r>
        <w:rPr>
          <w:b/>
          <w:color w:val="000000"/>
        </w:rPr>
        <w:t xml:space="preserve">4 puan: </w:t>
      </w:r>
      <w:r>
        <w:rPr>
          <w:b w:val="0"/>
          <w:color w:val="000000"/>
        </w:rPr>
        <w:t>Söylenemez; gübreyle birlikte sulama miktarı da değiştirilmiştir.</w:t>
      </w:r>
    </w:p>
    <w:p>
      <w:pPr>
        <w:keepNext/>
        <w:keepLines/>
      </w:pPr>
      <w:r>
        <w:rPr>
          <w:b/>
          <w:color w:val="000000"/>
        </w:rPr>
        <w:t xml:space="preserve">4 puan: </w:t>
      </w:r>
      <w:r>
        <w:rPr>
          <w:b w:val="0"/>
          <w:color w:val="000000"/>
        </w:rPr>
        <w:t>İki değişkenin etkisi birbirinden ayrılamadığı için sonuç yalnızca gübreye bağlanamaz.</w:t>
      </w:r>
    </w:p>
    <w:p>
      <w:pPr>
        <w:keepNext/>
        <w:keepLines/>
      </w:pPr>
      <w:r>
        <w:rPr>
          <w:b/>
          <w:color w:val="000000"/>
        </w:rPr>
        <w:t xml:space="preserve">b) 12 puan   </w:t>
      </w:r>
      <w:r>
        <w:rPr>
          <w:b w:val="0"/>
          <w:color w:val="000000"/>
        </w:rPr>
        <w:t>Gübrenin etkisini sınamak için deneyi yeniden tasarlayınız. Sulama, kontrol grubu ve güvenilirlik bakımından üç düzenleme yazınız.</w:t>
      </w:r>
    </w:p>
    <w:p>
      <w:pPr>
        <w:keepNext/>
        <w:keepLines/>
      </w:pPr>
      <w:r>
        <w:rPr>
          <w:b/>
          <w:color w:val="000000"/>
        </w:rPr>
        <w:t xml:space="preserve">4 puan: </w:t>
      </w:r>
      <w:r>
        <w:rPr>
          <w:b w:val="0"/>
          <w:color w:val="000000"/>
        </w:rPr>
        <w:t>İki gruba aynı miktarda su verilir; ışık, sıcaklık, toprak, başlangıç özellikleri gibi koşullar da eşit tutulur.</w:t>
      </w:r>
    </w:p>
    <w:p>
      <w:pPr>
        <w:keepNext/>
        <w:keepLines/>
      </w:pPr>
      <w:r>
        <w:rPr>
          <w:b/>
          <w:color w:val="000000"/>
        </w:rPr>
        <w:t xml:space="preserve">4 puan: </w:t>
      </w:r>
      <w:r>
        <w:rPr>
          <w:b w:val="0"/>
          <w:color w:val="000000"/>
        </w:rPr>
        <w:t>Deney grubuna belirli miktarda gübre verilir; kontrol grubuna gübre verilmez. Verilen diğer sıvıların miktarı eşitlenir.</w:t>
      </w:r>
    </w:p>
    <w:p>
      <w:pPr>
        <w:keepNext/>
        <w:keepLines/>
      </w:pPr>
      <w:r>
        <w:rPr>
          <w:b/>
          <w:color w:val="000000"/>
        </w:rPr>
        <w:t xml:space="preserve">4 puan: </w:t>
      </w:r>
      <w:r>
        <w:rPr>
          <w:b w:val="0"/>
          <w:color w:val="000000"/>
        </w:rPr>
        <w:t>Her grupta birden çok benzer fide kullanılır / deney tekrarlanır ve aynı süre sonunda aynı ölçüm yöntemiyle ortalamalar karşılaştırılır.</w:t>
      </w:r>
    </w:p>
    <w:p>
      <w:pPr>
        <w:keepLines/>
      </w:pPr>
      <w:r>
        <w:rPr>
          <w:b w:val="0"/>
          <w:color w:val="000000"/>
          <w:sz w:val="17"/>
        </w:rPr>
        <w:t>Dayanak: 9. sınıf ders kitabı, s. 26-28; kontrollü deney ve değişkenler.</w:t>
      </w:r>
    </w:p>
    <w:p>
      <w:pPr>
        <w:pStyle w:val="Heading2"/>
        <w:keepNext/>
        <w:keepLines/>
      </w:pPr>
      <w:r>
        <w:rPr>
          <w:b w:val="0"/>
          <w:color w:val="000000"/>
        </w:rPr>
        <w:t>Soru 3   Bilimsel bilginin sınanması ve değişmesi   15 puan</w:t>
      </w:r>
    </w:p>
    <w:p>
      <w:pPr>
        <w:keepNext/>
        <w:keepLines/>
      </w:pPr>
      <w:r>
        <w:rPr>
          <w:b w:val="0"/>
          <w:color w:val="000000"/>
          <w:sz w:val="17"/>
        </w:rPr>
        <w:t>Çıktı / kazanım: BİY.9.1.2  |  Excel: 9. SINIF!E8</w:t>
      </w:r>
    </w:p>
    <w:p>
      <w:pPr>
        <w:keepNext/>
        <w:keepLines/>
      </w:pPr>
      <w:r>
        <w:rPr>
          <w:b/>
          <w:color w:val="000000"/>
        </w:rPr>
        <w:t xml:space="preserve">a) 6 puan   </w:t>
      </w:r>
      <w:r>
        <w:rPr>
          <w:b w:val="0"/>
          <w:color w:val="000000"/>
        </w:rPr>
        <w:t>Sonuçlar ışığın bu türün çimlenmesi için zorunlu olduğu hipotezini destekler mi? Kanıtla açıklayınız.</w:t>
      </w:r>
    </w:p>
    <w:p>
      <w:pPr>
        <w:keepNext/>
        <w:keepLines/>
      </w:pPr>
      <w:r>
        <w:rPr>
          <w:b/>
          <w:color w:val="000000"/>
        </w:rPr>
        <w:t xml:space="preserve">3 puan: </w:t>
      </w:r>
      <w:r>
        <w:rPr>
          <w:b w:val="0"/>
          <w:color w:val="000000"/>
        </w:rPr>
        <w:t>Desteklemez.</w:t>
      </w:r>
    </w:p>
    <w:p>
      <w:pPr>
        <w:keepNext/>
        <w:keepLines/>
      </w:pPr>
      <w:r>
        <w:rPr>
          <w:b/>
          <w:color w:val="000000"/>
        </w:rPr>
        <w:t xml:space="preserve">3 puan: </w:t>
      </w:r>
      <w:r>
        <w:rPr>
          <w:b w:val="0"/>
          <w:color w:val="000000"/>
        </w:rPr>
        <w:t>Karanlıkta da 22 tohumun çimlenmesi, ışığın bu koşullarda zorunlu olmadığını gösterir; hipotez yeniden değerlendirilmelidir.</w:t>
      </w:r>
    </w:p>
    <w:p>
      <w:pPr>
        <w:keepNext/>
        <w:keepLines/>
      </w:pPr>
      <w:r>
        <w:rPr>
          <w:b/>
          <w:color w:val="000000"/>
        </w:rPr>
        <w:t xml:space="preserve">b) 3 puan   </w:t>
      </w:r>
      <w:r>
        <w:rPr>
          <w:b w:val="0"/>
          <w:color w:val="000000"/>
        </w:rPr>
        <w:t>Araştırmanın güvenilirliğini değerlendirmek için yapılabilecek bir çalışma öneriniz.</w:t>
      </w:r>
    </w:p>
    <w:p>
      <w:pPr>
        <w:keepNext/>
        <w:keepLines/>
      </w:pPr>
      <w:r>
        <w:rPr>
          <w:b/>
          <w:color w:val="000000"/>
        </w:rPr>
        <w:t xml:space="preserve">3 puan: </w:t>
      </w:r>
      <w:r>
        <w:rPr>
          <w:b w:val="0"/>
          <w:color w:val="000000"/>
        </w:rPr>
        <w:t>Farklı tohum partileriyle tekrarlama / bağımsız araştırmacıların aynı koşullarda tekrarı / daha çok örnekle araştırma gibi uygulanabilir bir çalışma önerilir.</w:t>
      </w:r>
    </w:p>
    <w:p>
      <w:pPr>
        <w:keepNext/>
        <w:keepLines/>
      </w:pPr>
      <w:r>
        <w:rPr>
          <w:b/>
          <w:color w:val="000000"/>
        </w:rPr>
        <w:t xml:space="preserve">c) 6 puan   </w:t>
      </w:r>
      <w:r>
        <w:rPr>
          <w:b w:val="0"/>
          <w:color w:val="000000"/>
        </w:rPr>
        <w:t>Bu sonuçlardan “Bütün bitkilerin çimlenmesinde ışık etkisizdir.” sonucuna neden ulaşılamaz? Bilimin doğasıyla ilişkilendiriniz.</w:t>
      </w:r>
    </w:p>
    <w:p>
      <w:pPr>
        <w:keepNext/>
        <w:keepLines/>
      </w:pPr>
      <w:r>
        <w:rPr>
          <w:b/>
          <w:color w:val="000000"/>
        </w:rPr>
        <w:t xml:space="preserve">3 puan: </w:t>
      </w:r>
      <w:r>
        <w:rPr>
          <w:b w:val="0"/>
          <w:color w:val="000000"/>
        </w:rPr>
        <w:t>Yalnızca bir tür ve belirli koşullar araştırılmıştır; bütün bitkilere genellemek için yeterli kanıt yoktur.</w:t>
      </w:r>
    </w:p>
    <w:p>
      <w:pPr>
        <w:keepNext/>
        <w:keepLines/>
      </w:pPr>
      <w:r>
        <w:rPr>
          <w:b/>
          <w:color w:val="000000"/>
        </w:rPr>
        <w:t xml:space="preserve">3 puan: </w:t>
      </w:r>
      <w:r>
        <w:rPr>
          <w:b w:val="0"/>
          <w:color w:val="000000"/>
        </w:rPr>
        <w:t>Bilimsel açıklamalar kanıta dayanır ve yeni bulgularla kapsamı sınırlandırılabilir veya değiştirilebilir; sonuç, ışığın hiçbir etkisinin olmadığını da kanıtlamaz.</w:t>
      </w:r>
    </w:p>
    <w:p>
      <w:pPr>
        <w:keepNext/>
        <w:keepLines/>
      </w:pPr>
      <w:r>
        <w:rPr>
          <w:b w:val="0"/>
          <w:color w:val="000000"/>
          <w:sz w:val="17"/>
        </w:rPr>
        <w:t>Dayanak: 9. sınıf ders kitabı, s. 22-28; kanıta dayalı çıkarım ve bilimin doğası.</w:t>
      </w:r>
    </w:p>
    <w:p>
      <w:pPr>
        <w:keepLines/>
      </w:pPr>
      <w:r>
        <w:rPr>
          <w:b w:val="0"/>
          <w:color w:val="000000"/>
          <w:sz w:val="17"/>
        </w:rPr>
        <w:t>Not: Sayısal veriler ölçme amacıyla oluşturulmuştur.</w:t>
      </w:r>
    </w:p>
    <w:p>
      <w:pPr>
        <w:pStyle w:val="Heading2"/>
        <w:keepNext/>
        <w:keepLines/>
      </w:pPr>
      <w:r>
        <w:rPr>
          <w:b w:val="0"/>
          <w:color w:val="000000"/>
        </w:rPr>
        <w:t>Soru 4   Veriden hipotez sınamaya   15 puan</w:t>
      </w:r>
    </w:p>
    <w:p>
      <w:pPr>
        <w:keepNext/>
        <w:keepLines/>
      </w:pPr>
      <w:r>
        <w:rPr>
          <w:b w:val="0"/>
          <w:color w:val="000000"/>
          <w:sz w:val="17"/>
        </w:rPr>
        <w:t>Çıktı / kazanım: BİY.9.1.2  |  Excel: 9. SINIF!E8</w:t>
      </w:r>
    </w:p>
    <w:p>
      <w:pPr>
        <w:keepNext/>
        <w:keepLines/>
      </w:pPr>
      <w:r>
        <w:rPr>
          <w:b/>
          <w:color w:val="000000"/>
        </w:rPr>
        <w:t xml:space="preserve">a) 3 puan   </w:t>
      </w:r>
      <w:r>
        <w:rPr>
          <w:b w:val="0"/>
          <w:color w:val="000000"/>
        </w:rPr>
        <w:t>Bu araştırma için sınanabilir bir hipotez yazınız.</w:t>
      </w:r>
    </w:p>
    <w:p>
      <w:pPr>
        <w:keepNext/>
        <w:keepLines/>
      </w:pPr>
      <w:r>
        <w:rPr>
          <w:b/>
          <w:color w:val="000000"/>
        </w:rPr>
        <w:t xml:space="preserve">3 puan: </w:t>
      </w:r>
      <w:r>
        <w:rPr>
          <w:b w:val="0"/>
          <w:color w:val="000000"/>
        </w:rPr>
        <w:t>Sulama miktarı arttıkça fide boy artışı değişir gibi, sulama miktarı ile boy artışı arasında ölçülebilir ilişki kuran bir hipotez yazılır; sonuçla uyuşması zorunlu değildir.</w:t>
      </w:r>
    </w:p>
    <w:p>
      <w:pPr>
        <w:keepNext/>
        <w:keepLines/>
      </w:pPr>
      <w:r>
        <w:rPr>
          <w:b/>
          <w:color w:val="000000"/>
        </w:rPr>
        <w:t xml:space="preserve">b) 6 puan   </w:t>
      </w:r>
      <w:r>
        <w:rPr>
          <w:b w:val="0"/>
          <w:color w:val="000000"/>
        </w:rPr>
        <w:t>Bağımsız ve bağımlı değişkenleri belirtiniz.</w:t>
      </w:r>
    </w:p>
    <w:p>
      <w:pPr>
        <w:keepNext/>
        <w:keepLines/>
      </w:pPr>
      <w:r>
        <w:rPr>
          <w:b/>
          <w:color w:val="000000"/>
        </w:rPr>
        <w:t xml:space="preserve">3 puan: </w:t>
      </w:r>
      <w:r>
        <w:rPr>
          <w:b w:val="0"/>
          <w:color w:val="000000"/>
        </w:rPr>
        <w:t>Bağımsız değişken: günlük verilen su miktarı.</w:t>
      </w:r>
    </w:p>
    <w:p>
      <w:pPr>
        <w:keepNext/>
        <w:keepLines/>
      </w:pPr>
      <w:r>
        <w:rPr>
          <w:b/>
          <w:color w:val="000000"/>
        </w:rPr>
        <w:t xml:space="preserve">3 puan: </w:t>
      </w:r>
      <w:r>
        <w:rPr>
          <w:b w:val="0"/>
          <w:color w:val="000000"/>
        </w:rPr>
        <w:t>Bağımlı değişken: yedi gün sonundaki boy artışı / ortalama boy artışı.</w:t>
      </w:r>
    </w:p>
    <w:p>
      <w:pPr>
        <w:keepNext/>
        <w:keepLines/>
      </w:pPr>
      <w:r>
        <w:rPr>
          <w:b/>
          <w:color w:val="000000"/>
        </w:rPr>
        <w:t xml:space="preserve">c) 6 puan   </w:t>
      </w:r>
      <w:r>
        <w:rPr>
          <w:b w:val="0"/>
          <w:color w:val="000000"/>
        </w:rPr>
        <w:t>“Su miktarı ne kadar artarsa büyüme her zaman o kadar artar.” yargısını verilerle değerlendiriniz.</w:t>
      </w:r>
    </w:p>
    <w:p>
      <w:pPr>
        <w:keepNext/>
        <w:keepLines/>
      </w:pPr>
      <w:r>
        <w:rPr>
          <w:b/>
          <w:color w:val="000000"/>
        </w:rPr>
        <w:t xml:space="preserve">3 puan: </w:t>
      </w:r>
      <w:r>
        <w:rPr>
          <w:b w:val="0"/>
          <w:color w:val="000000"/>
        </w:rPr>
        <w:t>15 mL grubundaki 7,2 cm artışın 25 mL grubunda 4,1 cm düzeyine düştüğü belirtilir.</w:t>
      </w:r>
    </w:p>
    <w:p>
      <w:pPr>
        <w:keepNext/>
        <w:keepLines/>
      </w:pPr>
      <w:r>
        <w:rPr>
          <w:b/>
          <w:color w:val="000000"/>
        </w:rPr>
        <w:t xml:space="preserve">3 puan: </w:t>
      </w:r>
      <w:r>
        <w:rPr>
          <w:b w:val="0"/>
          <w:color w:val="000000"/>
        </w:rPr>
        <w:t>Yargı desteklenmez; sonuç yalnızca incelenen tür, miktarlar ve deney koşulları için yorumlanır. Daha fazla suyun her koşulda daha iyi olduğu söylenemez.</w:t>
      </w:r>
    </w:p>
    <w:p>
      <w:pPr>
        <w:keepNext/>
        <w:keepLines/>
      </w:pPr>
      <w:r>
        <w:rPr>
          <w:b w:val="0"/>
          <w:color w:val="000000"/>
          <w:sz w:val="17"/>
        </w:rPr>
        <w:t>Dayanak: 9. sınıf ders kitabı, s. 22-28; hipotez, değişken ve kontrollü deney.</w:t>
      </w:r>
    </w:p>
    <w:p>
      <w:pPr>
        <w:keepLines/>
      </w:pPr>
      <w:r>
        <w:rPr>
          <w:b w:val="0"/>
          <w:color w:val="000000"/>
          <w:sz w:val="17"/>
        </w:rPr>
        <w:t>Not: Sayısal veriler ölçme amacıyla oluşturulmuştur.</w:t>
      </w:r>
    </w:p>
    <w:p>
      <w:pPr>
        <w:pStyle w:val="Heading2"/>
        <w:keepNext/>
        <w:keepLines/>
      </w:pPr>
      <w:r>
        <w:rPr>
          <w:b w:val="0"/>
          <w:color w:val="000000"/>
        </w:rPr>
        <w:t>Soru 5   Üreme ve iç dengenin gözlenmesi   15 puan</w:t>
      </w:r>
    </w:p>
    <w:p>
      <w:pPr>
        <w:keepNext/>
        <w:keepLines/>
      </w:pPr>
      <w:r>
        <w:rPr>
          <w:b w:val="0"/>
          <w:color w:val="000000"/>
          <w:sz w:val="17"/>
        </w:rPr>
        <w:t>Çıktı / kazanım: BİY.9.1.4  |  Excel: 9. SINIF!E10</w:t>
      </w:r>
    </w:p>
    <w:p>
      <w:pPr>
        <w:keepNext/>
        <w:keepLines/>
      </w:pPr>
      <w:r>
        <w:rPr>
          <w:b/>
          <w:color w:val="000000"/>
        </w:rPr>
        <w:t xml:space="preserve">a) 6 puan   </w:t>
      </w:r>
      <w:r>
        <w:rPr>
          <w:b w:val="0"/>
          <w:color w:val="000000"/>
        </w:rPr>
        <w:t>I. kaydın gösterdiği canlılık özelliğini yazınız. Tek bir bakterinin irileşmesiyle farkını açıklayınız.</w:t>
      </w:r>
    </w:p>
    <w:p>
      <w:pPr>
        <w:keepNext/>
        <w:keepLines/>
      </w:pPr>
      <w:r>
        <w:rPr>
          <w:b/>
          <w:color w:val="000000"/>
        </w:rPr>
        <w:t xml:space="preserve">3 puan: </w:t>
      </w:r>
      <w:r>
        <w:rPr>
          <w:b w:val="0"/>
          <w:color w:val="000000"/>
        </w:rPr>
        <w:t>Bakteri sayısının artması üremeyi gösterir.</w:t>
      </w:r>
    </w:p>
    <w:p>
      <w:pPr>
        <w:keepNext/>
        <w:keepLines/>
      </w:pPr>
      <w:r>
        <w:rPr>
          <w:b/>
          <w:color w:val="000000"/>
        </w:rPr>
        <w:t xml:space="preserve">3 puan: </w:t>
      </w:r>
      <w:r>
        <w:rPr>
          <w:b w:val="0"/>
          <w:color w:val="000000"/>
        </w:rPr>
        <w:t>Tek bir bakterinin hacim/kütle artışı büyümedir; yeni birey oluşmasıyla aynı değildir.</w:t>
      </w:r>
    </w:p>
    <w:p>
      <w:pPr>
        <w:keepNext/>
        <w:keepLines/>
      </w:pPr>
      <w:r>
        <w:rPr>
          <w:b/>
          <w:color w:val="000000"/>
        </w:rPr>
        <w:t xml:space="preserve">b) 6 puan   </w:t>
      </w:r>
      <w:r>
        <w:rPr>
          <w:b w:val="0"/>
          <w:color w:val="000000"/>
        </w:rPr>
        <w:t>II. kayıtta terlemenin iç dengeye katkısını açıklayınız.</w:t>
      </w:r>
    </w:p>
    <w:p>
      <w:pPr>
        <w:keepNext/>
        <w:keepLines/>
      </w:pPr>
      <w:r>
        <w:rPr>
          <w:b/>
          <w:color w:val="000000"/>
        </w:rPr>
        <w:t xml:space="preserve">3 puan: </w:t>
      </w:r>
      <w:r>
        <w:rPr>
          <w:b w:val="0"/>
          <w:color w:val="000000"/>
        </w:rPr>
        <w:t>Terin buharlaşması vücuttan ısı uzaklaştırır.</w:t>
      </w:r>
    </w:p>
    <w:p>
      <w:pPr>
        <w:keepNext/>
        <w:keepLines/>
      </w:pPr>
      <w:r>
        <w:rPr>
          <w:b/>
          <w:color w:val="000000"/>
        </w:rPr>
        <w:t xml:space="preserve">3 puan: </w:t>
      </w:r>
      <w:r>
        <w:rPr>
          <w:b w:val="0"/>
          <w:color w:val="000000"/>
        </w:rPr>
        <w:t>Vücut sıcaklığının normal aralıkta tutulmasına, yani homeostaziye katkı sağlar.</w:t>
      </w:r>
    </w:p>
    <w:p>
      <w:pPr>
        <w:keepNext/>
        <w:keepLines/>
      </w:pPr>
      <w:r>
        <w:rPr>
          <w:b/>
          <w:color w:val="000000"/>
        </w:rPr>
        <w:t xml:space="preserve">c) 3 puan   </w:t>
      </w:r>
      <w:r>
        <w:rPr>
          <w:b w:val="0"/>
          <w:color w:val="000000"/>
        </w:rPr>
        <w:t>Bu iki gözlem, bütün bireylerin yaşamlarını sürdürebilmek için üremek zorunda olduğunu gösterir mi? Açıklayınız.</w:t>
      </w:r>
    </w:p>
    <w:p>
      <w:pPr>
        <w:keepNext/>
        <w:keepLines/>
      </w:pPr>
      <w:r>
        <w:rPr>
          <w:b/>
          <w:color w:val="000000"/>
        </w:rPr>
        <w:t xml:space="preserve">3 puan: </w:t>
      </w:r>
      <w:r>
        <w:rPr>
          <w:b w:val="0"/>
          <w:color w:val="000000"/>
        </w:rPr>
        <w:t>Hayır. Üreme neslin devamı için gereklidir; bireyin kendi yaşamını sürdürmesinin zorunlu koşulu değildir.</w:t>
      </w:r>
    </w:p>
    <w:p>
      <w:pPr>
        <w:keepLines/>
      </w:pPr>
      <w:r>
        <w:rPr>
          <w:b w:val="0"/>
          <w:color w:val="000000"/>
          <w:sz w:val="17"/>
        </w:rPr>
        <w:t>Dayanak: 9. sınıf ders kitabı, s. 37-39; üreme ve homeostazi.</w:t>
      </w:r>
    </w:p>
    <w:p>
      <w:pPr>
        <w:pStyle w:val="Heading2"/>
        <w:keepNext/>
        <w:keepLines/>
      </w:pPr>
      <w:r>
        <w:rPr>
          <w:b w:val="0"/>
          <w:color w:val="000000"/>
        </w:rPr>
        <w:t>Soru 6   Gözlem kayıtlarından canlılık özelliklerine   15 puan</w:t>
      </w:r>
    </w:p>
    <w:p>
      <w:pPr>
        <w:keepNext/>
        <w:keepLines/>
      </w:pPr>
      <w:r>
        <w:rPr>
          <w:b w:val="0"/>
          <w:color w:val="000000"/>
          <w:sz w:val="17"/>
        </w:rPr>
        <w:t>Çıktı / kazanım: BİY.9.1.4  |  Excel: 9. SINIF!E10</w:t>
      </w:r>
    </w:p>
    <w:p>
      <w:pPr>
        <w:keepNext/>
        <w:keepLines/>
      </w:pPr>
      <w:r>
        <w:rPr>
          <w:b/>
          <w:color w:val="000000"/>
        </w:rPr>
        <w:t xml:space="preserve">a) 6 puan   </w:t>
      </w:r>
      <w:r>
        <w:rPr>
          <w:b w:val="0"/>
          <w:color w:val="000000"/>
        </w:rPr>
        <w:t>Boy ölçümlerinin ve ışığa eğilmenin gösterdiği iki canlılık özelliğini, ilgili gözlemle birlikte açıklayınız.</w:t>
      </w:r>
    </w:p>
    <w:p>
      <w:pPr>
        <w:keepNext/>
        <w:keepLines/>
      </w:pPr>
      <w:r>
        <w:rPr>
          <w:b/>
          <w:color w:val="000000"/>
        </w:rPr>
        <w:t xml:space="preserve">3 puan: </w:t>
      </w:r>
      <w:r>
        <w:rPr>
          <w:b w:val="0"/>
          <w:color w:val="000000"/>
        </w:rPr>
        <w:t>6 cm’den 11 cm’ye boy artışı büyümeye örnektir.</w:t>
      </w:r>
    </w:p>
    <w:p>
      <w:pPr>
        <w:keepNext/>
        <w:keepLines/>
      </w:pPr>
      <w:r>
        <w:rPr>
          <w:b/>
          <w:color w:val="000000"/>
        </w:rPr>
        <w:t xml:space="preserve">3 puan: </w:t>
      </w:r>
      <w:r>
        <w:rPr>
          <w:b w:val="0"/>
          <w:color w:val="000000"/>
        </w:rPr>
        <w:t>Işığa doğru eğilme, uyaranlara tepki verme / yönelme hareketi örneğidir.</w:t>
      </w:r>
    </w:p>
    <w:p>
      <w:pPr>
        <w:keepNext/>
        <w:keepLines/>
      </w:pPr>
      <w:r>
        <w:rPr>
          <w:b/>
          <w:color w:val="000000"/>
        </w:rPr>
        <w:t xml:space="preserve">b) 3 puan   </w:t>
      </w:r>
      <w:r>
        <w:rPr>
          <w:b w:val="0"/>
          <w:color w:val="000000"/>
        </w:rPr>
        <w:t>Bu özelliklerden biri için bir hayvanda gözlenebilecek benzer bir örnek yazınız.</w:t>
      </w:r>
    </w:p>
    <w:p>
      <w:pPr>
        <w:keepNext/>
        <w:keepLines/>
      </w:pPr>
      <w:r>
        <w:rPr>
          <w:b/>
          <w:color w:val="000000"/>
        </w:rPr>
        <w:t xml:space="preserve">3 puan: </w:t>
      </w:r>
      <w:r>
        <w:rPr>
          <w:b w:val="0"/>
          <w:color w:val="000000"/>
        </w:rPr>
        <w:t>Bir yavrunun boy/kütle artışı veya ışık/ses uyaranına karşı hareket eden bir hayvan gibi, seçilen özellikle tutarlı bir örnek yazılır.</w:t>
      </w:r>
    </w:p>
    <w:p>
      <w:pPr>
        <w:keepNext/>
        <w:keepLines/>
      </w:pPr>
      <w:r>
        <w:rPr>
          <w:b/>
          <w:color w:val="000000"/>
        </w:rPr>
        <w:t xml:space="preserve">c) 6 puan   </w:t>
      </w:r>
      <w:r>
        <w:rPr>
          <w:b w:val="0"/>
          <w:color w:val="000000"/>
        </w:rPr>
        <w:t>Gözlemleri daha nesnel ve karşılaştırılabilir kaydetmek için iki uygulama öneriniz.</w:t>
      </w:r>
    </w:p>
    <w:p>
      <w:pPr>
        <w:keepNext/>
        <w:keepLines/>
      </w:pPr>
      <w:r>
        <w:rPr>
          <w:b/>
          <w:color w:val="000000"/>
        </w:rPr>
        <w:t xml:space="preserve">3 puan: </w:t>
      </w:r>
      <w:r>
        <w:rPr>
          <w:b w:val="0"/>
          <w:color w:val="000000"/>
        </w:rPr>
        <w:t>Boyun aynı referans noktaları arasında, aynı ölçü birimi ve araçla ölçülmesi gibi ölçümü standartlaştıran bir uygulama belirtilir.</w:t>
      </w:r>
    </w:p>
    <w:p>
      <w:pPr>
        <w:keepNext/>
        <w:keepLines/>
      </w:pPr>
      <w:r>
        <w:rPr>
          <w:b/>
          <w:color w:val="000000"/>
        </w:rPr>
        <w:t xml:space="preserve">3 puan: </w:t>
      </w:r>
      <w:r>
        <w:rPr>
          <w:b w:val="0"/>
          <w:color w:val="000000"/>
        </w:rPr>
        <w:t>Tarih-saatli kayıt, sabit açıdan fotoğraf, eğilme açısının ölçümü veya gözlemlerin tekrarı gibi ikinci, farklı ve somut bir uygulama belirtilir.</w:t>
      </w:r>
    </w:p>
    <w:p>
      <w:pPr>
        <w:keepLines/>
      </w:pPr>
      <w:r>
        <w:rPr>
          <w:b w:val="0"/>
          <w:color w:val="000000"/>
          <w:sz w:val="17"/>
        </w:rPr>
        <w:t>Dayanak: 9. sınıf ders kitabı, s. 33-39; büyüme, hareket ve uyaranlara tepki.</w:t>
      </w:r>
    </w:p>
    <w:p>
      <w:r>
        <w:br w:type="page"/>
      </w:r>
    </w:p>
    <w:p>
      <w:pPr>
        <w:pStyle w:val="Heading1"/>
      </w:pPr>
      <w:r>
        <w:rPr>
          <w:b w:val="0"/>
          <w:color w:val="000000"/>
        </w:rPr>
        <w:t>Senaryo 3 Cevap Anahtarı</w:t>
      </w:r>
    </w:p>
    <w:p>
      <w:r>
        <w:rPr>
          <w:b w:val="0"/>
          <w:color w:val="000000"/>
        </w:rPr>
        <w:t>5 ana soru  |  Toplam 100 puan</w:t>
      </w:r>
    </w:p>
    <w:p>
      <w:pPr>
        <w:pStyle w:val="Heading2"/>
        <w:keepNext/>
        <w:keepLines/>
      </w:pPr>
      <w:r>
        <w:rPr>
          <w:b w:val="0"/>
          <w:color w:val="000000"/>
        </w:rPr>
        <w:t>Soru 1   Bir gözlemden toplumsal faydaya   20 puan</w:t>
      </w:r>
    </w:p>
    <w:p>
      <w:pPr>
        <w:keepNext/>
        <w:keepLines/>
      </w:pPr>
      <w:r>
        <w:rPr>
          <w:b w:val="0"/>
          <w:color w:val="000000"/>
          <w:sz w:val="17"/>
        </w:rPr>
        <w:t>Çıktı / kazanım: BİY.9.1.1  |  Excel: 9. SINIF!F7</w:t>
      </w:r>
    </w:p>
    <w:p>
      <w:pPr>
        <w:keepNext/>
        <w:keepLines/>
      </w:pPr>
      <w:r>
        <w:rPr>
          <w:b/>
          <w:color w:val="000000"/>
        </w:rPr>
        <w:t xml:space="preserve">a) 8 puan   </w:t>
      </w:r>
      <w:r>
        <w:rPr>
          <w:b w:val="0"/>
          <w:color w:val="000000"/>
        </w:rPr>
        <w:t>Bu olayın ilişkilendirildiği bilim insanını ve biyolojideki gelişmeyi yazınız.</w:t>
      </w:r>
    </w:p>
    <w:p>
      <w:pPr>
        <w:keepNext/>
        <w:keepLines/>
      </w:pPr>
      <w:r>
        <w:rPr>
          <w:b/>
          <w:color w:val="000000"/>
        </w:rPr>
        <w:t xml:space="preserve">4 puan: </w:t>
      </w:r>
      <w:r>
        <w:rPr>
          <w:b w:val="0"/>
          <w:color w:val="000000"/>
        </w:rPr>
        <w:t>Alexander Fleming.</w:t>
      </w:r>
    </w:p>
    <w:p>
      <w:pPr>
        <w:keepNext/>
        <w:keepLines/>
      </w:pPr>
      <w:r>
        <w:rPr>
          <w:b/>
          <w:color w:val="000000"/>
        </w:rPr>
        <w:t xml:space="preserve">4 puan: </w:t>
      </w:r>
      <w:r>
        <w:rPr>
          <w:b w:val="0"/>
          <w:color w:val="000000"/>
        </w:rPr>
        <w:t>Penisilinin keşfi / antibiyotiklerin gelişimine öncülük edilmesi.</w:t>
      </w:r>
    </w:p>
    <w:p>
      <w:pPr>
        <w:keepNext/>
        <w:keepLines/>
      </w:pPr>
      <w:r>
        <w:rPr>
          <w:b/>
          <w:color w:val="000000"/>
        </w:rPr>
        <w:t xml:space="preserve">b) 8 puan   </w:t>
      </w:r>
      <w:r>
        <w:rPr>
          <w:b w:val="0"/>
          <w:color w:val="000000"/>
        </w:rPr>
        <w:t>Bu gelişmenin insan yaşamına iki katkısını nedenleriyle açıklayınız.</w:t>
      </w:r>
    </w:p>
    <w:p>
      <w:pPr>
        <w:keepNext/>
        <w:keepLines/>
      </w:pPr>
      <w:r>
        <w:rPr>
          <w:b/>
          <w:color w:val="000000"/>
        </w:rPr>
        <w:t xml:space="preserve">4 puan: </w:t>
      </w:r>
      <w:r>
        <w:rPr>
          <w:b w:val="0"/>
          <w:color w:val="000000"/>
        </w:rPr>
        <w:t>Duyarlı bakterilerin yol açtığı enfeksiyonların tedavisini mümkün kılmış veya kolaylaştırmıştır.</w:t>
      </w:r>
    </w:p>
    <w:p>
      <w:pPr>
        <w:keepNext/>
        <w:keepLines/>
      </w:pPr>
      <w:r>
        <w:rPr>
          <w:b/>
          <w:color w:val="000000"/>
        </w:rPr>
        <w:t xml:space="preserve">4 puan: </w:t>
      </w:r>
      <w:r>
        <w:rPr>
          <w:b w:val="0"/>
          <w:color w:val="000000"/>
        </w:rPr>
        <w:t>Bakteriyel enfeksiyonlara bağlı ölüm ve hastalık yükünün azalmasına katkı sağlamıştır; cerrahi sonrası bakteriyel enfeksiyonlarla mücadele gibi gerekçeli başka katkılar da kabul edilir.</w:t>
      </w:r>
    </w:p>
    <w:p>
      <w:pPr>
        <w:keepNext/>
        <w:keepLines/>
      </w:pPr>
      <w:r>
        <w:rPr>
          <w:b/>
          <w:color w:val="000000"/>
        </w:rPr>
        <w:t xml:space="preserve">c) 4 puan   </w:t>
      </w:r>
      <w:r>
        <w:rPr>
          <w:b w:val="0"/>
          <w:color w:val="000000"/>
        </w:rPr>
        <w:t>Bu bulgu, söz konusu maddenin bütün hastalıkları tedavi ettiğini gösterir mi? Gerekçelendiriniz.</w:t>
      </w:r>
    </w:p>
    <w:p>
      <w:pPr>
        <w:keepNext/>
        <w:keepLines/>
      </w:pPr>
      <w:r>
        <w:rPr>
          <w:b/>
          <w:color w:val="000000"/>
        </w:rPr>
        <w:t xml:space="preserve">4 puan: </w:t>
      </w:r>
      <w:r>
        <w:rPr>
          <w:b w:val="0"/>
          <w:color w:val="000000"/>
        </w:rPr>
        <w:t>Hayır. Bulgular belirli bakterilerle sınırlıdır; virüsler dâhil bütün hastalık etkenlerine veya tüm hastalıklara genellenemez.</w:t>
      </w:r>
    </w:p>
    <w:p>
      <w:pPr>
        <w:keepLines/>
      </w:pPr>
      <w:r>
        <w:rPr>
          <w:b w:val="0"/>
          <w:color w:val="000000"/>
          <w:sz w:val="17"/>
        </w:rPr>
        <w:t>Dayanak: 9. sınıf ders kitabı, s. 18-20; bilim tarihindeki dönüm noktaları.</w:t>
      </w:r>
    </w:p>
    <w:p>
      <w:pPr>
        <w:pStyle w:val="Heading2"/>
        <w:keepNext/>
        <w:keepLines/>
      </w:pPr>
      <w:r>
        <w:rPr>
          <w:b w:val="0"/>
          <w:color w:val="000000"/>
        </w:rPr>
        <w:t>Soru 2   Bilimsel bilginin sınanması ve değişmesi   20 puan</w:t>
      </w:r>
    </w:p>
    <w:p>
      <w:pPr>
        <w:keepNext/>
        <w:keepLines/>
      </w:pPr>
      <w:r>
        <w:rPr>
          <w:b w:val="0"/>
          <w:color w:val="000000"/>
          <w:sz w:val="17"/>
        </w:rPr>
        <w:t>Çıktı / kazanım: BİY.9.1.2  |  Excel: 9. SINIF!F8</w:t>
      </w:r>
    </w:p>
    <w:p>
      <w:pPr>
        <w:keepNext/>
        <w:keepLines/>
      </w:pPr>
      <w:r>
        <w:rPr>
          <w:b/>
          <w:color w:val="000000"/>
        </w:rPr>
        <w:t xml:space="preserve">a) 8 puan   </w:t>
      </w:r>
      <w:r>
        <w:rPr>
          <w:b w:val="0"/>
          <w:color w:val="000000"/>
        </w:rPr>
        <w:t>Sonuçlar ışığın bu türün çimlenmesi için zorunlu olduğu hipotezini destekler mi? Kanıtla açıklayınız.</w:t>
      </w:r>
    </w:p>
    <w:p>
      <w:pPr>
        <w:keepNext/>
        <w:keepLines/>
      </w:pPr>
      <w:r>
        <w:rPr>
          <w:b/>
          <w:color w:val="000000"/>
        </w:rPr>
        <w:t xml:space="preserve">4 puan: </w:t>
      </w:r>
      <w:r>
        <w:rPr>
          <w:b w:val="0"/>
          <w:color w:val="000000"/>
        </w:rPr>
        <w:t>Desteklemez.</w:t>
      </w:r>
    </w:p>
    <w:p>
      <w:pPr>
        <w:keepNext/>
        <w:keepLines/>
      </w:pPr>
      <w:r>
        <w:rPr>
          <w:b/>
          <w:color w:val="000000"/>
        </w:rPr>
        <w:t xml:space="preserve">4 puan: </w:t>
      </w:r>
      <w:r>
        <w:rPr>
          <w:b w:val="0"/>
          <w:color w:val="000000"/>
        </w:rPr>
        <w:t>Karanlıkta da 22 tohumun çimlenmesi, ışığın bu koşullarda zorunlu olmadığını gösterir; hipotez yeniden değerlendirilmelidir.</w:t>
      </w:r>
    </w:p>
    <w:p>
      <w:pPr>
        <w:keepNext/>
        <w:keepLines/>
      </w:pPr>
      <w:r>
        <w:rPr>
          <w:b/>
          <w:color w:val="000000"/>
        </w:rPr>
        <w:t xml:space="preserve">b) 4 puan   </w:t>
      </w:r>
      <w:r>
        <w:rPr>
          <w:b w:val="0"/>
          <w:color w:val="000000"/>
        </w:rPr>
        <w:t>Araştırmanın güvenilirliğini değerlendirmek için yapılabilecek bir çalışma öneriniz.</w:t>
      </w:r>
    </w:p>
    <w:p>
      <w:pPr>
        <w:keepNext/>
        <w:keepLines/>
      </w:pPr>
      <w:r>
        <w:rPr>
          <w:b/>
          <w:color w:val="000000"/>
        </w:rPr>
        <w:t xml:space="preserve">4 puan: </w:t>
      </w:r>
      <w:r>
        <w:rPr>
          <w:b w:val="0"/>
          <w:color w:val="000000"/>
        </w:rPr>
        <w:t>Farklı tohum partileriyle tekrarlama / bağımsız araştırmacıların aynı koşullarda tekrarı / daha çok örnekle araştırma gibi uygulanabilir bir çalışma önerilir.</w:t>
      </w:r>
    </w:p>
    <w:p>
      <w:pPr>
        <w:keepNext/>
        <w:keepLines/>
      </w:pPr>
      <w:r>
        <w:rPr>
          <w:b/>
          <w:color w:val="000000"/>
        </w:rPr>
        <w:t xml:space="preserve">c) 8 puan   </w:t>
      </w:r>
      <w:r>
        <w:rPr>
          <w:b w:val="0"/>
          <w:color w:val="000000"/>
        </w:rPr>
        <w:t>Bu sonuçlardan “Bütün bitkilerin çimlenmesinde ışık etkisizdir.” sonucuna neden ulaşılamaz? Bilimin doğasıyla ilişkilendiriniz.</w:t>
      </w:r>
    </w:p>
    <w:p>
      <w:pPr>
        <w:keepNext/>
        <w:keepLines/>
      </w:pPr>
      <w:r>
        <w:rPr>
          <w:b/>
          <w:color w:val="000000"/>
        </w:rPr>
        <w:t xml:space="preserve">4 puan: </w:t>
      </w:r>
      <w:r>
        <w:rPr>
          <w:b w:val="0"/>
          <w:color w:val="000000"/>
        </w:rPr>
        <w:t>Yalnızca bir tür ve belirli koşullar araştırılmıştır; bütün bitkilere genellemek için yeterli kanıt yoktur.</w:t>
      </w:r>
    </w:p>
    <w:p>
      <w:pPr>
        <w:keepNext/>
        <w:keepLines/>
      </w:pPr>
      <w:r>
        <w:rPr>
          <w:b/>
          <w:color w:val="000000"/>
        </w:rPr>
        <w:t xml:space="preserve">4 puan: </w:t>
      </w:r>
      <w:r>
        <w:rPr>
          <w:b w:val="0"/>
          <w:color w:val="000000"/>
        </w:rPr>
        <w:t>Bilimsel açıklamalar kanıta dayanır ve yeni bulgularla kapsamı sınırlandırılabilir veya değiştirilebilir; sonuç, ışığın hiçbir etkisinin olmadığını da kanıtlamaz.</w:t>
      </w:r>
    </w:p>
    <w:p>
      <w:pPr>
        <w:keepNext/>
        <w:keepLines/>
      </w:pPr>
      <w:r>
        <w:rPr>
          <w:b w:val="0"/>
          <w:color w:val="000000"/>
          <w:sz w:val="17"/>
        </w:rPr>
        <w:t>Dayanak: 9. sınıf ders kitabı, s. 22-28; kanıta dayalı çıkarım ve bilimin doğası.</w:t>
      </w:r>
    </w:p>
    <w:p>
      <w:pPr>
        <w:keepLines/>
      </w:pPr>
      <w:r>
        <w:rPr>
          <w:b w:val="0"/>
          <w:color w:val="000000"/>
          <w:sz w:val="17"/>
        </w:rPr>
        <w:t>Not: Sayısal veriler ölçme amacıyla oluşturulmuştur.</w:t>
      </w:r>
    </w:p>
    <w:p>
      <w:pPr>
        <w:pStyle w:val="Heading2"/>
        <w:keepNext/>
        <w:keepLines/>
      </w:pPr>
      <w:r>
        <w:rPr>
          <w:b w:val="0"/>
          <w:color w:val="000000"/>
        </w:rPr>
        <w:t>Soru 3   Veriden hipotez sınamaya   20 puan</w:t>
      </w:r>
    </w:p>
    <w:p>
      <w:pPr>
        <w:keepNext/>
        <w:keepLines/>
      </w:pPr>
      <w:r>
        <w:rPr>
          <w:b w:val="0"/>
          <w:color w:val="000000"/>
          <w:sz w:val="17"/>
        </w:rPr>
        <w:t>Çıktı / kazanım: BİY.9.1.2  |  Excel: 9. SINIF!F8</w:t>
      </w:r>
    </w:p>
    <w:p>
      <w:pPr>
        <w:keepNext/>
        <w:keepLines/>
      </w:pPr>
      <w:r>
        <w:rPr>
          <w:b/>
          <w:color w:val="000000"/>
        </w:rPr>
        <w:t xml:space="preserve">a) 4 puan   </w:t>
      </w:r>
      <w:r>
        <w:rPr>
          <w:b w:val="0"/>
          <w:color w:val="000000"/>
        </w:rPr>
        <w:t>Bu araştırma için sınanabilir bir hipotez yazınız.</w:t>
      </w:r>
    </w:p>
    <w:p>
      <w:pPr>
        <w:keepNext/>
        <w:keepLines/>
      </w:pPr>
      <w:r>
        <w:rPr>
          <w:b/>
          <w:color w:val="000000"/>
        </w:rPr>
        <w:t xml:space="preserve">4 puan: </w:t>
      </w:r>
      <w:r>
        <w:rPr>
          <w:b w:val="0"/>
          <w:color w:val="000000"/>
        </w:rPr>
        <w:t>Sulama miktarı arttıkça fide boy artışı değişir gibi, sulama miktarı ile boy artışı arasında ölçülebilir ilişki kuran bir hipotez yazılır; sonuçla uyuşması zorunlu değildir.</w:t>
      </w:r>
    </w:p>
    <w:p>
      <w:pPr>
        <w:keepNext/>
        <w:keepLines/>
      </w:pPr>
      <w:r>
        <w:rPr>
          <w:b/>
          <w:color w:val="000000"/>
        </w:rPr>
        <w:t xml:space="preserve">b) 8 puan   </w:t>
      </w:r>
      <w:r>
        <w:rPr>
          <w:b w:val="0"/>
          <w:color w:val="000000"/>
        </w:rPr>
        <w:t>Bağımsız ve bağımlı değişkenleri belirtiniz.</w:t>
      </w:r>
    </w:p>
    <w:p>
      <w:pPr>
        <w:keepNext/>
        <w:keepLines/>
      </w:pPr>
      <w:r>
        <w:rPr>
          <w:b/>
          <w:color w:val="000000"/>
        </w:rPr>
        <w:t xml:space="preserve">4 puan: </w:t>
      </w:r>
      <w:r>
        <w:rPr>
          <w:b w:val="0"/>
          <w:color w:val="000000"/>
        </w:rPr>
        <w:t>Bağımsız değişken: günlük verilen su miktarı.</w:t>
      </w:r>
    </w:p>
    <w:p>
      <w:pPr>
        <w:keepNext/>
        <w:keepLines/>
      </w:pPr>
      <w:r>
        <w:rPr>
          <w:b/>
          <w:color w:val="000000"/>
        </w:rPr>
        <w:t xml:space="preserve">4 puan: </w:t>
      </w:r>
      <w:r>
        <w:rPr>
          <w:b w:val="0"/>
          <w:color w:val="000000"/>
        </w:rPr>
        <w:t>Bağımlı değişken: yedi gün sonundaki boy artışı / ortalama boy artışı.</w:t>
      </w:r>
    </w:p>
    <w:p>
      <w:pPr>
        <w:keepNext/>
        <w:keepLines/>
      </w:pPr>
      <w:r>
        <w:rPr>
          <w:b/>
          <w:color w:val="000000"/>
        </w:rPr>
        <w:t xml:space="preserve">c) 8 puan   </w:t>
      </w:r>
      <w:r>
        <w:rPr>
          <w:b w:val="0"/>
          <w:color w:val="000000"/>
        </w:rPr>
        <w:t>“Su miktarı ne kadar artarsa büyüme her zaman o kadar artar.” yargısını verilerle değerlendiriniz.</w:t>
      </w:r>
    </w:p>
    <w:p>
      <w:pPr>
        <w:keepNext/>
        <w:keepLines/>
      </w:pPr>
      <w:r>
        <w:rPr>
          <w:b/>
          <w:color w:val="000000"/>
        </w:rPr>
        <w:t xml:space="preserve">4 puan: </w:t>
      </w:r>
      <w:r>
        <w:rPr>
          <w:b w:val="0"/>
          <w:color w:val="000000"/>
        </w:rPr>
        <w:t>15 mL grubundaki 7,2 cm artışın 25 mL grubunda 4,1 cm düzeyine düştüğü belirtilir.</w:t>
      </w:r>
    </w:p>
    <w:p>
      <w:pPr>
        <w:keepNext/>
        <w:keepLines/>
      </w:pPr>
      <w:r>
        <w:rPr>
          <w:b/>
          <w:color w:val="000000"/>
        </w:rPr>
        <w:t xml:space="preserve">4 puan: </w:t>
      </w:r>
      <w:r>
        <w:rPr>
          <w:b w:val="0"/>
          <w:color w:val="000000"/>
        </w:rPr>
        <w:t>Yargı desteklenmez; sonuç yalnızca incelenen tür, miktarlar ve deney koşulları için yorumlanır. Daha fazla suyun her koşulda daha iyi olduğu söylenemez.</w:t>
      </w:r>
    </w:p>
    <w:p>
      <w:pPr>
        <w:keepNext/>
        <w:keepLines/>
      </w:pPr>
      <w:r>
        <w:rPr>
          <w:b w:val="0"/>
          <w:color w:val="000000"/>
          <w:sz w:val="17"/>
        </w:rPr>
        <w:t>Dayanak: 9. sınıf ders kitabı, s. 22-28; hipotez, değişken ve kontrollü deney.</w:t>
      </w:r>
    </w:p>
    <w:p>
      <w:pPr>
        <w:keepLines/>
      </w:pPr>
      <w:r>
        <w:rPr>
          <w:b w:val="0"/>
          <w:color w:val="000000"/>
          <w:sz w:val="17"/>
        </w:rPr>
        <w:t>Not: Sayısal veriler ölçme amacıyla oluşturulmuştur.</w:t>
      </w:r>
    </w:p>
    <w:p>
      <w:pPr>
        <w:pStyle w:val="Heading2"/>
        <w:keepNext/>
        <w:keepLines/>
      </w:pPr>
      <w:r>
        <w:rPr>
          <w:b w:val="0"/>
          <w:color w:val="000000"/>
        </w:rPr>
        <w:t>Soru 4   Gözlem kayıtlarından canlılık özelliklerine   20 puan</w:t>
      </w:r>
    </w:p>
    <w:p>
      <w:pPr>
        <w:keepNext/>
        <w:keepLines/>
      </w:pPr>
      <w:r>
        <w:rPr>
          <w:b w:val="0"/>
          <w:color w:val="000000"/>
          <w:sz w:val="17"/>
        </w:rPr>
        <w:t>Çıktı / kazanım: BİY.9.1.4  |  Excel: 9. SINIF!F10</w:t>
      </w:r>
    </w:p>
    <w:p>
      <w:pPr>
        <w:keepNext/>
        <w:keepLines/>
      </w:pPr>
      <w:r>
        <w:rPr>
          <w:b/>
          <w:color w:val="000000"/>
        </w:rPr>
        <w:t xml:space="preserve">a) 8 puan   </w:t>
      </w:r>
      <w:r>
        <w:rPr>
          <w:b w:val="0"/>
          <w:color w:val="000000"/>
        </w:rPr>
        <w:t>Boy ölçümlerinin ve ışığa eğilmenin gösterdiği iki canlılık özelliğini, ilgili gözlemle birlikte açıklayınız.</w:t>
      </w:r>
    </w:p>
    <w:p>
      <w:pPr>
        <w:keepNext/>
        <w:keepLines/>
      </w:pPr>
      <w:r>
        <w:rPr>
          <w:b/>
          <w:color w:val="000000"/>
        </w:rPr>
        <w:t xml:space="preserve">4 puan: </w:t>
      </w:r>
      <w:r>
        <w:rPr>
          <w:b w:val="0"/>
          <w:color w:val="000000"/>
        </w:rPr>
        <w:t>6 cm’den 11 cm’ye boy artışı büyümeye örnektir.</w:t>
      </w:r>
    </w:p>
    <w:p>
      <w:pPr>
        <w:keepNext/>
        <w:keepLines/>
      </w:pPr>
      <w:r>
        <w:rPr>
          <w:b/>
          <w:color w:val="000000"/>
        </w:rPr>
        <w:t xml:space="preserve">4 puan: </w:t>
      </w:r>
      <w:r>
        <w:rPr>
          <w:b w:val="0"/>
          <w:color w:val="000000"/>
        </w:rPr>
        <w:t>Işığa doğru eğilme, uyaranlara tepki verme / yönelme hareketi örneğidir.</w:t>
      </w:r>
    </w:p>
    <w:p>
      <w:pPr>
        <w:keepNext/>
        <w:keepLines/>
      </w:pPr>
      <w:r>
        <w:rPr>
          <w:b/>
          <w:color w:val="000000"/>
        </w:rPr>
        <w:t xml:space="preserve">b) 4 puan   </w:t>
      </w:r>
      <w:r>
        <w:rPr>
          <w:b w:val="0"/>
          <w:color w:val="000000"/>
        </w:rPr>
        <w:t>Bu özelliklerden biri için bir hayvanda gözlenebilecek benzer bir örnek yazınız.</w:t>
      </w:r>
    </w:p>
    <w:p>
      <w:pPr>
        <w:keepNext/>
        <w:keepLines/>
      </w:pPr>
      <w:r>
        <w:rPr>
          <w:b/>
          <w:color w:val="000000"/>
        </w:rPr>
        <w:t xml:space="preserve">4 puan: </w:t>
      </w:r>
      <w:r>
        <w:rPr>
          <w:b w:val="0"/>
          <w:color w:val="000000"/>
        </w:rPr>
        <w:t>Bir yavrunun boy/kütle artışı veya ışık/ses uyaranına karşı hareket eden bir hayvan gibi, seçilen özellikle tutarlı bir örnek yazılır.</w:t>
      </w:r>
    </w:p>
    <w:p>
      <w:pPr>
        <w:keepNext/>
        <w:keepLines/>
      </w:pPr>
      <w:r>
        <w:rPr>
          <w:b/>
          <w:color w:val="000000"/>
        </w:rPr>
        <w:t xml:space="preserve">c) 8 puan   </w:t>
      </w:r>
      <w:r>
        <w:rPr>
          <w:b w:val="0"/>
          <w:color w:val="000000"/>
        </w:rPr>
        <w:t>Gözlemleri daha nesnel ve karşılaştırılabilir kaydetmek için iki uygulama öneriniz.</w:t>
      </w:r>
    </w:p>
    <w:p>
      <w:pPr>
        <w:keepNext/>
        <w:keepLines/>
      </w:pPr>
      <w:r>
        <w:rPr>
          <w:b/>
          <w:color w:val="000000"/>
        </w:rPr>
        <w:t xml:space="preserve">4 puan: </w:t>
      </w:r>
      <w:r>
        <w:rPr>
          <w:b w:val="0"/>
          <w:color w:val="000000"/>
        </w:rPr>
        <w:t>Boyun aynı referans noktaları arasında, aynı ölçü birimi ve araçla ölçülmesi gibi ölçümü standartlaştıran bir uygulama belirtilir.</w:t>
      </w:r>
    </w:p>
    <w:p>
      <w:pPr>
        <w:keepNext/>
        <w:keepLines/>
      </w:pPr>
      <w:r>
        <w:rPr>
          <w:b/>
          <w:color w:val="000000"/>
        </w:rPr>
        <w:t xml:space="preserve">4 puan: </w:t>
      </w:r>
      <w:r>
        <w:rPr>
          <w:b w:val="0"/>
          <w:color w:val="000000"/>
        </w:rPr>
        <w:t>Tarih-saatli kayıt, sabit açıdan fotoğraf, eğilme açısının ölçümü veya gözlemlerin tekrarı gibi ikinci, farklı ve somut bir uygulama belirtilir.</w:t>
      </w:r>
    </w:p>
    <w:p>
      <w:pPr>
        <w:keepLines/>
      </w:pPr>
      <w:r>
        <w:rPr>
          <w:b w:val="0"/>
          <w:color w:val="000000"/>
          <w:sz w:val="17"/>
        </w:rPr>
        <w:t>Dayanak: 9. sınıf ders kitabı, s. 33-39; büyüme, hareket ve uyaranlara tepki.</w:t>
      </w:r>
    </w:p>
    <w:p>
      <w:pPr>
        <w:pStyle w:val="Heading2"/>
        <w:keepNext/>
        <w:keepLines/>
      </w:pPr>
      <w:r>
        <w:rPr>
          <w:b w:val="0"/>
          <w:color w:val="000000"/>
        </w:rPr>
        <w:t>Soru 5   Üreme ve iç dengenin gözlenmesi   20 puan</w:t>
      </w:r>
    </w:p>
    <w:p>
      <w:pPr>
        <w:keepNext/>
        <w:keepLines/>
      </w:pPr>
      <w:r>
        <w:rPr>
          <w:b w:val="0"/>
          <w:color w:val="000000"/>
          <w:sz w:val="17"/>
        </w:rPr>
        <w:t>Çıktı / kazanım: BİY.9.1.4  |  Excel: 9. SINIF!F10</w:t>
      </w:r>
    </w:p>
    <w:p>
      <w:pPr>
        <w:keepNext/>
        <w:keepLines/>
      </w:pPr>
      <w:r>
        <w:rPr>
          <w:b/>
          <w:color w:val="000000"/>
        </w:rPr>
        <w:t xml:space="preserve">a) 8 puan   </w:t>
      </w:r>
      <w:r>
        <w:rPr>
          <w:b w:val="0"/>
          <w:color w:val="000000"/>
        </w:rPr>
        <w:t>I. kaydın gösterdiği canlılık özelliğini yazınız. Tek bir bakterinin irileşmesiyle farkını açıklayınız.</w:t>
      </w:r>
    </w:p>
    <w:p>
      <w:pPr>
        <w:keepNext/>
        <w:keepLines/>
      </w:pPr>
      <w:r>
        <w:rPr>
          <w:b/>
          <w:color w:val="000000"/>
        </w:rPr>
        <w:t xml:space="preserve">4 puan: </w:t>
      </w:r>
      <w:r>
        <w:rPr>
          <w:b w:val="0"/>
          <w:color w:val="000000"/>
        </w:rPr>
        <w:t>Bakteri sayısının artması üremeyi gösterir.</w:t>
      </w:r>
    </w:p>
    <w:p>
      <w:pPr>
        <w:keepNext/>
        <w:keepLines/>
      </w:pPr>
      <w:r>
        <w:rPr>
          <w:b/>
          <w:color w:val="000000"/>
        </w:rPr>
        <w:t xml:space="preserve">4 puan: </w:t>
      </w:r>
      <w:r>
        <w:rPr>
          <w:b w:val="0"/>
          <w:color w:val="000000"/>
        </w:rPr>
        <w:t>Tek bir bakterinin hacim/kütle artışı büyümedir; yeni birey oluşmasıyla aynı değildir.</w:t>
      </w:r>
    </w:p>
    <w:p>
      <w:pPr>
        <w:keepNext/>
        <w:keepLines/>
      </w:pPr>
      <w:r>
        <w:rPr>
          <w:b/>
          <w:color w:val="000000"/>
        </w:rPr>
        <w:t xml:space="preserve">b) 8 puan   </w:t>
      </w:r>
      <w:r>
        <w:rPr>
          <w:b w:val="0"/>
          <w:color w:val="000000"/>
        </w:rPr>
        <w:t>II. kayıtta terlemenin iç dengeye katkısını açıklayınız.</w:t>
      </w:r>
    </w:p>
    <w:p>
      <w:pPr>
        <w:keepNext/>
        <w:keepLines/>
      </w:pPr>
      <w:r>
        <w:rPr>
          <w:b/>
          <w:color w:val="000000"/>
        </w:rPr>
        <w:t xml:space="preserve">4 puan: </w:t>
      </w:r>
      <w:r>
        <w:rPr>
          <w:b w:val="0"/>
          <w:color w:val="000000"/>
        </w:rPr>
        <w:t>Terin buharlaşması vücuttan ısı uzaklaştırır.</w:t>
      </w:r>
    </w:p>
    <w:p>
      <w:pPr>
        <w:keepNext/>
        <w:keepLines/>
      </w:pPr>
      <w:r>
        <w:rPr>
          <w:b/>
          <w:color w:val="000000"/>
        </w:rPr>
        <w:t xml:space="preserve">4 puan: </w:t>
      </w:r>
      <w:r>
        <w:rPr>
          <w:b w:val="0"/>
          <w:color w:val="000000"/>
        </w:rPr>
        <w:t>Vücut sıcaklığının normal aralıkta tutulmasına, yani homeostaziye katkı sağlar.</w:t>
      </w:r>
    </w:p>
    <w:p>
      <w:pPr>
        <w:keepNext/>
        <w:keepLines/>
      </w:pPr>
      <w:r>
        <w:rPr>
          <w:b/>
          <w:color w:val="000000"/>
        </w:rPr>
        <w:t xml:space="preserve">c) 4 puan   </w:t>
      </w:r>
      <w:r>
        <w:rPr>
          <w:b w:val="0"/>
          <w:color w:val="000000"/>
        </w:rPr>
        <w:t>Bu iki gözlem, bütün bireylerin yaşamlarını sürdürebilmek için üremek zorunda olduğunu gösterir mi? Açıklayınız.</w:t>
      </w:r>
    </w:p>
    <w:p>
      <w:pPr>
        <w:keepNext/>
        <w:keepLines/>
      </w:pPr>
      <w:r>
        <w:rPr>
          <w:b/>
          <w:color w:val="000000"/>
        </w:rPr>
        <w:t xml:space="preserve">4 puan: </w:t>
      </w:r>
      <w:r>
        <w:rPr>
          <w:b w:val="0"/>
          <w:color w:val="000000"/>
        </w:rPr>
        <w:t>Hayır. Üreme neslin devamı için gereklidir; bireyin kendi yaşamını sürdürmesinin zorunlu koşulu değildir.</w:t>
      </w:r>
    </w:p>
    <w:p>
      <w:pPr>
        <w:keepLines/>
      </w:pPr>
      <w:r>
        <w:rPr>
          <w:b w:val="0"/>
          <w:color w:val="000000"/>
          <w:sz w:val="17"/>
        </w:rPr>
        <w:t>Dayanak: 9. sınıf ders kitabı, s. 37-39; üreme ve homeostazi.</w:t>
      </w:r>
    </w:p>
    <w:p>
      <w:r>
        <w:br w:type="page"/>
      </w:r>
    </w:p>
    <w:p>
      <w:pPr>
        <w:pStyle w:val="Heading1"/>
      </w:pPr>
      <w:r>
        <w:rPr>
          <w:b w:val="0"/>
          <w:color w:val="000000"/>
        </w:rPr>
        <w:t>Kaynaklar ve Kapsam</w:t>
      </w:r>
    </w:p>
    <w:p>
      <w:r>
        <w:rPr>
          <w:b w:val="0"/>
          <w:color w:val="000000"/>
        </w:rPr>
        <w:t>Dağılım kaynağı: Biyoloji Dersi 1. Dönem Konu Soru Dağılım Tabloları (2026 - 2027).xlsx. Yalnızca ilgili sınıfın 1. dönem 1. sınav senaryoları esas alınmıştır.</w:t>
      </w:r>
    </w:p>
    <w:p>
      <w:r>
        <w:rPr>
          <w:b w:val="0"/>
          <w:color w:val="000000"/>
        </w:rPr>
        <w:t>9. sınıf için yerel kaynak klasördeki güncel biyoloji ders kitabı kullanılmıştır. Cevaplardaki sayfa numaraları kitabın basılı sayfalarını gösterir; PDF görüntüleyicinin sayfa sırasıyla farklılık gösterebilir.</w:t>
      </w:r>
    </w:p>
    <w:p>
      <w:r>
        <w:rPr>
          <w:b w:val="0"/>
          <w:color w:val="000000"/>
        </w:rPr>
        <w:t>Senaryolar klasöründeki önceki yıllara ait örnekler soru üslubu ve açık uçlu cevap yapısı bakımından değerlendirilmiştir. Eski yılların konu kapsamı ve kazanım kodları güncel dağılım tablosunun yerine kullanılmamıştır.</w:t>
      </w:r>
    </w:p>
    <w:p>
      <w:pPr>
        <w:pStyle w:val="Heading2"/>
      </w:pPr>
      <w:r>
        <w:rPr>
          <w:b w:val="0"/>
          <w:color w:val="000000"/>
        </w:rPr>
        <w:t>Öğrenme Çıktıları ve Kazanımlar</w:t>
      </w:r>
    </w:p>
    <w:p>
      <w:r>
        <w:rPr>
          <w:b/>
          <w:color w:val="000000"/>
        </w:rPr>
        <w:t xml:space="preserve">BİY.9.1.1  </w:t>
      </w:r>
      <w:r>
        <w:rPr>
          <w:b w:val="0"/>
          <w:color w:val="000000"/>
        </w:rPr>
        <w:t>Biyolojideki dönüm noktalarının insan hayatına katkılarını sorgulayabilme</w:t>
      </w:r>
    </w:p>
    <w:p>
      <w:r>
        <w:rPr>
          <w:b/>
          <w:color w:val="000000"/>
        </w:rPr>
        <w:t xml:space="preserve">BİY.9.1.2  </w:t>
      </w:r>
      <w:r>
        <w:rPr>
          <w:b w:val="0"/>
          <w:color w:val="000000"/>
        </w:rPr>
        <w:t>Bilimsel araştırma süreçlerinde bilimin doğasını yorumlayabilme</w:t>
      </w:r>
    </w:p>
    <w:p>
      <w:r>
        <w:rPr>
          <w:b/>
          <w:color w:val="000000"/>
        </w:rPr>
        <w:t xml:space="preserve">BİY.9.1.4  </w:t>
      </w:r>
      <w:r>
        <w:rPr>
          <w:b w:val="0"/>
          <w:color w:val="000000"/>
        </w:rPr>
        <w:t>Çevresindeki canlıların özelliklerini bilimsel olarak gözlemleyebilme</w:t>
      </w:r>
    </w:p>
    <w:sectPr w:rsidR="00FC693F" w:rsidRPr="0006063C" w:rsidSect="00034616">
      <w:headerReference w:type="default" r:id="rId9"/>
      <w:footerReference w:type="default" r:id="rId10"/>
      <w:pgSz w:w="11906" w:h="16838"/>
      <w:pgMar w:top="1049" w:right="1020" w:bottom="992" w:left="1020" w:header="42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color w:val="000000"/>
        <w:sz w:val="16"/>
      </w:rPr>
      <w:t xml:space="preserve">biyolojihikayesi.com   |   Sayfa </w:t>
    </w:r>
    <w:r>
      <w:fldSimple w:instr="PAGE"/>
    </w:r>
    <w:r>
      <w:rPr>
        <w:b w:val="0"/>
        <w:color w:val="000000"/>
        <w:sz w:val="16"/>
      </w:rPr>
      <w:t xml:space="preserve"> /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color w:val="000000"/>
        <w:sz w:val="16"/>
      </w:rPr>
      <w:t>Biyoloji Hikayesi   |   9. Sınıf   |   2026-2027   |   1. Dönem 1. Yazılı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Calibri" w:hAnsi="Calibri"/>
      <w:color w:val="000000"/>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Dersi 1. Ortak Yazılı Çalışma Soruları ve Cevapları</dc:title>
  <dc:subject>Birinci dönem birinci ortak yazılı için senaryolara göre çalışma soruları ve açıklamalı cevaplar</dc:subject>
  <dc:creator>Biyoloji Hikayesi</dc:creator>
  <cp:keywords>9. sınıf, biyoloji, 2026-2027, 1. dönem, 1. yazılı, çalışma soruları, cevap anahtarı</cp:keywords>
  <dc:description>generated by python-docx</dc:description>
  <cp:lastModifiedBy/>
  <cp:revision>1</cp:revision>
  <dcterms:created xsi:type="dcterms:W3CDTF">2013-12-23T23:15:00Z</dcterms:created>
  <dcterms:modified xsi:type="dcterms:W3CDTF">2013-12-23T23:15:00Z</dcterms:modified>
  <cp:category/>
</cp:coreProperties>
</file>