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60019" w14:textId="77777777" w:rsidR="00175CF0" w:rsidRPr="00F71742" w:rsidRDefault="00000000">
      <w:pPr>
        <w:spacing w:after="60"/>
        <w:jc w:val="center"/>
      </w:pPr>
      <w:r w:rsidRPr="00F71742">
        <w:rPr>
          <w:b/>
        </w:rPr>
        <w:t>ŞEHİT ORKUN ALP ARSLAN KIZ ANADOLU İMAM HATİP LİSESİ</w:t>
      </w:r>
    </w:p>
    <w:p w14:paraId="05EEB686" w14:textId="77777777" w:rsidR="00175CF0" w:rsidRPr="00F71742" w:rsidRDefault="00000000">
      <w:pPr>
        <w:pStyle w:val="KonuBal"/>
        <w:jc w:val="center"/>
      </w:pPr>
      <w:r w:rsidRPr="00F71742">
        <w:rPr>
          <w:rFonts w:ascii="Arial" w:eastAsia="Arial" w:hAnsi="Arial"/>
        </w:rPr>
        <w:t>Onur Kurulu Çalışma Planı</w:t>
      </w:r>
    </w:p>
    <w:p w14:paraId="31DCD479" w14:textId="77777777" w:rsidR="00175CF0" w:rsidRPr="00F71742" w:rsidRDefault="00000000">
      <w:pPr>
        <w:spacing w:after="160"/>
        <w:jc w:val="center"/>
      </w:pPr>
      <w:r w:rsidRPr="00F71742">
        <w:rPr>
          <w:color w:val="6B7280"/>
          <w:sz w:val="20"/>
        </w:rPr>
        <w:t>2026–2027 Eğitim Öğretim Yılı</w:t>
      </w:r>
    </w:p>
    <w:p w14:paraId="7FCFFCB8" w14:textId="77777777" w:rsidR="00175CF0" w:rsidRPr="00F71742" w:rsidRDefault="00000000">
      <w:pPr>
        <w:spacing w:after="100"/>
      </w:pPr>
      <w:r w:rsidRPr="00F71742">
        <w:rPr>
          <w:b/>
          <w:sz w:val="18"/>
        </w:rPr>
        <w:t xml:space="preserve">Onur Kurulu başkanı: Esen EROL     </w:t>
      </w:r>
      <w:r w:rsidRPr="00F71742">
        <w:rPr>
          <w:sz w:val="17"/>
        </w:rPr>
        <w:t>Planlanan tarihler okulun çalışma takvimine göre doldurulur. Onur Kurulu ayda en az bir kez; Onur Genel Kurulu her dönemde en az bir kez toplanır. Kurul kararları karar defterine yazılır.</w:t>
      </w:r>
    </w:p>
    <w:tbl>
      <w:tblPr>
        <w:tblW w:w="0" w:type="auto"/>
        <w:jc w:val="center"/>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A0" w:firstRow="1" w:lastRow="0" w:firstColumn="1" w:lastColumn="0" w:noHBand="0" w:noVBand="1"/>
      </w:tblPr>
      <w:tblGrid>
        <w:gridCol w:w="1224"/>
        <w:gridCol w:w="7560"/>
        <w:gridCol w:w="3096"/>
        <w:gridCol w:w="2160"/>
      </w:tblGrid>
      <w:tr w:rsidR="00175CF0" w:rsidRPr="00F71742" w14:paraId="04592DE8" w14:textId="77777777">
        <w:trPr>
          <w:cantSplit/>
          <w:tblHeader/>
          <w:jc w:val="center"/>
        </w:trPr>
        <w:tc>
          <w:tcPr>
            <w:tcW w:w="1224" w:type="dxa"/>
            <w:shd w:val="clear" w:color="auto" w:fill="E6E6E6"/>
            <w:tcMar>
              <w:top w:w="70" w:type="dxa"/>
              <w:left w:w="90" w:type="dxa"/>
              <w:bottom w:w="70" w:type="dxa"/>
              <w:right w:w="90" w:type="dxa"/>
            </w:tcMar>
            <w:vAlign w:val="center"/>
          </w:tcPr>
          <w:p w14:paraId="691F2C15" w14:textId="77777777" w:rsidR="00175CF0" w:rsidRPr="00F71742" w:rsidRDefault="00000000">
            <w:pPr>
              <w:spacing w:after="0" w:line="240" w:lineRule="auto"/>
            </w:pPr>
            <w:r w:rsidRPr="00F71742">
              <w:rPr>
                <w:b/>
                <w:sz w:val="16"/>
              </w:rPr>
              <w:t>Ay</w:t>
            </w:r>
          </w:p>
        </w:tc>
        <w:tc>
          <w:tcPr>
            <w:tcW w:w="7560" w:type="dxa"/>
            <w:shd w:val="clear" w:color="auto" w:fill="E6E6E6"/>
            <w:tcMar>
              <w:top w:w="70" w:type="dxa"/>
              <w:left w:w="90" w:type="dxa"/>
              <w:bottom w:w="70" w:type="dxa"/>
              <w:right w:w="90" w:type="dxa"/>
            </w:tcMar>
            <w:vAlign w:val="center"/>
          </w:tcPr>
          <w:p w14:paraId="6BEB0A9A" w14:textId="77777777" w:rsidR="00175CF0" w:rsidRPr="00F71742" w:rsidRDefault="00000000">
            <w:pPr>
              <w:spacing w:after="0" w:line="240" w:lineRule="auto"/>
            </w:pPr>
            <w:r w:rsidRPr="00F71742">
              <w:rPr>
                <w:b/>
                <w:sz w:val="16"/>
              </w:rPr>
              <w:t>Planlanan işler ve beklenen çıktı</w:t>
            </w:r>
          </w:p>
        </w:tc>
        <w:tc>
          <w:tcPr>
            <w:tcW w:w="3096" w:type="dxa"/>
            <w:shd w:val="clear" w:color="auto" w:fill="E6E6E6"/>
            <w:tcMar>
              <w:top w:w="70" w:type="dxa"/>
              <w:left w:w="90" w:type="dxa"/>
              <w:bottom w:w="70" w:type="dxa"/>
              <w:right w:w="90" w:type="dxa"/>
            </w:tcMar>
            <w:vAlign w:val="center"/>
          </w:tcPr>
          <w:p w14:paraId="3302A225" w14:textId="77777777" w:rsidR="00175CF0" w:rsidRPr="00F71742" w:rsidRDefault="00000000">
            <w:pPr>
              <w:spacing w:after="0" w:line="240" w:lineRule="auto"/>
            </w:pPr>
            <w:r w:rsidRPr="00F71742">
              <w:rPr>
                <w:b/>
                <w:sz w:val="16"/>
              </w:rPr>
              <w:t>Planlanan toplantı tarihi</w:t>
            </w:r>
          </w:p>
        </w:tc>
        <w:tc>
          <w:tcPr>
            <w:tcW w:w="2160" w:type="dxa"/>
            <w:shd w:val="clear" w:color="auto" w:fill="E6E6E6"/>
            <w:tcMar>
              <w:top w:w="70" w:type="dxa"/>
              <w:left w:w="90" w:type="dxa"/>
              <w:bottom w:w="70" w:type="dxa"/>
              <w:right w:w="90" w:type="dxa"/>
            </w:tcMar>
            <w:vAlign w:val="center"/>
          </w:tcPr>
          <w:p w14:paraId="07132403" w14:textId="77777777" w:rsidR="00175CF0" w:rsidRPr="00F71742" w:rsidRDefault="00000000">
            <w:pPr>
              <w:spacing w:after="0" w:line="240" w:lineRule="auto"/>
            </w:pPr>
            <w:r w:rsidRPr="00F71742">
              <w:rPr>
                <w:b/>
                <w:sz w:val="16"/>
              </w:rPr>
              <w:t xml:space="preserve">Gerçekleşme / karar </w:t>
            </w:r>
            <w:proofErr w:type="spellStart"/>
            <w:r w:rsidRPr="00F71742">
              <w:rPr>
                <w:b/>
                <w:sz w:val="16"/>
              </w:rPr>
              <w:t>no</w:t>
            </w:r>
            <w:proofErr w:type="spellEnd"/>
          </w:p>
        </w:tc>
      </w:tr>
      <w:tr w:rsidR="00175CF0" w:rsidRPr="00F71742" w14:paraId="3F057E0E" w14:textId="77777777" w:rsidTr="000E54DA">
        <w:trPr>
          <w:cantSplit/>
          <w:trHeight w:val="835"/>
          <w:jc w:val="center"/>
        </w:trPr>
        <w:tc>
          <w:tcPr>
            <w:tcW w:w="1224" w:type="dxa"/>
            <w:tcMar>
              <w:top w:w="70" w:type="dxa"/>
              <w:left w:w="90" w:type="dxa"/>
              <w:bottom w:w="70" w:type="dxa"/>
              <w:right w:w="90" w:type="dxa"/>
            </w:tcMar>
            <w:vAlign w:val="center"/>
          </w:tcPr>
          <w:p w14:paraId="6C42D434" w14:textId="77777777" w:rsidR="00175CF0" w:rsidRPr="00F71742" w:rsidRDefault="00000000" w:rsidP="000E54DA">
            <w:pPr>
              <w:spacing w:after="0" w:line="240" w:lineRule="auto"/>
            </w:pPr>
            <w:r w:rsidRPr="00F71742">
              <w:rPr>
                <w:sz w:val="16"/>
              </w:rPr>
              <w:t>Eylül</w:t>
            </w:r>
          </w:p>
        </w:tc>
        <w:tc>
          <w:tcPr>
            <w:tcW w:w="7560" w:type="dxa"/>
            <w:tcMar>
              <w:top w:w="70" w:type="dxa"/>
              <w:left w:w="90" w:type="dxa"/>
              <w:bottom w:w="70" w:type="dxa"/>
              <w:right w:w="90" w:type="dxa"/>
            </w:tcMar>
            <w:vAlign w:val="center"/>
          </w:tcPr>
          <w:p w14:paraId="5AD3AE33" w14:textId="77777777" w:rsidR="00175CF0" w:rsidRPr="00F71742" w:rsidRDefault="00000000" w:rsidP="000E54DA">
            <w:pPr>
              <w:spacing w:after="0" w:line="240" w:lineRule="auto"/>
            </w:pPr>
            <w:r w:rsidRPr="00F71742">
              <w:rPr>
                <w:sz w:val="16"/>
              </w:rPr>
              <w:t>Şube temsilcilerinin sınıf rehber öğretmeni gözetiminde seçimini ve kurul oluşumunu takip et. Öğretmenler Kurulu başkan/yedek başkan seçimini kaydet. İlk aylık toplantıda görev dağılımı ve yıllık odakları belirle.</w:t>
            </w:r>
          </w:p>
        </w:tc>
        <w:tc>
          <w:tcPr>
            <w:tcW w:w="3096" w:type="dxa"/>
            <w:tcMar>
              <w:top w:w="70" w:type="dxa"/>
              <w:left w:w="90" w:type="dxa"/>
              <w:bottom w:w="70" w:type="dxa"/>
              <w:right w:w="90" w:type="dxa"/>
            </w:tcMar>
            <w:vAlign w:val="center"/>
          </w:tcPr>
          <w:p w14:paraId="05CEB62B" w14:textId="77777777" w:rsidR="00175CF0" w:rsidRPr="00F71742" w:rsidRDefault="00175CF0" w:rsidP="000E54DA">
            <w:pPr>
              <w:spacing w:after="0" w:line="240" w:lineRule="auto"/>
            </w:pPr>
            <w:r>
              <w:rPr>
                <w:b/>
                <w:sz w:val="15"/>
              </w:rPr>
              <w:t>30.09.2026 Çarşamba</w:t>
            </w:r>
            <w:r>
              <w:br/>
            </w:r>
            <w:r>
              <w:rPr>
                <w:sz w:val="15"/>
              </w:rPr>
              <w:t>İlk aylık toplantı</w:t>
            </w:r>
          </w:p>
        </w:tc>
        <w:tc>
          <w:tcPr>
            <w:tcW w:w="2160" w:type="dxa"/>
            <w:tcMar>
              <w:top w:w="70" w:type="dxa"/>
              <w:left w:w="90" w:type="dxa"/>
              <w:bottom w:w="70" w:type="dxa"/>
              <w:right w:w="90" w:type="dxa"/>
            </w:tcMar>
            <w:vAlign w:val="center"/>
          </w:tcPr>
          <w:p w14:paraId="662F48B7" w14:textId="77777777" w:rsidR="00175CF0" w:rsidRPr="00F71742" w:rsidRDefault="00175CF0" w:rsidP="000E54DA">
            <w:pPr>
              <w:spacing w:after="0" w:line="240" w:lineRule="auto"/>
            </w:pPr>
          </w:p>
        </w:tc>
      </w:tr>
      <w:tr w:rsidR="00175CF0" w:rsidRPr="00F71742" w14:paraId="64063145" w14:textId="77777777" w:rsidTr="000E54DA">
        <w:trPr>
          <w:cantSplit/>
          <w:trHeight w:val="835"/>
          <w:jc w:val="center"/>
        </w:trPr>
        <w:tc>
          <w:tcPr>
            <w:tcW w:w="1224" w:type="dxa"/>
            <w:tcMar>
              <w:top w:w="70" w:type="dxa"/>
              <w:left w:w="90" w:type="dxa"/>
              <w:bottom w:w="70" w:type="dxa"/>
              <w:right w:w="90" w:type="dxa"/>
            </w:tcMar>
            <w:vAlign w:val="center"/>
          </w:tcPr>
          <w:p w14:paraId="50C1B64D" w14:textId="77777777" w:rsidR="00175CF0" w:rsidRPr="00F71742" w:rsidRDefault="00000000" w:rsidP="000E54DA">
            <w:pPr>
              <w:spacing w:after="0" w:line="240" w:lineRule="auto"/>
            </w:pPr>
            <w:r w:rsidRPr="00F71742">
              <w:rPr>
                <w:sz w:val="16"/>
              </w:rPr>
              <w:t>Ekim</w:t>
            </w:r>
          </w:p>
        </w:tc>
        <w:tc>
          <w:tcPr>
            <w:tcW w:w="7560" w:type="dxa"/>
            <w:tcMar>
              <w:top w:w="70" w:type="dxa"/>
              <w:left w:w="90" w:type="dxa"/>
              <w:bottom w:w="70" w:type="dxa"/>
              <w:right w:w="90" w:type="dxa"/>
            </w:tcMar>
            <w:vAlign w:val="center"/>
          </w:tcPr>
          <w:p w14:paraId="327B924C" w14:textId="77777777" w:rsidR="00175CF0" w:rsidRPr="00F71742" w:rsidRDefault="00000000" w:rsidP="000E54DA">
            <w:pPr>
              <w:spacing w:after="0" w:line="240" w:lineRule="auto"/>
            </w:pPr>
            <w:r w:rsidRPr="00F71742">
              <w:rPr>
                <w:sz w:val="16"/>
              </w:rPr>
              <w:t>Onur Genel Kurulunu topla; sınıf seviyelerinden öğrenci üyeleri, ikinci başkan ve yedeğini seç. Yıllık çalışma planını ve karar takibini başlat; öğrenci temsilcilerinin ihtiyaçlarını al.</w:t>
            </w:r>
          </w:p>
        </w:tc>
        <w:tc>
          <w:tcPr>
            <w:tcW w:w="3096" w:type="dxa"/>
            <w:tcMar>
              <w:top w:w="70" w:type="dxa"/>
              <w:left w:w="90" w:type="dxa"/>
              <w:bottom w:w="70" w:type="dxa"/>
              <w:right w:w="90" w:type="dxa"/>
            </w:tcMar>
            <w:vAlign w:val="center"/>
          </w:tcPr>
          <w:p w14:paraId="49A83DC8" w14:textId="77777777" w:rsidR="00175CF0" w:rsidRPr="00F71742" w:rsidRDefault="00175CF0" w:rsidP="000E54DA">
            <w:pPr>
              <w:spacing w:after="0" w:line="240" w:lineRule="auto"/>
            </w:pPr>
            <w:r>
              <w:rPr>
                <w:b/>
                <w:sz w:val="15"/>
              </w:rPr>
              <w:t>08.10.2026 Perşembe</w:t>
            </w:r>
            <w:r>
              <w:br/>
            </w:r>
            <w:r>
              <w:rPr>
                <w:sz w:val="15"/>
              </w:rPr>
              <w:t>Onur Genel Kurulu (ayrı tutanak)</w:t>
            </w:r>
            <w:r>
              <w:br/>
            </w:r>
            <w:r>
              <w:rPr>
                <w:b/>
                <w:sz w:val="15"/>
              </w:rPr>
              <w:t>22.10.2026 Perşembe</w:t>
            </w:r>
            <w:r>
              <w:br/>
            </w:r>
            <w:r>
              <w:rPr>
                <w:sz w:val="15"/>
              </w:rPr>
              <w:t>Aylık rutin toplantı</w:t>
            </w:r>
          </w:p>
        </w:tc>
        <w:tc>
          <w:tcPr>
            <w:tcW w:w="2160" w:type="dxa"/>
            <w:tcMar>
              <w:top w:w="70" w:type="dxa"/>
              <w:left w:w="90" w:type="dxa"/>
              <w:bottom w:w="70" w:type="dxa"/>
              <w:right w:w="90" w:type="dxa"/>
            </w:tcMar>
            <w:vAlign w:val="center"/>
          </w:tcPr>
          <w:p w14:paraId="56570922" w14:textId="77777777" w:rsidR="00175CF0" w:rsidRPr="00F71742" w:rsidRDefault="00175CF0" w:rsidP="000E54DA">
            <w:pPr>
              <w:spacing w:after="0" w:line="240" w:lineRule="auto"/>
            </w:pPr>
          </w:p>
        </w:tc>
      </w:tr>
      <w:tr w:rsidR="00175CF0" w:rsidRPr="00F71742" w14:paraId="246463C3" w14:textId="77777777" w:rsidTr="000E54DA">
        <w:trPr>
          <w:cantSplit/>
          <w:trHeight w:val="835"/>
          <w:jc w:val="center"/>
        </w:trPr>
        <w:tc>
          <w:tcPr>
            <w:tcW w:w="1224" w:type="dxa"/>
            <w:tcMar>
              <w:top w:w="70" w:type="dxa"/>
              <w:left w:w="90" w:type="dxa"/>
              <w:bottom w:w="70" w:type="dxa"/>
              <w:right w:w="90" w:type="dxa"/>
            </w:tcMar>
            <w:vAlign w:val="center"/>
          </w:tcPr>
          <w:p w14:paraId="5C9D0EB0" w14:textId="77777777" w:rsidR="00175CF0" w:rsidRPr="00F71742" w:rsidRDefault="00000000" w:rsidP="000E54DA">
            <w:pPr>
              <w:spacing w:after="0" w:line="240" w:lineRule="auto"/>
            </w:pPr>
            <w:r w:rsidRPr="00F71742">
              <w:rPr>
                <w:sz w:val="16"/>
              </w:rPr>
              <w:t>Kasım</w:t>
            </w:r>
          </w:p>
        </w:tc>
        <w:tc>
          <w:tcPr>
            <w:tcW w:w="7560" w:type="dxa"/>
            <w:tcMar>
              <w:top w:w="70" w:type="dxa"/>
              <w:left w:w="90" w:type="dxa"/>
              <w:bottom w:w="70" w:type="dxa"/>
              <w:right w:w="90" w:type="dxa"/>
            </w:tcMar>
            <w:vAlign w:val="center"/>
          </w:tcPr>
          <w:p w14:paraId="104961FD" w14:textId="77777777" w:rsidR="00175CF0" w:rsidRPr="00F71742" w:rsidRDefault="00000000" w:rsidP="000E54DA">
            <w:pPr>
              <w:spacing w:after="0" w:line="240" w:lineRule="auto"/>
            </w:pPr>
            <w:r w:rsidRPr="00F71742">
              <w:rPr>
                <w:sz w:val="16"/>
              </w:rPr>
              <w:t>Aylık kurul toplantısı. Okul düzeni ve öğrenci katılımına ilişkin görüşleri değerlendir; uygulanabilir bir önleyici / destekleyici çalışmayı okul yönetimi ve ilgili kulüplerle planla.</w:t>
            </w:r>
          </w:p>
        </w:tc>
        <w:tc>
          <w:tcPr>
            <w:tcW w:w="3096" w:type="dxa"/>
            <w:tcMar>
              <w:top w:w="70" w:type="dxa"/>
              <w:left w:w="90" w:type="dxa"/>
              <w:bottom w:w="70" w:type="dxa"/>
              <w:right w:w="90" w:type="dxa"/>
            </w:tcMar>
            <w:vAlign w:val="center"/>
          </w:tcPr>
          <w:p w14:paraId="6A40D789" w14:textId="77777777" w:rsidR="00175CF0" w:rsidRPr="00F71742" w:rsidRDefault="00175CF0" w:rsidP="000E54DA">
            <w:pPr>
              <w:spacing w:after="0" w:line="240" w:lineRule="auto"/>
            </w:pPr>
            <w:r>
              <w:rPr>
                <w:b/>
                <w:sz w:val="15"/>
              </w:rPr>
              <w:t>26.11.2026 Perşembe</w:t>
            </w:r>
            <w:r>
              <w:br/>
            </w:r>
            <w:r>
              <w:rPr>
                <w:sz w:val="15"/>
              </w:rPr>
              <w:t>Aylık rutin toplantı</w:t>
            </w:r>
          </w:p>
        </w:tc>
        <w:tc>
          <w:tcPr>
            <w:tcW w:w="2160" w:type="dxa"/>
            <w:tcMar>
              <w:top w:w="70" w:type="dxa"/>
              <w:left w:w="90" w:type="dxa"/>
              <w:bottom w:w="70" w:type="dxa"/>
              <w:right w:w="90" w:type="dxa"/>
            </w:tcMar>
            <w:vAlign w:val="center"/>
          </w:tcPr>
          <w:p w14:paraId="54999E8D" w14:textId="77777777" w:rsidR="00175CF0" w:rsidRPr="00F71742" w:rsidRDefault="00175CF0" w:rsidP="000E54DA">
            <w:pPr>
              <w:spacing w:after="0" w:line="240" w:lineRule="auto"/>
            </w:pPr>
          </w:p>
        </w:tc>
      </w:tr>
      <w:tr w:rsidR="00175CF0" w:rsidRPr="00F71742" w14:paraId="7CD2F972" w14:textId="77777777" w:rsidTr="000E54DA">
        <w:trPr>
          <w:cantSplit/>
          <w:trHeight w:val="835"/>
          <w:jc w:val="center"/>
        </w:trPr>
        <w:tc>
          <w:tcPr>
            <w:tcW w:w="1224" w:type="dxa"/>
            <w:tcMar>
              <w:top w:w="70" w:type="dxa"/>
              <w:left w:w="90" w:type="dxa"/>
              <w:bottom w:w="70" w:type="dxa"/>
              <w:right w:w="90" w:type="dxa"/>
            </w:tcMar>
            <w:vAlign w:val="center"/>
          </w:tcPr>
          <w:p w14:paraId="3A53EFD4" w14:textId="77777777" w:rsidR="00175CF0" w:rsidRPr="00F71742" w:rsidRDefault="00000000" w:rsidP="000E54DA">
            <w:pPr>
              <w:spacing w:after="0" w:line="240" w:lineRule="auto"/>
            </w:pPr>
            <w:r w:rsidRPr="00F71742">
              <w:rPr>
                <w:sz w:val="16"/>
              </w:rPr>
              <w:t>Aralık</w:t>
            </w:r>
          </w:p>
        </w:tc>
        <w:tc>
          <w:tcPr>
            <w:tcW w:w="7560" w:type="dxa"/>
            <w:tcMar>
              <w:top w:w="70" w:type="dxa"/>
              <w:left w:w="90" w:type="dxa"/>
              <w:bottom w:w="70" w:type="dxa"/>
              <w:right w:w="90" w:type="dxa"/>
            </w:tcMar>
            <w:vAlign w:val="center"/>
          </w:tcPr>
          <w:p w14:paraId="41247680" w14:textId="270D8E6C" w:rsidR="00175CF0" w:rsidRPr="00F71742" w:rsidRDefault="00000000" w:rsidP="000E54DA">
            <w:pPr>
              <w:spacing w:after="0" w:line="240" w:lineRule="auto"/>
            </w:pPr>
            <w:r w:rsidRPr="00F71742">
              <w:rPr>
                <w:sz w:val="16"/>
              </w:rPr>
              <w:t xml:space="preserve">Aylık kurul toplantısı. Önceki kararları ve etkinlik hazırlıklarını izle; sınıf temsilcilerinden gelen konuları değerlendir, gerekli konuları </w:t>
            </w:r>
            <w:r w:rsidR="003B5CB1" w:rsidRPr="00F71742">
              <w:rPr>
                <w:sz w:val="16"/>
              </w:rPr>
              <w:t>okul idaresine</w:t>
            </w:r>
            <w:r w:rsidRPr="00F71742">
              <w:rPr>
                <w:sz w:val="16"/>
              </w:rPr>
              <w:t xml:space="preserve"> sun.</w:t>
            </w:r>
          </w:p>
        </w:tc>
        <w:tc>
          <w:tcPr>
            <w:tcW w:w="3096" w:type="dxa"/>
            <w:tcMar>
              <w:top w:w="70" w:type="dxa"/>
              <w:left w:w="90" w:type="dxa"/>
              <w:bottom w:w="70" w:type="dxa"/>
              <w:right w:w="90" w:type="dxa"/>
            </w:tcMar>
            <w:vAlign w:val="center"/>
          </w:tcPr>
          <w:p w14:paraId="2EE2E837" w14:textId="77777777" w:rsidR="00175CF0" w:rsidRPr="00F71742" w:rsidRDefault="00175CF0" w:rsidP="000E54DA">
            <w:pPr>
              <w:spacing w:after="0" w:line="240" w:lineRule="auto"/>
            </w:pPr>
            <w:r>
              <w:rPr>
                <w:b/>
                <w:sz w:val="15"/>
              </w:rPr>
              <w:t>31.12.2026 Perşembe</w:t>
            </w:r>
            <w:r>
              <w:br/>
            </w:r>
            <w:r>
              <w:rPr>
                <w:sz w:val="15"/>
              </w:rPr>
              <w:t>Aylık rutin toplantı</w:t>
            </w:r>
          </w:p>
        </w:tc>
        <w:tc>
          <w:tcPr>
            <w:tcW w:w="2160" w:type="dxa"/>
            <w:tcMar>
              <w:top w:w="70" w:type="dxa"/>
              <w:left w:w="90" w:type="dxa"/>
              <w:bottom w:w="70" w:type="dxa"/>
              <w:right w:w="90" w:type="dxa"/>
            </w:tcMar>
            <w:vAlign w:val="center"/>
          </w:tcPr>
          <w:p w14:paraId="51F3460B" w14:textId="77777777" w:rsidR="00175CF0" w:rsidRPr="00F71742" w:rsidRDefault="00175CF0" w:rsidP="000E54DA">
            <w:pPr>
              <w:spacing w:after="0" w:line="240" w:lineRule="auto"/>
            </w:pPr>
          </w:p>
        </w:tc>
      </w:tr>
      <w:tr w:rsidR="00175CF0" w:rsidRPr="00F71742" w14:paraId="29F61ED3" w14:textId="77777777" w:rsidTr="000E54DA">
        <w:trPr>
          <w:cantSplit/>
          <w:trHeight w:val="835"/>
          <w:jc w:val="center"/>
        </w:trPr>
        <w:tc>
          <w:tcPr>
            <w:tcW w:w="1224" w:type="dxa"/>
            <w:tcMar>
              <w:top w:w="70" w:type="dxa"/>
              <w:left w:w="90" w:type="dxa"/>
              <w:bottom w:w="70" w:type="dxa"/>
              <w:right w:w="90" w:type="dxa"/>
            </w:tcMar>
            <w:vAlign w:val="center"/>
          </w:tcPr>
          <w:p w14:paraId="44B8885E" w14:textId="77777777" w:rsidR="00175CF0" w:rsidRPr="00F71742" w:rsidRDefault="00000000" w:rsidP="000E54DA">
            <w:pPr>
              <w:spacing w:after="0" w:line="240" w:lineRule="auto"/>
            </w:pPr>
            <w:r w:rsidRPr="00F71742">
              <w:rPr>
                <w:sz w:val="16"/>
              </w:rPr>
              <w:t>Ocak</w:t>
            </w:r>
          </w:p>
        </w:tc>
        <w:tc>
          <w:tcPr>
            <w:tcW w:w="7560" w:type="dxa"/>
            <w:tcMar>
              <w:top w:w="70" w:type="dxa"/>
              <w:left w:w="90" w:type="dxa"/>
              <w:bottom w:w="70" w:type="dxa"/>
              <w:right w:w="90" w:type="dxa"/>
            </w:tcMar>
            <w:vAlign w:val="center"/>
          </w:tcPr>
          <w:p w14:paraId="76546506" w14:textId="654373F2" w:rsidR="00175CF0" w:rsidRPr="00F71742" w:rsidRDefault="00000000" w:rsidP="000E54DA">
            <w:pPr>
              <w:spacing w:after="0" w:line="240" w:lineRule="auto"/>
            </w:pPr>
            <w:r w:rsidRPr="00F71742">
              <w:rPr>
                <w:sz w:val="16"/>
              </w:rPr>
              <w:t xml:space="preserve">Aylık kurul toplantısı. Birinci dönem çalışmaları ve kararlarının değerlendirmesini yap; Onur Belgesi tekliflerini bireysel formlarla değerlendirip uygun görüşleri </w:t>
            </w:r>
            <w:r w:rsidR="003B5CB1" w:rsidRPr="00F71742">
              <w:rPr>
                <w:sz w:val="16"/>
              </w:rPr>
              <w:t xml:space="preserve">okul idaresine </w:t>
            </w:r>
            <w:r w:rsidRPr="00F71742">
              <w:rPr>
                <w:sz w:val="16"/>
              </w:rPr>
              <w:t>ilet.</w:t>
            </w:r>
          </w:p>
        </w:tc>
        <w:tc>
          <w:tcPr>
            <w:tcW w:w="3096" w:type="dxa"/>
            <w:tcMar>
              <w:top w:w="70" w:type="dxa"/>
              <w:left w:w="90" w:type="dxa"/>
              <w:bottom w:w="70" w:type="dxa"/>
              <w:right w:w="90" w:type="dxa"/>
            </w:tcMar>
            <w:vAlign w:val="center"/>
          </w:tcPr>
          <w:p w14:paraId="1EB48015" w14:textId="77777777" w:rsidR="00175CF0" w:rsidRPr="00F71742" w:rsidRDefault="00175CF0" w:rsidP="000E54DA">
            <w:pPr>
              <w:spacing w:after="0" w:line="240" w:lineRule="auto"/>
            </w:pPr>
            <w:r>
              <w:rPr>
                <w:b/>
                <w:sz w:val="15"/>
              </w:rPr>
              <w:t>19.01.2027 Salı</w:t>
            </w:r>
            <w:r>
              <w:br/>
            </w:r>
            <w:r>
              <w:rPr>
                <w:sz w:val="15"/>
              </w:rPr>
              <w:t>Onur Belgesi teklif değerlendirme</w:t>
            </w:r>
            <w:r>
              <w:br/>
            </w:r>
            <w:r>
              <w:rPr>
                <w:b/>
                <w:sz w:val="15"/>
              </w:rPr>
              <w:t>21.01.2027 Perşembe</w:t>
            </w:r>
            <w:r>
              <w:br/>
            </w:r>
            <w:r>
              <w:rPr>
                <w:sz w:val="15"/>
              </w:rPr>
              <w:t>Aylık rutin toplantı</w:t>
            </w:r>
          </w:p>
        </w:tc>
        <w:tc>
          <w:tcPr>
            <w:tcW w:w="2160" w:type="dxa"/>
            <w:tcMar>
              <w:top w:w="70" w:type="dxa"/>
              <w:left w:w="90" w:type="dxa"/>
              <w:bottom w:w="70" w:type="dxa"/>
              <w:right w:w="90" w:type="dxa"/>
            </w:tcMar>
            <w:vAlign w:val="center"/>
          </w:tcPr>
          <w:p w14:paraId="0DA2647F" w14:textId="77777777" w:rsidR="00175CF0" w:rsidRPr="00F71742" w:rsidRDefault="00175CF0" w:rsidP="000E54DA">
            <w:pPr>
              <w:spacing w:after="0" w:line="240" w:lineRule="auto"/>
            </w:pPr>
          </w:p>
        </w:tc>
      </w:tr>
      <w:tr w:rsidR="00175CF0" w:rsidRPr="00F71742" w14:paraId="4C6CC35C" w14:textId="77777777" w:rsidTr="000E54DA">
        <w:trPr>
          <w:cantSplit/>
          <w:trHeight w:val="835"/>
          <w:jc w:val="center"/>
        </w:trPr>
        <w:tc>
          <w:tcPr>
            <w:tcW w:w="1224" w:type="dxa"/>
            <w:tcMar>
              <w:top w:w="70" w:type="dxa"/>
              <w:left w:w="90" w:type="dxa"/>
              <w:bottom w:w="70" w:type="dxa"/>
              <w:right w:w="90" w:type="dxa"/>
            </w:tcMar>
            <w:vAlign w:val="center"/>
          </w:tcPr>
          <w:p w14:paraId="62095174" w14:textId="77777777" w:rsidR="00175CF0" w:rsidRPr="00F71742" w:rsidRDefault="00000000" w:rsidP="000E54DA">
            <w:pPr>
              <w:spacing w:after="0" w:line="240" w:lineRule="auto"/>
            </w:pPr>
            <w:r w:rsidRPr="00F71742">
              <w:rPr>
                <w:sz w:val="16"/>
              </w:rPr>
              <w:t>Şubat</w:t>
            </w:r>
          </w:p>
        </w:tc>
        <w:tc>
          <w:tcPr>
            <w:tcW w:w="7560" w:type="dxa"/>
            <w:tcMar>
              <w:top w:w="70" w:type="dxa"/>
              <w:left w:w="90" w:type="dxa"/>
              <w:bottom w:w="70" w:type="dxa"/>
              <w:right w:w="90" w:type="dxa"/>
            </w:tcMar>
            <w:vAlign w:val="center"/>
          </w:tcPr>
          <w:p w14:paraId="1A86AFF3" w14:textId="77777777" w:rsidR="00175CF0" w:rsidRPr="00F71742" w:rsidRDefault="00000000" w:rsidP="000E54DA">
            <w:pPr>
              <w:spacing w:after="0" w:line="240" w:lineRule="auto"/>
            </w:pPr>
            <w:r w:rsidRPr="00F71742">
              <w:rPr>
                <w:sz w:val="16"/>
              </w:rPr>
              <w:t>İkinci dönem başında boşalan sınıf temsilciliği üyelerini aynı usulle tamamla. Onur Genel Kurulunu dönem içinde topla; ikinci dönem işlerini ve sorumluları belirle.</w:t>
            </w:r>
          </w:p>
        </w:tc>
        <w:tc>
          <w:tcPr>
            <w:tcW w:w="3096" w:type="dxa"/>
            <w:tcMar>
              <w:top w:w="70" w:type="dxa"/>
              <w:left w:w="90" w:type="dxa"/>
              <w:bottom w:w="70" w:type="dxa"/>
              <w:right w:w="90" w:type="dxa"/>
            </w:tcMar>
            <w:vAlign w:val="center"/>
          </w:tcPr>
          <w:p w14:paraId="3C18CAD4" w14:textId="77777777" w:rsidR="00175CF0" w:rsidRPr="00F71742" w:rsidRDefault="00175CF0" w:rsidP="000E54DA">
            <w:pPr>
              <w:spacing w:after="0" w:line="240" w:lineRule="auto"/>
            </w:pPr>
            <w:r>
              <w:rPr>
                <w:b/>
                <w:sz w:val="15"/>
              </w:rPr>
              <w:t>11.02.2027 Perşembe</w:t>
            </w:r>
            <w:r>
              <w:br/>
            </w:r>
            <w:r>
              <w:rPr>
                <w:sz w:val="15"/>
              </w:rPr>
              <w:t>Onur Genel Kurulu (ayrı tutanak)</w:t>
            </w:r>
            <w:r>
              <w:br/>
            </w:r>
            <w:r>
              <w:rPr>
                <w:b/>
                <w:sz w:val="15"/>
              </w:rPr>
              <w:t>25.02.2027 Perşembe</w:t>
            </w:r>
            <w:r>
              <w:br/>
            </w:r>
            <w:r>
              <w:rPr>
                <w:sz w:val="15"/>
              </w:rPr>
              <w:t>Aylık rutin toplantı</w:t>
            </w:r>
          </w:p>
        </w:tc>
        <w:tc>
          <w:tcPr>
            <w:tcW w:w="2160" w:type="dxa"/>
            <w:tcMar>
              <w:top w:w="70" w:type="dxa"/>
              <w:left w:w="90" w:type="dxa"/>
              <w:bottom w:w="70" w:type="dxa"/>
              <w:right w:w="90" w:type="dxa"/>
            </w:tcMar>
            <w:vAlign w:val="center"/>
          </w:tcPr>
          <w:p w14:paraId="1E2A00C8" w14:textId="77777777" w:rsidR="00175CF0" w:rsidRPr="00F71742" w:rsidRDefault="00175CF0" w:rsidP="000E54DA">
            <w:pPr>
              <w:spacing w:after="0" w:line="240" w:lineRule="auto"/>
            </w:pPr>
          </w:p>
        </w:tc>
      </w:tr>
      <w:tr w:rsidR="00175CF0" w:rsidRPr="00F71742" w14:paraId="39514D7B" w14:textId="77777777" w:rsidTr="000E54DA">
        <w:trPr>
          <w:cantSplit/>
          <w:trHeight w:val="835"/>
          <w:jc w:val="center"/>
        </w:trPr>
        <w:tc>
          <w:tcPr>
            <w:tcW w:w="1224" w:type="dxa"/>
            <w:tcMar>
              <w:top w:w="70" w:type="dxa"/>
              <w:left w:w="90" w:type="dxa"/>
              <w:bottom w:w="70" w:type="dxa"/>
              <w:right w:w="90" w:type="dxa"/>
            </w:tcMar>
            <w:vAlign w:val="center"/>
          </w:tcPr>
          <w:p w14:paraId="038F7DF0" w14:textId="77777777" w:rsidR="00175CF0" w:rsidRPr="00F71742" w:rsidRDefault="00000000" w:rsidP="000E54DA">
            <w:pPr>
              <w:spacing w:after="0" w:line="240" w:lineRule="auto"/>
            </w:pPr>
            <w:r w:rsidRPr="00F71742">
              <w:rPr>
                <w:sz w:val="16"/>
              </w:rPr>
              <w:t>Mart</w:t>
            </w:r>
          </w:p>
        </w:tc>
        <w:tc>
          <w:tcPr>
            <w:tcW w:w="7560" w:type="dxa"/>
            <w:tcMar>
              <w:top w:w="70" w:type="dxa"/>
              <w:left w:w="90" w:type="dxa"/>
              <w:bottom w:w="70" w:type="dxa"/>
              <w:right w:w="90" w:type="dxa"/>
            </w:tcMar>
            <w:vAlign w:val="center"/>
          </w:tcPr>
          <w:p w14:paraId="32DF07AD" w14:textId="77777777" w:rsidR="00175CF0" w:rsidRPr="00F71742" w:rsidRDefault="00000000" w:rsidP="000E54DA">
            <w:pPr>
              <w:spacing w:after="0" w:line="240" w:lineRule="auto"/>
            </w:pPr>
            <w:r w:rsidRPr="00F71742">
              <w:rPr>
                <w:sz w:val="16"/>
              </w:rPr>
              <w:t>Aylık kurul toplantısı. Öğrenci kulüpleriyle sosyal, kültürel veya sportif etkinliklerde iş birliğini değerlendir; sağlık ve güvenli davranışları destekle.</w:t>
            </w:r>
          </w:p>
        </w:tc>
        <w:tc>
          <w:tcPr>
            <w:tcW w:w="3096" w:type="dxa"/>
            <w:tcMar>
              <w:top w:w="70" w:type="dxa"/>
              <w:left w:w="90" w:type="dxa"/>
              <w:bottom w:w="70" w:type="dxa"/>
              <w:right w:w="90" w:type="dxa"/>
            </w:tcMar>
            <w:vAlign w:val="center"/>
          </w:tcPr>
          <w:p w14:paraId="3136471F" w14:textId="77777777" w:rsidR="00175CF0" w:rsidRPr="00F71742" w:rsidRDefault="00175CF0" w:rsidP="000E54DA">
            <w:pPr>
              <w:spacing w:after="0" w:line="240" w:lineRule="auto"/>
            </w:pPr>
            <w:r>
              <w:rPr>
                <w:b/>
                <w:sz w:val="15"/>
              </w:rPr>
              <w:t>25.03.2027 Perşembe</w:t>
            </w:r>
            <w:r>
              <w:br/>
            </w:r>
            <w:r>
              <w:rPr>
                <w:sz w:val="15"/>
              </w:rPr>
              <w:t>Aylık rutin toplantı</w:t>
            </w:r>
          </w:p>
        </w:tc>
        <w:tc>
          <w:tcPr>
            <w:tcW w:w="2160" w:type="dxa"/>
            <w:tcMar>
              <w:top w:w="70" w:type="dxa"/>
              <w:left w:w="90" w:type="dxa"/>
              <w:bottom w:w="70" w:type="dxa"/>
              <w:right w:w="90" w:type="dxa"/>
            </w:tcMar>
            <w:vAlign w:val="center"/>
          </w:tcPr>
          <w:p w14:paraId="0A5350D9" w14:textId="77777777" w:rsidR="00175CF0" w:rsidRPr="00F71742" w:rsidRDefault="00175CF0" w:rsidP="000E54DA">
            <w:pPr>
              <w:spacing w:after="0" w:line="240" w:lineRule="auto"/>
            </w:pPr>
          </w:p>
        </w:tc>
      </w:tr>
      <w:tr w:rsidR="00175CF0" w:rsidRPr="00F71742" w14:paraId="3384C678" w14:textId="77777777" w:rsidTr="000E54DA">
        <w:trPr>
          <w:cantSplit/>
          <w:trHeight w:val="835"/>
          <w:jc w:val="center"/>
        </w:trPr>
        <w:tc>
          <w:tcPr>
            <w:tcW w:w="1224" w:type="dxa"/>
            <w:tcMar>
              <w:top w:w="70" w:type="dxa"/>
              <w:left w:w="90" w:type="dxa"/>
              <w:bottom w:w="70" w:type="dxa"/>
              <w:right w:w="90" w:type="dxa"/>
            </w:tcMar>
            <w:vAlign w:val="center"/>
          </w:tcPr>
          <w:p w14:paraId="7F162772" w14:textId="77777777" w:rsidR="00175CF0" w:rsidRPr="00F71742" w:rsidRDefault="00000000" w:rsidP="000E54DA">
            <w:pPr>
              <w:spacing w:after="0" w:line="240" w:lineRule="auto"/>
            </w:pPr>
            <w:r w:rsidRPr="00F71742">
              <w:rPr>
                <w:sz w:val="16"/>
              </w:rPr>
              <w:t>Nisan</w:t>
            </w:r>
          </w:p>
        </w:tc>
        <w:tc>
          <w:tcPr>
            <w:tcW w:w="7560" w:type="dxa"/>
            <w:tcMar>
              <w:top w:w="70" w:type="dxa"/>
              <w:left w:w="90" w:type="dxa"/>
              <w:bottom w:w="70" w:type="dxa"/>
              <w:right w:w="90" w:type="dxa"/>
            </w:tcMar>
            <w:vAlign w:val="center"/>
          </w:tcPr>
          <w:p w14:paraId="0FF4305C" w14:textId="77777777" w:rsidR="00175CF0" w:rsidRPr="00F71742" w:rsidRDefault="00000000" w:rsidP="000E54DA">
            <w:pPr>
              <w:spacing w:after="0" w:line="240" w:lineRule="auto"/>
            </w:pPr>
            <w:r w:rsidRPr="00F71742">
              <w:rPr>
                <w:sz w:val="16"/>
              </w:rPr>
              <w:t>Aylık kurul toplantısı. Öğrenci nöbet işleri ve sınıf başkanı / yardımcısı seçimlerinde okul yönetimi, sınıf rehber öğretmenleri ve rehberlik servisiyle iş birliğini gözden geçir.</w:t>
            </w:r>
          </w:p>
        </w:tc>
        <w:tc>
          <w:tcPr>
            <w:tcW w:w="3096" w:type="dxa"/>
            <w:tcMar>
              <w:top w:w="70" w:type="dxa"/>
              <w:left w:w="90" w:type="dxa"/>
              <w:bottom w:w="70" w:type="dxa"/>
              <w:right w:w="90" w:type="dxa"/>
            </w:tcMar>
            <w:vAlign w:val="center"/>
          </w:tcPr>
          <w:p w14:paraId="25EFFB49" w14:textId="77777777" w:rsidR="00175CF0" w:rsidRPr="00F71742" w:rsidRDefault="00175CF0" w:rsidP="000E54DA">
            <w:pPr>
              <w:spacing w:after="0" w:line="240" w:lineRule="auto"/>
            </w:pPr>
            <w:r>
              <w:rPr>
                <w:b/>
                <w:sz w:val="15"/>
              </w:rPr>
              <w:t>29.04.2027 Perşembe</w:t>
            </w:r>
            <w:r>
              <w:br/>
            </w:r>
            <w:r>
              <w:rPr>
                <w:sz w:val="15"/>
              </w:rPr>
              <w:t>Aylık rutin toplantı</w:t>
            </w:r>
          </w:p>
        </w:tc>
        <w:tc>
          <w:tcPr>
            <w:tcW w:w="2160" w:type="dxa"/>
            <w:tcMar>
              <w:top w:w="70" w:type="dxa"/>
              <w:left w:w="90" w:type="dxa"/>
              <w:bottom w:w="70" w:type="dxa"/>
              <w:right w:w="90" w:type="dxa"/>
            </w:tcMar>
            <w:vAlign w:val="center"/>
          </w:tcPr>
          <w:p w14:paraId="0287EC66" w14:textId="77777777" w:rsidR="00175CF0" w:rsidRPr="00F71742" w:rsidRDefault="00175CF0" w:rsidP="000E54DA">
            <w:pPr>
              <w:spacing w:after="0" w:line="240" w:lineRule="auto"/>
            </w:pPr>
          </w:p>
        </w:tc>
      </w:tr>
      <w:tr w:rsidR="00175CF0" w:rsidRPr="00F71742" w14:paraId="09FF75C3" w14:textId="77777777" w:rsidTr="000E54DA">
        <w:trPr>
          <w:cantSplit/>
          <w:trHeight w:val="835"/>
          <w:jc w:val="center"/>
        </w:trPr>
        <w:tc>
          <w:tcPr>
            <w:tcW w:w="1224" w:type="dxa"/>
            <w:tcMar>
              <w:top w:w="70" w:type="dxa"/>
              <w:left w:w="90" w:type="dxa"/>
              <w:bottom w:w="70" w:type="dxa"/>
              <w:right w:w="90" w:type="dxa"/>
            </w:tcMar>
            <w:vAlign w:val="center"/>
          </w:tcPr>
          <w:p w14:paraId="07BEB308" w14:textId="77777777" w:rsidR="00175CF0" w:rsidRPr="00F71742" w:rsidRDefault="00000000" w:rsidP="000E54DA">
            <w:pPr>
              <w:spacing w:after="0" w:line="240" w:lineRule="auto"/>
            </w:pPr>
            <w:r w:rsidRPr="00F71742">
              <w:rPr>
                <w:sz w:val="16"/>
              </w:rPr>
              <w:lastRenderedPageBreak/>
              <w:t>Mayıs</w:t>
            </w:r>
          </w:p>
        </w:tc>
        <w:tc>
          <w:tcPr>
            <w:tcW w:w="7560" w:type="dxa"/>
            <w:tcMar>
              <w:top w:w="70" w:type="dxa"/>
              <w:left w:w="90" w:type="dxa"/>
              <w:bottom w:w="70" w:type="dxa"/>
              <w:right w:w="90" w:type="dxa"/>
            </w:tcMar>
            <w:vAlign w:val="center"/>
          </w:tcPr>
          <w:p w14:paraId="39E6DE52" w14:textId="77777777" w:rsidR="00175CF0" w:rsidRPr="00F71742" w:rsidRDefault="00000000" w:rsidP="000E54DA">
            <w:pPr>
              <w:spacing w:after="0" w:line="240" w:lineRule="auto"/>
            </w:pPr>
            <w:r w:rsidRPr="00F71742">
              <w:rPr>
                <w:sz w:val="16"/>
              </w:rPr>
              <w:t>Aylık kurul toplantısı. Yıl içi kararların ve önleyici çalışmaların sonuçlarını değerlendir; gelen Onur Belgesi tekliflerini ölçüt ve uygunluk kontrolüyle ele al.</w:t>
            </w:r>
          </w:p>
        </w:tc>
        <w:tc>
          <w:tcPr>
            <w:tcW w:w="3096" w:type="dxa"/>
            <w:tcMar>
              <w:top w:w="70" w:type="dxa"/>
              <w:left w:w="90" w:type="dxa"/>
              <w:bottom w:w="70" w:type="dxa"/>
              <w:right w:w="90" w:type="dxa"/>
            </w:tcMar>
            <w:vAlign w:val="center"/>
          </w:tcPr>
          <w:p w14:paraId="68EBD444" w14:textId="77777777" w:rsidR="00175CF0" w:rsidRPr="00F71742" w:rsidRDefault="00175CF0" w:rsidP="000E54DA">
            <w:pPr>
              <w:spacing w:after="0" w:line="240" w:lineRule="auto"/>
            </w:pPr>
            <w:r>
              <w:rPr>
                <w:b/>
                <w:sz w:val="15"/>
              </w:rPr>
              <w:t>27.05.2027 Perşembe</w:t>
            </w:r>
            <w:r>
              <w:br/>
            </w:r>
            <w:r>
              <w:rPr>
                <w:sz w:val="15"/>
              </w:rPr>
              <w:t>Aylık rutin toplantı</w:t>
            </w:r>
          </w:p>
        </w:tc>
        <w:tc>
          <w:tcPr>
            <w:tcW w:w="2160" w:type="dxa"/>
            <w:tcMar>
              <w:top w:w="70" w:type="dxa"/>
              <w:left w:w="90" w:type="dxa"/>
              <w:bottom w:w="70" w:type="dxa"/>
              <w:right w:w="90" w:type="dxa"/>
            </w:tcMar>
            <w:vAlign w:val="center"/>
          </w:tcPr>
          <w:p w14:paraId="3A3B24CC" w14:textId="77777777" w:rsidR="00175CF0" w:rsidRPr="00F71742" w:rsidRDefault="00175CF0" w:rsidP="000E54DA">
            <w:pPr>
              <w:spacing w:after="0" w:line="240" w:lineRule="auto"/>
            </w:pPr>
          </w:p>
        </w:tc>
      </w:tr>
      <w:tr w:rsidR="00175CF0" w:rsidRPr="00F71742" w14:paraId="74B251B1" w14:textId="77777777" w:rsidTr="000E54DA">
        <w:trPr>
          <w:cantSplit/>
          <w:trHeight w:val="835"/>
          <w:jc w:val="center"/>
        </w:trPr>
        <w:tc>
          <w:tcPr>
            <w:tcW w:w="1224" w:type="dxa"/>
            <w:tcMar>
              <w:top w:w="70" w:type="dxa"/>
              <w:left w:w="90" w:type="dxa"/>
              <w:bottom w:w="70" w:type="dxa"/>
              <w:right w:w="90" w:type="dxa"/>
            </w:tcMar>
            <w:vAlign w:val="center"/>
          </w:tcPr>
          <w:p w14:paraId="2855708A" w14:textId="77777777" w:rsidR="00175CF0" w:rsidRPr="00F71742" w:rsidRDefault="00000000" w:rsidP="000E54DA">
            <w:pPr>
              <w:spacing w:after="0" w:line="240" w:lineRule="auto"/>
            </w:pPr>
            <w:r w:rsidRPr="00F71742">
              <w:rPr>
                <w:sz w:val="16"/>
              </w:rPr>
              <w:t>Haziran</w:t>
            </w:r>
          </w:p>
        </w:tc>
        <w:tc>
          <w:tcPr>
            <w:tcW w:w="7560" w:type="dxa"/>
            <w:tcMar>
              <w:top w:w="70" w:type="dxa"/>
              <w:left w:w="90" w:type="dxa"/>
              <w:bottom w:w="70" w:type="dxa"/>
              <w:right w:w="90" w:type="dxa"/>
            </w:tcMar>
            <w:vAlign w:val="center"/>
          </w:tcPr>
          <w:p w14:paraId="70CB2889" w14:textId="77777777" w:rsidR="00175CF0" w:rsidRPr="00F71742" w:rsidRDefault="00000000" w:rsidP="000E54DA">
            <w:pPr>
              <w:spacing w:after="0" w:line="240" w:lineRule="auto"/>
            </w:pPr>
            <w:r w:rsidRPr="00F71742">
              <w:rPr>
                <w:sz w:val="16"/>
              </w:rPr>
              <w:t>Ders yılı bitmeden aylık kurul toplantısı. Yıl sonu çalışma değerlendirmesini ve gelecek yıla önerileri yaz; karar defteri ile açık takip işlerini tamamla.</w:t>
            </w:r>
          </w:p>
        </w:tc>
        <w:tc>
          <w:tcPr>
            <w:tcW w:w="3096" w:type="dxa"/>
            <w:tcMar>
              <w:top w:w="70" w:type="dxa"/>
              <w:left w:w="90" w:type="dxa"/>
              <w:bottom w:w="70" w:type="dxa"/>
              <w:right w:w="90" w:type="dxa"/>
            </w:tcMar>
            <w:vAlign w:val="center"/>
          </w:tcPr>
          <w:p w14:paraId="3CDEF7C5" w14:textId="77777777" w:rsidR="00175CF0" w:rsidRPr="00F71742" w:rsidRDefault="00175CF0" w:rsidP="000E54DA">
            <w:pPr>
              <w:spacing w:after="0" w:line="240" w:lineRule="auto"/>
            </w:pPr>
            <w:r>
              <w:rPr>
                <w:b/>
                <w:sz w:val="15"/>
              </w:rPr>
              <w:t>24.06.2027 Perşembe</w:t>
            </w:r>
            <w:r>
              <w:br/>
            </w:r>
            <w:r>
              <w:rPr>
                <w:sz w:val="15"/>
              </w:rPr>
              <w:t>Aylık rutin toplantı</w:t>
            </w:r>
          </w:p>
        </w:tc>
        <w:tc>
          <w:tcPr>
            <w:tcW w:w="2160" w:type="dxa"/>
            <w:tcMar>
              <w:top w:w="70" w:type="dxa"/>
              <w:left w:w="90" w:type="dxa"/>
              <w:bottom w:w="70" w:type="dxa"/>
              <w:right w:w="90" w:type="dxa"/>
            </w:tcMar>
            <w:vAlign w:val="center"/>
          </w:tcPr>
          <w:p w14:paraId="50D41EE7" w14:textId="77777777" w:rsidR="00175CF0" w:rsidRPr="00F71742" w:rsidRDefault="00175CF0" w:rsidP="000E54DA">
            <w:pPr>
              <w:spacing w:after="0" w:line="240" w:lineRule="auto"/>
            </w:pPr>
          </w:p>
        </w:tc>
      </w:tr>
    </w:tbl>
    <w:p w14:paraId="77F4E1F7" w14:textId="7CB0C7DA" w:rsidR="00175CF0" w:rsidRPr="00F71742" w:rsidRDefault="00000000">
      <w:pPr>
        <w:spacing w:before="120" w:after="60"/>
      </w:pPr>
      <w:r w:rsidRPr="00F71742">
        <w:rPr>
          <w:b/>
          <w:sz w:val="17"/>
        </w:rPr>
        <w:t xml:space="preserve">Takvim dayanağı: </w:t>
      </w:r>
      <w:r w:rsidRPr="00F71742">
        <w:rPr>
          <w:sz w:val="17"/>
        </w:rPr>
        <w:t>MEB 2026–2027 takvimine göre ders yılı 14.09.2026’da başlar; birinci dönem 22.01.2027’de biter, ikinci dönem 08.02.2027’de başlar ve ders yılı 25.06.2027’de tamamlanır. Ara tatiller 16–20.11.2026, 25.01–05.02.2027 ve 08–12.03.2027’dir. Onur Belgesi teklif değerlendirme toplantısı 19.01.2027’de, yarıyıl tatilinden altı takvim günü önce planlanmıştır. Plan 28.09.2026 itibarıyla düzenlendiğinden 24.09.2026 son Perşembe geçmiş; Eylül toplantısı 30.09.2026’ya alınmıştır. 29 Ekim Cumhuriyet Bayramı nedeniyle Ekim rutin toplantısı 22.10.2026’da planlanmıştır.</w:t>
      </w:r>
      <w:r w:rsidR="0039367B" w:rsidRPr="00F71742">
        <w:t xml:space="preserve"> </w:t>
      </w:r>
    </w:p>
    <w:tbl>
      <w:tblPr>
        <w:tblW w:w="0" w:type="auto"/>
        <w:jc w:val="center"/>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A0" w:firstRow="1" w:lastRow="0" w:firstColumn="1" w:lastColumn="0" w:noHBand="0" w:noVBand="1"/>
      </w:tblPr>
      <w:tblGrid>
        <w:gridCol w:w="5184"/>
        <w:gridCol w:w="5184"/>
        <w:gridCol w:w="3456"/>
      </w:tblGrid>
      <w:tr w:rsidR="00175CF0" w:rsidRPr="00F71742" w14:paraId="4875DFC3" w14:textId="77777777">
        <w:trPr>
          <w:cantSplit/>
          <w:tblHeader/>
          <w:jc w:val="center"/>
        </w:trPr>
        <w:tc>
          <w:tcPr>
            <w:tcW w:w="5184" w:type="dxa"/>
            <w:shd w:val="clear" w:color="auto" w:fill="E6E6E6"/>
            <w:tcMar>
              <w:top w:w="70" w:type="dxa"/>
              <w:left w:w="90" w:type="dxa"/>
              <w:bottom w:w="70" w:type="dxa"/>
              <w:right w:w="90" w:type="dxa"/>
            </w:tcMar>
            <w:vAlign w:val="center"/>
          </w:tcPr>
          <w:p w14:paraId="088DCBE0" w14:textId="77777777" w:rsidR="00175CF0" w:rsidRPr="00F71742" w:rsidRDefault="00000000">
            <w:pPr>
              <w:spacing w:after="0" w:line="240" w:lineRule="auto"/>
            </w:pPr>
            <w:r w:rsidRPr="00F71742">
              <w:rPr>
                <w:b/>
                <w:sz w:val="17"/>
              </w:rPr>
              <w:t>Hazırlayan</w:t>
            </w:r>
          </w:p>
        </w:tc>
        <w:tc>
          <w:tcPr>
            <w:tcW w:w="5184" w:type="dxa"/>
            <w:shd w:val="clear" w:color="auto" w:fill="E6E6E6"/>
            <w:tcMar>
              <w:top w:w="70" w:type="dxa"/>
              <w:left w:w="90" w:type="dxa"/>
              <w:bottom w:w="70" w:type="dxa"/>
              <w:right w:w="90" w:type="dxa"/>
            </w:tcMar>
            <w:vAlign w:val="center"/>
          </w:tcPr>
          <w:p w14:paraId="42D30FB1" w14:textId="77777777" w:rsidR="00175CF0" w:rsidRPr="00F71742" w:rsidRDefault="00000000">
            <w:pPr>
              <w:spacing w:after="0" w:line="240" w:lineRule="auto"/>
            </w:pPr>
            <w:r w:rsidRPr="00F71742">
              <w:rPr>
                <w:b/>
                <w:sz w:val="17"/>
              </w:rPr>
              <w:t>Uygun görüş / onay</w:t>
            </w:r>
          </w:p>
        </w:tc>
        <w:tc>
          <w:tcPr>
            <w:tcW w:w="3456" w:type="dxa"/>
            <w:shd w:val="clear" w:color="auto" w:fill="E6E6E6"/>
            <w:tcMar>
              <w:top w:w="70" w:type="dxa"/>
              <w:left w:w="90" w:type="dxa"/>
              <w:bottom w:w="70" w:type="dxa"/>
              <w:right w:w="90" w:type="dxa"/>
            </w:tcMar>
            <w:vAlign w:val="center"/>
          </w:tcPr>
          <w:p w14:paraId="360DBF6F" w14:textId="77777777" w:rsidR="00175CF0" w:rsidRPr="00F71742" w:rsidRDefault="00000000">
            <w:pPr>
              <w:spacing w:after="0" w:line="240" w:lineRule="auto"/>
            </w:pPr>
            <w:r w:rsidRPr="00F71742">
              <w:rPr>
                <w:b/>
                <w:sz w:val="17"/>
              </w:rPr>
              <w:t>Tarih</w:t>
            </w:r>
          </w:p>
        </w:tc>
      </w:tr>
      <w:tr w:rsidR="00175CF0" w:rsidRPr="00F71742" w14:paraId="54A300CF" w14:textId="77777777" w:rsidTr="000E54DA">
        <w:trPr>
          <w:cantSplit/>
          <w:trHeight w:val="1080"/>
          <w:jc w:val="center"/>
        </w:trPr>
        <w:tc>
          <w:tcPr>
            <w:tcW w:w="5184" w:type="dxa"/>
            <w:tcMar>
              <w:top w:w="70" w:type="dxa"/>
              <w:left w:w="90" w:type="dxa"/>
              <w:bottom w:w="70" w:type="dxa"/>
              <w:right w:w="90" w:type="dxa"/>
            </w:tcMar>
            <w:vAlign w:val="center"/>
          </w:tcPr>
          <w:p w14:paraId="6D161EE5" w14:textId="77777777" w:rsidR="00175CF0" w:rsidRPr="00F71742" w:rsidRDefault="00000000" w:rsidP="000E54DA">
            <w:pPr>
              <w:spacing w:after="0" w:line="240" w:lineRule="auto"/>
            </w:pPr>
            <w:r w:rsidRPr="00F71742">
              <w:rPr>
                <w:sz w:val="17"/>
              </w:rPr>
              <w:t>Onur Kurulu Başkanı</w:t>
            </w:r>
            <w:r w:rsidRPr="00F71742">
              <w:rPr>
                <w:sz w:val="17"/>
              </w:rPr>
              <w:br/>
              <w:t>Esen EROL</w:t>
            </w:r>
            <w:r w:rsidRPr="00F71742">
              <w:rPr>
                <w:sz w:val="17"/>
              </w:rPr>
              <w:br/>
              <w:t>İmza: ................................</w:t>
            </w:r>
          </w:p>
        </w:tc>
        <w:tc>
          <w:tcPr>
            <w:tcW w:w="5184" w:type="dxa"/>
            <w:tcMar>
              <w:top w:w="70" w:type="dxa"/>
              <w:left w:w="90" w:type="dxa"/>
              <w:bottom w:w="70" w:type="dxa"/>
              <w:right w:w="90" w:type="dxa"/>
            </w:tcMar>
            <w:vAlign w:val="center"/>
          </w:tcPr>
          <w:p w14:paraId="04AC15FB" w14:textId="77777777" w:rsidR="00175CF0" w:rsidRPr="00F71742" w:rsidRDefault="00000000" w:rsidP="000E54DA">
            <w:pPr>
              <w:spacing w:after="0" w:line="240" w:lineRule="auto"/>
            </w:pPr>
            <w:r w:rsidRPr="00F71742">
              <w:rPr>
                <w:sz w:val="17"/>
              </w:rPr>
              <w:t>Okul Müdürü</w:t>
            </w:r>
            <w:r w:rsidRPr="00F71742">
              <w:rPr>
                <w:sz w:val="17"/>
              </w:rPr>
              <w:br/>
              <w:t>Adı soyadı: ............................</w:t>
            </w:r>
            <w:r w:rsidRPr="00F71742">
              <w:rPr>
                <w:sz w:val="17"/>
              </w:rPr>
              <w:br/>
              <w:t>İmza: ................................</w:t>
            </w:r>
          </w:p>
        </w:tc>
        <w:tc>
          <w:tcPr>
            <w:tcW w:w="3456" w:type="dxa"/>
            <w:tcMar>
              <w:top w:w="70" w:type="dxa"/>
              <w:left w:w="90" w:type="dxa"/>
              <w:bottom w:w="70" w:type="dxa"/>
              <w:right w:w="90" w:type="dxa"/>
            </w:tcMar>
            <w:vAlign w:val="center"/>
          </w:tcPr>
          <w:p w14:paraId="58D3E91E" w14:textId="77777777" w:rsidR="00175CF0" w:rsidRPr="00F71742" w:rsidRDefault="00000000" w:rsidP="000E54DA">
            <w:pPr>
              <w:spacing w:after="0" w:line="240" w:lineRule="auto"/>
            </w:pPr>
            <w:r w:rsidRPr="00F71742">
              <w:rPr>
                <w:sz w:val="17"/>
              </w:rPr>
              <w:t>................................</w:t>
            </w:r>
          </w:p>
        </w:tc>
      </w:tr>
    </w:tbl>
    <w:p w14:paraId="0C62E808" w14:textId="77777777" w:rsidR="002A5D88" w:rsidRDefault="002A5D88"/>
    <w:sectPr w:rsidR="002A5D88" w:rsidSect="00034616">
      <w:footerReference w:type="default" r:id="rId8"/>
      <w:pgSz w:w="15840" w:h="12240" w:orient="landscape"/>
      <w:pgMar w:top="720"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202BD" w14:textId="77777777" w:rsidR="00363EC5" w:rsidRPr="00F71742" w:rsidRDefault="00363EC5">
      <w:pPr>
        <w:spacing w:after="0" w:line="240" w:lineRule="auto"/>
      </w:pPr>
      <w:r w:rsidRPr="00F71742">
        <w:separator/>
      </w:r>
    </w:p>
  </w:endnote>
  <w:endnote w:type="continuationSeparator" w:id="0">
    <w:p w14:paraId="259830D5" w14:textId="77777777" w:rsidR="00363EC5" w:rsidRPr="00F71742" w:rsidRDefault="00363EC5">
      <w:pPr>
        <w:spacing w:after="0" w:line="240" w:lineRule="auto"/>
      </w:pPr>
      <w:r w:rsidRPr="00F717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AB6A" w14:textId="77777777" w:rsidR="00175CF0" w:rsidRPr="00F71742" w:rsidRDefault="00000000">
    <w:pPr>
      <w:pStyle w:val="AltBilgi"/>
      <w:jc w:val="right"/>
    </w:pPr>
    <w:r w:rsidRPr="00F71742">
      <w:rPr>
        <w:color w:val="6B7280"/>
        <w:sz w:val="15"/>
      </w:rPr>
      <w:t xml:space="preserve">ŞEHİT ORKUN ALP ARSLAN KIZ ANADOLU İMAM HATİP </w:t>
    </w:r>
    <w:proofErr w:type="gramStart"/>
    <w:r w:rsidRPr="00F71742">
      <w:rPr>
        <w:color w:val="6B7280"/>
        <w:sz w:val="15"/>
      </w:rPr>
      <w:t>LİSESİ  |</w:t>
    </w:r>
    <w:proofErr w:type="gramEnd"/>
    <w:r w:rsidRPr="00F71742">
      <w:rPr>
        <w:color w:val="6B7280"/>
        <w:sz w:val="15"/>
      </w:rPr>
      <w:t xml:space="preserve">  Sayfa </w:t>
    </w:r>
    <w:r w:rsidRPr="00F71742">
      <w:fldChar w:fldCharType="begin"/>
    </w:r>
    <w:r w:rsidRPr="00F71742">
      <w:instrText>PAGE</w:instrText>
    </w:r>
    <w:r w:rsidRPr="00F71742">
      <w:fldChar w:fldCharType="separate"/>
    </w:r>
    <w:r w:rsidR="000E54DA" w:rsidRPr="00F71742">
      <w:t>1</w:t>
    </w:r>
    <w:r w:rsidRPr="00F7174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A9640" w14:textId="77777777" w:rsidR="00363EC5" w:rsidRPr="00F71742" w:rsidRDefault="00363EC5">
      <w:pPr>
        <w:spacing w:after="0" w:line="240" w:lineRule="auto"/>
      </w:pPr>
      <w:r w:rsidRPr="00F71742">
        <w:separator/>
      </w:r>
    </w:p>
  </w:footnote>
  <w:footnote w:type="continuationSeparator" w:id="0">
    <w:p w14:paraId="5C950044" w14:textId="77777777" w:rsidR="00363EC5" w:rsidRPr="00F71742" w:rsidRDefault="00363EC5">
      <w:pPr>
        <w:spacing w:after="0" w:line="240" w:lineRule="auto"/>
      </w:pPr>
      <w:r w:rsidRPr="00F7174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24728510">
    <w:abstractNumId w:val="8"/>
  </w:num>
  <w:num w:numId="2" w16cid:durableId="1461798022">
    <w:abstractNumId w:val="6"/>
  </w:num>
  <w:num w:numId="3" w16cid:durableId="1696807797">
    <w:abstractNumId w:val="5"/>
  </w:num>
  <w:num w:numId="4" w16cid:durableId="275260938">
    <w:abstractNumId w:val="4"/>
  </w:num>
  <w:num w:numId="5" w16cid:durableId="1583175652">
    <w:abstractNumId w:val="7"/>
  </w:num>
  <w:num w:numId="6" w16cid:durableId="1626814247">
    <w:abstractNumId w:val="3"/>
  </w:num>
  <w:num w:numId="7" w16cid:durableId="1022895381">
    <w:abstractNumId w:val="2"/>
  </w:num>
  <w:num w:numId="8" w16cid:durableId="986276173">
    <w:abstractNumId w:val="1"/>
  </w:num>
  <w:num w:numId="9" w16cid:durableId="116682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56FE"/>
    <w:rsid w:val="000E54DA"/>
    <w:rsid w:val="0011595C"/>
    <w:rsid w:val="0015074B"/>
    <w:rsid w:val="00175CF0"/>
    <w:rsid w:val="0029639D"/>
    <w:rsid w:val="002A5D88"/>
    <w:rsid w:val="00326F90"/>
    <w:rsid w:val="00363EC5"/>
    <w:rsid w:val="0039367B"/>
    <w:rsid w:val="003B5CB1"/>
    <w:rsid w:val="00AA1D8D"/>
    <w:rsid w:val="00B47730"/>
    <w:rsid w:val="00CB0664"/>
    <w:rsid w:val="00F717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BA22E"/>
  <w14:defaultImageDpi w14:val="300"/>
  <w15:docId w15:val="{2F33DF0A-DC62-4054-9C2E-F1A688671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eastAsia="Arial" w:hAnsi="Arial"/>
      <w:color w:val="000000"/>
      <w:sz w:val="19"/>
      <w:lang w:val="tr-TR"/>
    </w:rPr>
  </w:style>
  <w:style w:type="paragraph" w:styleId="Balk1">
    <w:name w:val="heading 1"/>
    <w:basedOn w:val="Normal"/>
    <w:next w:val="Normal"/>
    <w:link w:val="Balk1Char"/>
    <w:uiPriority w:val="9"/>
    <w:qFormat/>
    <w:rsid w:val="00FC693F"/>
    <w:pPr>
      <w:keepNext/>
      <w:keepLines/>
      <w:spacing w:before="140" w:after="60"/>
      <w:outlineLvl w:val="0"/>
    </w:pPr>
    <w:rPr>
      <w:rFonts w:asciiTheme="majorHAnsi" w:eastAsiaTheme="majorEastAsia" w:hAnsiTheme="majorHAnsi" w:cstheme="majorBidi"/>
      <w:b/>
      <w:bCs/>
      <w:sz w:val="24"/>
      <w:szCs w:val="28"/>
    </w:rPr>
  </w:style>
  <w:style w:type="paragraph" w:styleId="Balk2">
    <w:name w:val="heading 2"/>
    <w:basedOn w:val="Normal"/>
    <w:next w:val="Normal"/>
    <w:link w:val="Balk2Char"/>
    <w:uiPriority w:val="9"/>
    <w:unhideWhenUsed/>
    <w:qFormat/>
    <w:rsid w:val="00FC693F"/>
    <w:pPr>
      <w:keepNext/>
      <w:keepLines/>
      <w:spacing w:before="140" w:after="60"/>
      <w:outlineLvl w:val="1"/>
    </w:pPr>
    <w:rPr>
      <w:rFonts w:asciiTheme="majorHAnsi" w:eastAsiaTheme="majorEastAsia" w:hAnsiTheme="majorHAnsi" w:cstheme="majorBidi"/>
      <w:b/>
      <w:bCs/>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before="140" w:after="60" w:line="240" w:lineRule="auto"/>
      <w:contextualSpacing/>
    </w:pPr>
    <w:rPr>
      <w:rFonts w:asciiTheme="majorHAnsi" w:eastAsiaTheme="majorEastAsia" w:hAnsiTheme="majorHAnsi" w:cstheme="majorBidi"/>
      <w:b/>
      <w:spacing w:val="5"/>
      <w:kern w:val="28"/>
      <w:sz w:val="3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Onur Genel Kurulu ve Onur Kurulu</dc:subject>
  <dc:creator>ŞEHİT ORKUN ALP ARSLAN KIZ ANADOLU İMAM HATİP LİSESİ</dc:creator>
  <cp:keywords/>
  <dc:description>generated by python-docx</dc:description>
  <cp:lastModifiedBy>Hamza EROL</cp:lastModifiedBy>
  <cp:revision>5</cp:revision>
  <dcterms:created xsi:type="dcterms:W3CDTF">2013-12-23T23:15:00Z</dcterms:created>
  <dcterms:modified xsi:type="dcterms:W3CDTF">2026-09-28T09:39:00Z</dcterms:modified>
  <cp:category/>
</cp:coreProperties>
</file>