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color w:val="000000"/>
          <w:sz w:val="19"/>
        </w:rPr>
        <w:t>ŞEHİT ORKUN ALP ARSLAN KIZ ANADOLU İMAM HATİP LİSESİ</w:t>
      </w:r>
    </w:p>
    <w:p>
      <w:pPr>
        <w:pStyle w:val="Title"/>
        <w:spacing w:after="60"/>
        <w:jc w:val="center"/>
      </w:pPr>
      <w:r>
        <w:rPr>
          <w:rFonts w:ascii="Arial" w:hAnsi="Arial" w:eastAsia="Arial"/>
          <w:b/>
          <w:color w:val="000000"/>
          <w:sz w:val="34"/>
        </w:rPr>
        <w:t>Onur Belgesi Öğrenci Teklif Formu</w:t>
      </w:r>
    </w:p>
    <w:p>
      <w:pPr>
        <w:spacing w:after="160"/>
        <w:jc w:val="center"/>
      </w:pPr>
      <w:r>
        <w:rPr>
          <w:rFonts w:ascii="Arial" w:hAnsi="Arial" w:eastAsia="Arial"/>
          <w:color w:val="6B7280"/>
          <w:sz w:val="20"/>
        </w:rPr>
        <w:t>2026–2027 Eğitim Öğretim Yılı</w:t>
      </w:r>
    </w:p>
    <w:p>
      <w:pPr>
        <w:widowControl/>
        <w:spacing w:after="120"/>
      </w:pPr>
      <w:r>
        <w:rPr>
          <w:rFonts w:ascii="Arial" w:hAnsi="Arial" w:eastAsia="Arial"/>
          <w:b w:val="0"/>
          <w:i w:val="0"/>
          <w:color w:val="000000"/>
          <w:sz w:val="19"/>
        </w:rPr>
        <w:t>Bu form, bir öğrenci için doldurulur. Bir veya birden fazla ölçüt işaretlenebilir; örnek davranış ve dayanak somut biçimde yazılır.</w:t>
      </w:r>
    </w:p>
    <w:p>
      <w:pPr>
        <w:pStyle w:val="Heading1"/>
      </w:pPr>
      <w:r>
        <w:t>Öğrenci ve teklif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1800"/>
        <w:gridCol w:w="2880"/>
        <w:gridCol w:w="1800"/>
        <w:gridCol w:w="2880"/>
      </w:tblGrid>
      <w:tr>
        <w:trPr>
          <w:tblHeader w:val="true"/>
          <w:cantSplit/>
        </w:trPr>
        <w:tc>
          <w:tcPr>
            <w:tcW w:type="dxa" w:w="180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Bilgi</w:t>
            </w:r>
          </w:p>
        </w:tc>
        <w:tc>
          <w:tcPr>
            <w:tcW w:type="dxa" w:w="288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Doldurulacak alan</w:t>
            </w:r>
          </w:p>
        </w:tc>
        <w:tc>
          <w:tcPr>
            <w:tcW w:type="dxa" w:w="180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Bilgi</w:t>
            </w:r>
          </w:p>
        </w:tc>
        <w:tc>
          <w:tcPr>
            <w:tcW w:type="dxa" w:w="288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Doldurulacak alan</w:t>
            </w:r>
          </w:p>
        </w:tc>
      </w:tr>
      <w:tr>
        <w:trPr>
          <w:cantSplit/>
          <w:trHeight w:val="504"/>
        </w:trPr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Adı soyadı</w:t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Sınıfı / şubesi</w:t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04"/>
        </w:trPr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Okul numarası</w:t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Öğretim yılı</w:t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2026–2027</w:t>
            </w:r>
          </w:p>
        </w:tc>
      </w:tr>
      <w:tr>
        <w:trPr>
          <w:cantSplit/>
          <w:trHeight w:val="504"/>
        </w:trPr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Teklif tarihi</w:t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Teklif no</w:t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04"/>
        </w:trPr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Teklif edenin adı soyadı</w:t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Görevi / iletişim</w:t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</w:tbl>
    <w:p>
      <w:pPr>
        <w:spacing w:before="100" w:after="60"/>
      </w:pPr>
      <w:r>
        <w:rPr>
          <w:rFonts w:ascii="Arial" w:hAnsi="Arial" w:eastAsia="Arial"/>
          <w:b/>
          <w:color w:val="000000"/>
          <w:sz w:val="21"/>
        </w:rPr>
        <w:t xml:space="preserve">Teklif eden:  </w:t>
      </w:r>
      <w:r>
        <w:rPr>
          <w:rFonts w:ascii="Arial" w:hAnsi="Arial" w:eastAsia="Arial"/>
          <w:color w:val="000000"/>
          <w:sz w:val="19"/>
        </w:rPr>
        <w:t>[ ] Öğrenci     [ ] Öğretmen     [ ] Okul yönetimi</w:t>
      </w:r>
    </w:p>
    <w:p>
      <w:pPr>
        <w:pStyle w:val="Heading1"/>
      </w:pPr>
      <w:r>
        <w:t>İlgili örnek davranış ölçütü</w:t>
      </w:r>
    </w:p>
    <w:p>
      <w:pPr>
        <w:widowControl/>
        <w:spacing w:after="30"/>
      </w:pPr>
      <w:r>
        <w:rPr>
          <w:rFonts w:ascii="Arial" w:hAnsi="Arial" w:eastAsia="Arial"/>
          <w:b w:val="0"/>
          <w:i w:val="0"/>
          <w:color w:val="000000"/>
          <w:sz w:val="18"/>
        </w:rPr>
        <w:t>[ ] a) Türkçeyi doğru, güzel ve etkili kullanarak örnek olma</w:t>
      </w:r>
    </w:p>
    <w:p>
      <w:pPr>
        <w:widowControl/>
        <w:spacing w:after="30"/>
      </w:pPr>
      <w:r>
        <w:rPr>
          <w:rFonts w:ascii="Arial" w:hAnsi="Arial" w:eastAsia="Arial"/>
          <w:b w:val="0"/>
          <w:i w:val="0"/>
          <w:color w:val="000000"/>
          <w:sz w:val="18"/>
        </w:rPr>
        <w:t>[ ] b) Bilimsel proje veya sosyal etkinliklere katılma; liderlik, eğitime katkı ya da üstün başarı gösterme</w:t>
      </w:r>
    </w:p>
    <w:p>
      <w:pPr>
        <w:widowControl/>
        <w:spacing w:after="30"/>
      </w:pPr>
      <w:r>
        <w:rPr>
          <w:rFonts w:ascii="Arial" w:hAnsi="Arial" w:eastAsia="Arial"/>
          <w:b w:val="0"/>
          <w:i w:val="0"/>
          <w:color w:val="000000"/>
          <w:sz w:val="18"/>
        </w:rPr>
        <w:t>[ ] c) Okul araç-gereçlerini, donanımlarını ve çevreyi korumada örnek olma</w:t>
      </w:r>
    </w:p>
    <w:p>
      <w:pPr>
        <w:widowControl/>
        <w:spacing w:after="30"/>
      </w:pPr>
      <w:r>
        <w:rPr>
          <w:rFonts w:ascii="Arial" w:hAnsi="Arial" w:eastAsia="Arial"/>
          <w:b w:val="0"/>
          <w:i w:val="0"/>
          <w:color w:val="000000"/>
          <w:sz w:val="18"/>
        </w:rPr>
        <w:t>[ ] ç) Görgü kuralları ve insan ilişkilerinde örnek olma</w:t>
      </w:r>
    </w:p>
    <w:p>
      <w:pPr>
        <w:widowControl/>
        <w:spacing w:after="30"/>
      </w:pPr>
      <w:r>
        <w:rPr>
          <w:rFonts w:ascii="Arial" w:hAnsi="Arial" w:eastAsia="Arial"/>
          <w:b w:val="0"/>
          <w:i w:val="0"/>
          <w:color w:val="000000"/>
          <w:sz w:val="18"/>
        </w:rPr>
        <w:t>[ ] d) Trafik kurallarına uymada örnek davranış sergileme</w:t>
      </w:r>
    </w:p>
    <w:p>
      <w:pPr>
        <w:widowControl/>
        <w:spacing w:after="30"/>
      </w:pPr>
      <w:r>
        <w:rPr>
          <w:rFonts w:ascii="Arial" w:hAnsi="Arial" w:eastAsia="Arial"/>
          <w:b w:val="0"/>
          <w:i w:val="0"/>
          <w:color w:val="000000"/>
          <w:sz w:val="18"/>
        </w:rPr>
        <w:t>[ ] e) Bilişim araçlarını kullanmada iyi örnek olma</w:t>
      </w:r>
    </w:p>
    <w:p>
      <w:pPr>
        <w:widowControl/>
        <w:spacing w:after="30"/>
      </w:pPr>
      <w:r>
        <w:rPr>
          <w:rFonts w:ascii="Arial" w:hAnsi="Arial" w:eastAsia="Arial"/>
          <w:b w:val="0"/>
          <w:i w:val="0"/>
          <w:color w:val="000000"/>
          <w:sz w:val="18"/>
        </w:rPr>
        <w:t>[ ] f) Okula ve derslere düzenli devam ederek arkadaşlarına örnek olma</w:t>
      </w:r>
    </w:p>
    <w:p>
      <w:pPr>
        <w:widowControl/>
        <w:spacing w:after="30"/>
      </w:pPr>
      <w:r>
        <w:rPr>
          <w:rFonts w:ascii="Arial" w:hAnsi="Arial" w:eastAsia="Arial"/>
          <w:b w:val="0"/>
          <w:i w:val="0"/>
          <w:color w:val="000000"/>
          <w:sz w:val="18"/>
        </w:rPr>
        <w:t>[ ] g) Sosyal sorumluluk programı kapsamındaki çalışmalarda görev alma</w:t>
      </w:r>
    </w:p>
    <w:p>
      <w:pPr>
        <w:widowControl/>
        <w:spacing w:after="30"/>
      </w:pPr>
      <w:r>
        <w:rPr>
          <w:rFonts w:ascii="Arial" w:hAnsi="Arial" w:eastAsia="Arial"/>
          <w:b w:val="0"/>
          <w:i w:val="0"/>
          <w:color w:val="000000"/>
          <w:sz w:val="18"/>
        </w:rPr>
        <w:t>[ ] ğ) Sağlık ve güvenlik tedbirlerine uyarak örnek davranış sergileme</w:t>
      </w:r>
    </w:p>
    <w:p>
      <w:pPr>
        <w:widowControl/>
        <w:spacing w:after="30"/>
      </w:pPr>
      <w:r>
        <w:rPr>
          <w:rFonts w:ascii="Arial" w:hAnsi="Arial" w:eastAsia="Arial"/>
          <w:b w:val="0"/>
          <w:i w:val="0"/>
          <w:color w:val="000000"/>
          <w:sz w:val="18"/>
        </w:rPr>
        <w:t>[ ] Öğretmenler Kurulunca ders yılı başında belirlenen ek ölçüt (karar tarihi/no ve ölçüt): ______________________________</w:t>
      </w:r>
    </w:p>
    <w:p>
      <w:pPr>
        <w:pStyle w:val="Heading1"/>
      </w:pPr>
      <w:r>
        <w:t>Davranışın somut açıklaması</w:t>
      </w:r>
    </w:p>
    <w:p>
      <w:pPr>
        <w:widowControl/>
        <w:spacing w:after="40"/>
      </w:pPr>
      <w:r>
        <w:rPr>
          <w:rFonts w:ascii="Arial" w:hAnsi="Arial" w:eastAsia="Arial"/>
          <w:b w:val="0"/>
          <w:i w:val="0"/>
          <w:color w:val="000000"/>
          <w:sz w:val="18"/>
        </w:rPr>
        <w:t>Öğrencinin ne yaptığı, hangi tarih / etkinlik / ortamda gerçekleştiği ve davranışın nasıl örnek oluşturduğu:</w:t>
      </w:r>
    </w:p>
    <w:p>
      <w:pPr>
        <w:widowControl/>
        <w:spacing w:after="80"/>
      </w:pPr>
      <w:r>
        <w:rPr>
          <w:rFonts w:ascii="Arial" w:hAnsi="Arial" w:eastAsia="Arial"/>
          <w:b w:val="0"/>
          <w:i w:val="0"/>
          <w:color w:val="000000"/>
          <w:sz w:val="18"/>
        </w:rPr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</w:r>
    </w:p>
    <w:p>
      <w:pPr>
        <w:widowControl/>
        <w:spacing w:after="40"/>
      </w:pPr>
      <w:r>
        <w:rPr>
          <w:rFonts w:ascii="Arial" w:hAnsi="Arial" w:eastAsia="Arial"/>
          <w:b w:val="0"/>
          <w:i w:val="0"/>
          <w:color w:val="000000"/>
          <w:sz w:val="18"/>
        </w:rPr>
        <w:t>Dayanak / doğrulama bilgisi (etkinlik kaydı, gözlem, çalışma, belge vb.):</w:t>
      </w:r>
    </w:p>
    <w:p>
      <w:pPr>
        <w:widowControl/>
        <w:spacing w:after="100"/>
      </w:pPr>
      <w:r>
        <w:rPr>
          <w:rFonts w:ascii="Arial" w:hAnsi="Arial" w:eastAsia="Arial"/>
          <w:b w:val="0"/>
          <w:i w:val="0"/>
          <w:color w:val="000000"/>
          <w:sz w:val="18"/>
        </w:rPr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6624"/>
        <w:gridCol w:w="2736"/>
      </w:tblGrid>
      <w:tr>
        <w:trPr>
          <w:tblHeader w:val="true"/>
          <w:cantSplit/>
        </w:trPr>
        <w:tc>
          <w:tcPr>
            <w:tcW w:type="dxa" w:w="6624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Teklif edenin beyanı</w:t>
            </w:r>
          </w:p>
        </w:tc>
        <w:tc>
          <w:tcPr>
            <w:tcW w:type="dxa" w:w="273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Tarih ve imza</w:t>
            </w:r>
          </w:p>
        </w:tc>
      </w:tr>
      <w:tr>
        <w:trPr>
          <w:cantSplit/>
          <w:trHeight w:val="1008"/>
        </w:trPr>
        <w:tc>
          <w:tcPr>
            <w:tcW w:type="dxa" w:w="66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8"/>
              </w:rPr>
              <w:t>Yukarıda açıkladığım davranışa dayanarak öğrencinin Onur Belgesi için değerlendirilmesini öneriyorum.</w:t>
            </w:r>
          </w:p>
        </w:tc>
        <w:tc>
          <w:tcPr>
            <w:tcW w:type="dxa" w:w="27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8"/>
              </w:rPr>
              <w:t>........................................</w:t>
              <w:br/>
              <w:t>........................................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Arial" w:hAnsi="Arial" w:eastAsia="Arial"/>
          <w:b/>
          <w:color w:val="000000"/>
          <w:sz w:val="19"/>
        </w:rPr>
        <w:t>ŞEHİT ORKUN ALP ARSLAN KIZ ANADOLU İMAM HATİP LİSESİ</w:t>
      </w:r>
    </w:p>
    <w:p>
      <w:pPr>
        <w:pStyle w:val="Title"/>
        <w:spacing w:after="60"/>
        <w:jc w:val="center"/>
      </w:pPr>
      <w:r>
        <w:rPr>
          <w:rFonts w:ascii="Arial" w:hAnsi="Arial" w:eastAsia="Arial"/>
          <w:b/>
          <w:color w:val="000000"/>
          <w:sz w:val="34"/>
        </w:rPr>
        <w:t>Değerlendirme ve Kurul Kararı</w:t>
      </w:r>
    </w:p>
    <w:p>
      <w:pPr>
        <w:spacing w:after="160"/>
        <w:jc w:val="center"/>
      </w:pPr>
      <w:r>
        <w:rPr>
          <w:rFonts w:ascii="Arial" w:hAnsi="Arial" w:eastAsia="Arial"/>
          <w:color w:val="6B7280"/>
          <w:sz w:val="20"/>
        </w:rPr>
        <w:t>Bu bölüm okul içi işlem için doldurulur</w:t>
      </w:r>
    </w:p>
    <w:p>
      <w:pPr>
        <w:pStyle w:val="Heading1"/>
      </w:pPr>
      <w:r>
        <w:t>Okul yönetimi uygunluk kontrolü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3816"/>
        <w:gridCol w:w="4032"/>
        <w:gridCol w:w="1512"/>
      </w:tblGrid>
      <w:tr>
        <w:trPr>
          <w:tblHeader w:val="true"/>
          <w:cantSplit/>
        </w:trPr>
        <w:tc>
          <w:tcPr>
            <w:tcW w:type="dxa" w:w="381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Kontrol</w:t>
            </w:r>
          </w:p>
        </w:tc>
        <w:tc>
          <w:tcPr>
            <w:tcW w:type="dxa" w:w="403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Sonuç / açıklama</w:t>
            </w:r>
          </w:p>
        </w:tc>
        <w:tc>
          <w:tcPr>
            <w:tcW w:type="dxa" w:w="151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Tarih / paraf</w:t>
            </w:r>
          </w:p>
        </w:tc>
      </w:tr>
      <w:tr>
        <w:trPr>
          <w:cantSplit/>
          <w:trHeight w:val="792"/>
        </w:trPr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Davranış puanının indirilmemiş olması (Md. 161/1)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[ ] Uygun  [ ] Uygun değil  [ ] Kontrol edilecek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792"/>
        </w:trPr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Devamsızlık yönünden Md. 36/5-b kontrolü ve varsa istisnanın değerlendirilmesi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[ ] Engel yok  [ ] Engel var  [ ] İstisna/inceleme gerekli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792"/>
        </w:trPr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Öğretmenler Kurulunca belirlenmiş ek ölçüt varsa kararın doğrulanması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[ ] Uygun  [ ] Uygun değil  [ ] Uygulanamaz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</w:tbl>
    <w:p>
      <w:pPr>
        <w:widowControl/>
        <w:spacing w:after="120"/>
      </w:pPr>
      <w:r>
        <w:rPr>
          <w:rFonts w:ascii="Arial" w:hAnsi="Arial" w:eastAsia="Arial"/>
          <w:b w:val="0"/>
          <w:i/>
          <w:color w:val="000000"/>
          <w:sz w:val="17"/>
        </w:rPr>
        <w:t>Bu kontrol bölümüne yalnızca gerekli sonuç yazılır; sağlık, özel eğitim veya benzeri hassas bilgiler forma eklenmez.</w:t>
      </w:r>
    </w:p>
    <w:p>
      <w:pPr>
        <w:pStyle w:val="Heading1"/>
      </w:pPr>
      <w:r>
        <w:t>Onur Kurulu değerlendirmesi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1944"/>
        <w:gridCol w:w="3240"/>
        <w:gridCol w:w="4176"/>
      </w:tblGrid>
      <w:tr>
        <w:trPr>
          <w:tblHeader w:val="true"/>
          <w:cantSplit/>
        </w:trPr>
        <w:tc>
          <w:tcPr>
            <w:tcW w:type="dxa" w:w="1944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Karar no / tarih</w:t>
            </w:r>
          </w:p>
        </w:tc>
        <w:tc>
          <w:tcPr>
            <w:tcW w:type="dxa" w:w="324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Sonuç</w:t>
            </w:r>
          </w:p>
        </w:tc>
        <w:tc>
          <w:tcPr>
            <w:tcW w:type="dxa" w:w="417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Gerekçe / kurul görüşü</w:t>
            </w:r>
          </w:p>
        </w:tc>
      </w:tr>
      <w:tr>
        <w:trPr>
          <w:cantSplit/>
          <w:trHeight w:val="1440"/>
        </w:trPr>
        <w:tc>
          <w:tcPr>
            <w:tcW w:type="dxa" w:w="19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32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[ ] Uygun görüş</w:t>
              <w:br/>
              <w:t>[ ] Uygun görüş verilmedi</w:t>
              <w:br/>
              <w:t>[ ] Ek bilgi istendi</w:t>
            </w:r>
          </w:p>
        </w:tc>
        <w:tc>
          <w:tcPr>
            <w:tcW w:type="dxa" w:w="41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3096"/>
        <w:gridCol w:w="3096"/>
        <w:gridCol w:w="3168"/>
      </w:tblGrid>
      <w:tr>
        <w:trPr>
          <w:tblHeader w:val="true"/>
          <w:cantSplit/>
        </w:trPr>
        <w:tc>
          <w:tcPr>
            <w:tcW w:type="dxa" w:w="309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Onur Kurulu başkanı</w:t>
            </w:r>
          </w:p>
        </w:tc>
        <w:tc>
          <w:tcPr>
            <w:tcW w:type="dxa" w:w="309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İkinci başkan</w:t>
            </w:r>
          </w:p>
        </w:tc>
        <w:tc>
          <w:tcPr>
            <w:tcW w:type="dxa" w:w="3168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Üye imzaları</w:t>
            </w:r>
          </w:p>
        </w:tc>
      </w:tr>
      <w:tr>
        <w:trPr>
          <w:cantSplit/>
          <w:trHeight w:val="1080"/>
        </w:trPr>
        <w:tc>
          <w:tcPr>
            <w:tcW w:type="dxa" w:w="30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Adı soyadı / imza:</w:t>
              <w:br/>
              <w:br/>
            </w:r>
          </w:p>
        </w:tc>
        <w:tc>
          <w:tcPr>
            <w:tcW w:type="dxa" w:w="30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Adı soyadı / imza:</w:t>
              <w:br/>
              <w:br/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........................................</w:t>
              <w:br/>
              <w:t>........................................</w:t>
            </w:r>
          </w:p>
        </w:tc>
      </w:tr>
    </w:tbl>
    <w:p>
      <w:pPr>
        <w:widowControl/>
        <w:spacing w:after="100"/>
      </w:pPr>
      <w:r>
        <w:rPr>
          <w:rFonts w:ascii="Arial" w:hAnsi="Arial" w:eastAsia="Arial"/>
          <w:b/>
          <w:i w:val="0"/>
          <w:color w:val="000000"/>
          <w:sz w:val="18"/>
        </w:rPr>
        <w:t>Onur Kurulunun uygun görüşü, okul müdürü aracılığıyla okul öğrenci ödül ve disiplin kuruluna sunulur.</w:t>
      </w:r>
    </w:p>
    <w:p>
      <w:pPr>
        <w:pStyle w:val="Heading1"/>
      </w:pPr>
      <w:r>
        <w:t>Okul Öğrenci Ödül ve Disiplin Kurulu kararı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2232"/>
        <w:gridCol w:w="4032"/>
        <w:gridCol w:w="3096"/>
      </w:tblGrid>
      <w:tr>
        <w:trPr>
          <w:tblHeader w:val="true"/>
          <w:cantSplit/>
        </w:trPr>
        <w:tc>
          <w:tcPr>
            <w:tcW w:type="dxa" w:w="223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Karar tarihi / no</w:t>
            </w:r>
          </w:p>
        </w:tc>
        <w:tc>
          <w:tcPr>
            <w:tcW w:type="dxa" w:w="403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Karar</w:t>
            </w:r>
          </w:p>
        </w:tc>
        <w:tc>
          <w:tcPr>
            <w:tcW w:type="dxa" w:w="309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İşlem tarihi / not</w:t>
            </w:r>
          </w:p>
        </w:tc>
      </w:tr>
      <w:tr>
        <w:trPr>
          <w:cantSplit/>
          <w:trHeight w:val="1296"/>
        </w:trPr>
        <w:tc>
          <w:tcPr>
            <w:tcW w:type="dxa" w:w="22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[ ] Onur Belgesi verilmesi</w:t>
              <w:br/>
              <w:t>[ ] Uygun görülmedi</w:t>
              <w:br/>
              <w:t>[ ] Ek inceleme</w:t>
            </w:r>
          </w:p>
        </w:tc>
        <w:tc>
          <w:tcPr>
            <w:tcW w:type="dxa" w:w="30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3168"/>
        <w:gridCol w:w="3168"/>
        <w:gridCol w:w="3024"/>
      </w:tblGrid>
      <w:tr>
        <w:trPr>
          <w:tblHeader w:val="true"/>
          <w:cantSplit/>
        </w:trPr>
        <w:tc>
          <w:tcPr>
            <w:tcW w:type="dxa" w:w="3168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Kurul başkanı / imza</w:t>
            </w:r>
          </w:p>
        </w:tc>
        <w:tc>
          <w:tcPr>
            <w:tcW w:type="dxa" w:w="3168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Üyeler / imza</w:t>
            </w:r>
          </w:p>
        </w:tc>
        <w:tc>
          <w:tcPr>
            <w:tcW w:type="dxa" w:w="3024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Okul müdürü / paraf</w:t>
            </w:r>
          </w:p>
        </w:tc>
      </w:tr>
      <w:tr>
        <w:trPr>
          <w:cantSplit/>
          <w:trHeight w:val="936"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br/>
              <w:br/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br/>
              <w:br/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037" w:bottom="864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 w:eastAsia="Arial"/>
        <w:color w:val="6B7280"/>
        <w:sz w:val="15"/>
      </w:rPr>
      <w:t xml:space="preserve">ŞEHİT ORKUN ALP ARSLAN KIZ ANADOLU İMAM HATİP LİSESİ  |  </w:t>
    </w:r>
    <w:r>
      <w:rPr>
        <w:rFonts w:ascii="Arial" w:hAnsi="Arial" w:eastAsia="Arial"/>
        <w:color w:val="6B7280"/>
        <w:sz w:val="15"/>
      </w:rPr>
      <w:t xml:space="preserve">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4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Onur Genel Kurulu ve Onur Kurulu</dc:subject>
  <dc:creator>ŞEHİT ORKUN ALP ARSLAN KIZ ANADOLU İMAM HATİP LİSESİ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