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4F166" w14:textId="77777777" w:rsidR="00C42CCC" w:rsidRDefault="00000000">
      <w:pPr>
        <w:jc w:val="center"/>
      </w:pPr>
      <w:r>
        <w:rPr>
          <w:b/>
        </w:rPr>
        <w:t>ŞEHİT ORKUN ALP ARSLAN KIZ ANADOLU</w:t>
      </w:r>
      <w:r>
        <w:rPr>
          <w:b/>
        </w:rPr>
        <w:br/>
        <w:t>İMAM HATİP LİSESİ</w:t>
      </w:r>
    </w:p>
    <w:p w14:paraId="0F0DB48B" w14:textId="77777777" w:rsidR="00C42CCC" w:rsidRDefault="00000000">
      <w:pPr>
        <w:spacing w:after="0"/>
        <w:jc w:val="center"/>
      </w:pPr>
      <w:r>
        <w:t>2026-2027 Eğitim Öğretim Yılı</w:t>
      </w:r>
    </w:p>
    <w:p w14:paraId="1BD3EDD9" w14:textId="77777777" w:rsidR="00C42CCC" w:rsidRDefault="00000000">
      <w:pPr>
        <w:pStyle w:val="KonuBal"/>
        <w:jc w:val="center"/>
      </w:pPr>
      <w:r>
        <w:t>Onur Genel Kurulu</w:t>
      </w:r>
      <w:r>
        <w:br/>
        <w:t>Sınıf Temsilcisi Seçim Tutanağı</w:t>
      </w:r>
    </w:p>
    <w:p w14:paraId="2C585DE6" w14:textId="77777777" w:rsidR="00C42CCC" w:rsidRDefault="00000000" w:rsidP="009A2C47">
      <w:pPr>
        <w:spacing w:after="360"/>
        <w:jc w:val="center"/>
      </w:pPr>
      <w:r>
        <w:rPr>
          <w:b/>
        </w:rPr>
        <w:t>ONUR KURULU BAŞKANLIĞINA</w:t>
      </w:r>
    </w:p>
    <w:p w14:paraId="5516FFA5" w14:textId="77777777" w:rsidR="00C42CCC" w:rsidRDefault="00000000">
      <w:pPr>
        <w:tabs>
          <w:tab w:val="left" w:pos="3402"/>
        </w:tabs>
        <w:spacing w:after="220"/>
      </w:pPr>
      <w:r>
        <w:rPr>
          <w:b/>
        </w:rPr>
        <w:t>Sınıfı / Şubesi</w:t>
      </w:r>
      <w:r>
        <w:tab/>
        <w:t>: ....................................</w:t>
      </w:r>
    </w:p>
    <w:p w14:paraId="6E5A3488" w14:textId="77777777" w:rsidR="00C42CCC" w:rsidRDefault="00000000">
      <w:pPr>
        <w:tabs>
          <w:tab w:val="left" w:pos="3402"/>
        </w:tabs>
        <w:spacing w:after="220"/>
      </w:pPr>
      <w:r>
        <w:rPr>
          <w:b/>
        </w:rPr>
        <w:t>Seçim Tarihi</w:t>
      </w:r>
      <w:r>
        <w:tab/>
        <w:t>: ....................................</w:t>
      </w:r>
    </w:p>
    <w:p w14:paraId="159E2C36" w14:textId="77777777" w:rsidR="00C42CCC" w:rsidRDefault="00000000">
      <w:pPr>
        <w:tabs>
          <w:tab w:val="left" w:pos="3402"/>
        </w:tabs>
        <w:spacing w:after="340"/>
      </w:pPr>
      <w:r>
        <w:rPr>
          <w:b/>
        </w:rPr>
        <w:t>Seçime Katılan Öğrenci Sayısı</w:t>
      </w:r>
      <w:r>
        <w:tab/>
        <w:t>: ....................</w:t>
      </w:r>
    </w:p>
    <w:p w14:paraId="7012CF2F" w14:textId="77777777" w:rsidR="00C42CCC" w:rsidRDefault="00000000">
      <w:pPr>
        <w:spacing w:after="220"/>
        <w:jc w:val="both"/>
      </w:pPr>
      <w:r>
        <w:t>2026-2027 eğitim öğretim yılında sınıfımızı Onur Genel Kurulunda temsil edecek bir öğrencinin belirlenmesi amacıyla, yukarıda belirtilen tarihte sınıf öğretmeninin gözetiminde öğrenciler tarafından seçim yapılmıştır.</w:t>
      </w:r>
    </w:p>
    <w:p w14:paraId="1CA3276D" w14:textId="77777777" w:rsidR="00C42CCC" w:rsidRDefault="00000000">
      <w:pPr>
        <w:spacing w:after="100"/>
        <w:jc w:val="both"/>
      </w:pPr>
      <w:r>
        <w:t>Yapılan seçim sonucunda aşağıda bilgileri yer alan öğrenci, sınıfımızı temsil etmek üzere Onur Genel Kurulu üyeliğine seçilmiştir.</w:t>
      </w:r>
    </w:p>
    <w:p w14:paraId="3A2C430F" w14:textId="77777777" w:rsidR="00C42CCC" w:rsidRDefault="00000000">
      <w:pPr>
        <w:pStyle w:val="Balk2"/>
      </w:pPr>
      <w:r>
        <w:t>Seçilen öğrencinin bilgileri</w:t>
      </w:r>
    </w:p>
    <w:p w14:paraId="4F1574B5" w14:textId="77777777" w:rsidR="00C42CCC" w:rsidRDefault="00000000">
      <w:pPr>
        <w:tabs>
          <w:tab w:val="left" w:pos="3402"/>
        </w:tabs>
        <w:spacing w:after="220"/>
      </w:pPr>
      <w:r>
        <w:rPr>
          <w:b/>
        </w:rPr>
        <w:t>Adı Soyadı</w:t>
      </w:r>
      <w:r>
        <w:tab/>
        <w:t>: ..........................................................</w:t>
      </w:r>
    </w:p>
    <w:p w14:paraId="052B30EE" w14:textId="77777777" w:rsidR="00C42CCC" w:rsidRDefault="00000000">
      <w:pPr>
        <w:tabs>
          <w:tab w:val="left" w:pos="3402"/>
        </w:tabs>
        <w:spacing w:after="220"/>
      </w:pPr>
      <w:r>
        <w:rPr>
          <w:b/>
        </w:rPr>
        <w:t>Okul Numarası</w:t>
      </w:r>
      <w:r>
        <w:tab/>
        <w:t>: ....................................</w:t>
      </w:r>
    </w:p>
    <w:p w14:paraId="6500C086" w14:textId="77777777" w:rsidR="00C42CCC" w:rsidRDefault="00000000">
      <w:pPr>
        <w:tabs>
          <w:tab w:val="left" w:pos="3402"/>
        </w:tabs>
        <w:spacing w:after="340"/>
      </w:pPr>
      <w:r>
        <w:rPr>
          <w:b/>
        </w:rPr>
        <w:t>Aldığı Oy Sayısı</w:t>
      </w:r>
      <w:r>
        <w:tab/>
        <w:t>: ....................</w:t>
      </w:r>
    </w:p>
    <w:p w14:paraId="68E6B902" w14:textId="77777777" w:rsidR="00C42CCC" w:rsidRDefault="00000000">
      <w:pPr>
        <w:spacing w:after="300"/>
        <w:jc w:val="both"/>
      </w:pPr>
      <w:r>
        <w:t>Bu tutanak, seçim sonucunu Onur Kurulu Başkanlığına bildirmek üzere tarafımdan düzenlenmiş ve imzalanmıştır.</w:t>
      </w:r>
    </w:p>
    <w:p w14:paraId="765463E1" w14:textId="77777777" w:rsidR="00C42CCC" w:rsidRDefault="00000000">
      <w:pPr>
        <w:spacing w:before="180" w:after="80"/>
        <w:ind w:left="4535"/>
      </w:pPr>
      <w:r>
        <w:rPr>
          <w:b/>
        </w:rPr>
        <w:t>Sınıf Öğretmeni</w:t>
      </w:r>
    </w:p>
    <w:p w14:paraId="1E88ACFF" w14:textId="77777777" w:rsidR="00C42CCC" w:rsidRDefault="00000000">
      <w:pPr>
        <w:spacing w:after="120"/>
        <w:ind w:left="4535"/>
      </w:pPr>
      <w:r>
        <w:t>Adı Soyadı: ........................................</w:t>
      </w:r>
    </w:p>
    <w:p w14:paraId="7C6168A8" w14:textId="77777777" w:rsidR="00C42CCC" w:rsidRDefault="00000000">
      <w:pPr>
        <w:spacing w:after="120"/>
        <w:ind w:left="4535"/>
      </w:pPr>
      <w:r>
        <w:t>Tarih: ........ / ........ / ................</w:t>
      </w:r>
    </w:p>
    <w:p w14:paraId="3FF8F3CF" w14:textId="77777777" w:rsidR="00C42CCC" w:rsidRDefault="00000000">
      <w:pPr>
        <w:spacing w:after="600"/>
        <w:ind w:left="4535"/>
      </w:pPr>
      <w:r>
        <w:t>İmza:</w:t>
      </w:r>
    </w:p>
    <w:p w14:paraId="4CAE32ED" w14:textId="4022014E" w:rsidR="00C42CCC" w:rsidRPr="009A2C47" w:rsidRDefault="00000000">
      <w:pPr>
        <w:spacing w:before="80" w:after="0"/>
        <w:rPr>
          <w:i/>
          <w:iCs/>
          <w:sz w:val="18"/>
          <w:szCs w:val="18"/>
        </w:rPr>
      </w:pPr>
      <w:r w:rsidRPr="009A2C47">
        <w:rPr>
          <w:b/>
          <w:bCs/>
          <w:i/>
          <w:iCs/>
          <w:sz w:val="18"/>
          <w:szCs w:val="18"/>
        </w:rPr>
        <w:t>Teslim:</w:t>
      </w:r>
      <w:r w:rsidRPr="009A2C47">
        <w:rPr>
          <w:i/>
          <w:iCs/>
          <w:sz w:val="18"/>
          <w:szCs w:val="18"/>
        </w:rPr>
        <w:t xml:space="preserve"> Sınıf öğretmeni tutanağı doldurup imzalayarak </w:t>
      </w:r>
      <w:r w:rsidR="009A2C47" w:rsidRPr="009A2C47">
        <w:rPr>
          <w:i/>
          <w:iCs/>
          <w:sz w:val="18"/>
          <w:szCs w:val="18"/>
        </w:rPr>
        <w:t xml:space="preserve">Biyoloji Öğretmeni </w:t>
      </w:r>
      <w:r w:rsidRPr="009A2C47">
        <w:rPr>
          <w:i/>
          <w:iCs/>
          <w:sz w:val="18"/>
          <w:szCs w:val="18"/>
        </w:rPr>
        <w:t>Esen EROL’a teslim eder.</w:t>
      </w:r>
    </w:p>
    <w:sectPr w:rsidR="00C42CCC" w:rsidRPr="009A2C47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627949">
    <w:abstractNumId w:val="8"/>
  </w:num>
  <w:num w:numId="2" w16cid:durableId="519047521">
    <w:abstractNumId w:val="6"/>
  </w:num>
  <w:num w:numId="3" w16cid:durableId="897785149">
    <w:abstractNumId w:val="5"/>
  </w:num>
  <w:num w:numId="4" w16cid:durableId="2110463193">
    <w:abstractNumId w:val="4"/>
  </w:num>
  <w:num w:numId="5" w16cid:durableId="800005121">
    <w:abstractNumId w:val="7"/>
  </w:num>
  <w:num w:numId="6" w16cid:durableId="1607806252">
    <w:abstractNumId w:val="3"/>
  </w:num>
  <w:num w:numId="7" w16cid:durableId="53696726">
    <w:abstractNumId w:val="2"/>
  </w:num>
  <w:num w:numId="8" w16cid:durableId="963580348">
    <w:abstractNumId w:val="1"/>
  </w:num>
  <w:num w:numId="9" w16cid:durableId="1007975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3F6B"/>
    <w:rsid w:val="008D5E91"/>
    <w:rsid w:val="009A2C47"/>
    <w:rsid w:val="00AA1D8D"/>
    <w:rsid w:val="00B47730"/>
    <w:rsid w:val="00C42CCC"/>
    <w:rsid w:val="00C546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01653"/>
  <w14:defaultImageDpi w14:val="300"/>
  <w15:docId w15:val="{1BC27309-EF97-40F2-8F70-EA44514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Times New Roman" w:eastAsia="Times New Roman" w:hAnsi="Times New Roman" w:cs="Times New Roman"/>
      <w:color w:val="000000"/>
      <w:sz w:val="24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180"/>
      <w:outlineLvl w:val="1"/>
    </w:pPr>
    <w:rPr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320" w:after="400" w:line="252" w:lineRule="auto"/>
      <w:contextualSpacing/>
    </w:pPr>
    <w:rPr>
      <w:b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Onur Genel Kurulu Sınıf Temsilcisi Seçim Tutanağı</dc:title>
  <dc:subject>2026-2027 eğitim öğretim yılı sınıf temsilcisi seçim sonucu</dc:subject>
  <dc:creator/>
  <cp:keywords>onur genel kurulu, sınıf temsilcisi, seçim tutanağı</cp:keywords>
  <dc:description/>
  <cp:lastModifiedBy>Hamza EROL</cp:lastModifiedBy>
  <cp:revision>4</cp:revision>
  <cp:lastPrinted>2026-10-07T04:52:00Z</cp:lastPrinted>
  <dcterms:created xsi:type="dcterms:W3CDTF">2013-12-23T23:15:00Z</dcterms:created>
  <dcterms:modified xsi:type="dcterms:W3CDTF">2026-10-07T04:57:00Z</dcterms:modified>
  <cp:category/>
</cp:coreProperties>
</file>