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10.SINIF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A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Enerji gerektiren iki yaşamsal olaya örnek veriniz. (5 puan)</w:t>
      </w:r>
      <w:r>
        <w:br/>
      </w:r>
      <w:r>
        <w:rPr>
          <w:rFonts w:ascii="Arial" w:hAnsi="Arial" w:eastAsia="Arial"/>
          <w:sz w:val="22"/>
        </w:rPr>
        <w:t>b) ATP'nin yapısında bulunan üç temel bileşeni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Fotosentezin ışığa bağımlı tepkimeleri kloroplastın hangi bölümünde gerçekleşir ve bu evrede üretilen iki enerji taşıyıcı molekül hangisidir? (5 puan)</w:t>
      </w:r>
      <w:r>
        <w:br/>
      </w:r>
      <w:r>
        <w:rPr>
          <w:rFonts w:ascii="Arial" w:hAnsi="Arial" w:eastAsia="Arial"/>
          <w:sz w:val="22"/>
        </w:rPr>
        <w:t>b) Fotosentezde kullanılan iki temel maddeyi ve oluşan iki temel ürünü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Kemosentezde enerji kaynağı nedir ve bu olay için ışık gerekli midir? (5 puan)</w:t>
      </w:r>
      <w:r>
        <w:br/>
      </w:r>
      <w:r>
        <w:rPr>
          <w:rFonts w:ascii="Arial" w:hAnsi="Arial" w:eastAsia="Arial"/>
          <w:sz w:val="22"/>
        </w:rPr>
        <w:t>b) Mekanik sindirim ile kimyasal sindirim arasındaki temel farkı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İnce bağırsakta emilim yüzeyini artıran yapılar nelerdir ve bu yapıların emilime katkısı nedir? (5 puan)</w:t>
      </w:r>
      <w:r>
        <w:br/>
      </w:r>
      <w:r>
        <w:rPr>
          <w:rFonts w:ascii="Arial" w:hAnsi="Arial" w:eastAsia="Arial"/>
          <w:sz w:val="22"/>
        </w:rPr>
        <w:t>b) Hücresel solunumun canlılar açısından temel amacı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Karbonhidrat, yağ ve proteinlerin hücresel solunuma katılmalarındaki ortak amaç nedir? Besinlerden elde edilen bu enerji metabolik olaylarda hangi molekül üzerinden kullanılır? (5 puan)</w:t>
      </w:r>
      <w:r>
        <w:br/>
      </w:r>
      <w:r>
        <w:rPr>
          <w:rFonts w:ascii="Arial" w:hAnsi="Arial" w:eastAsia="Arial"/>
          <w:sz w:val="22"/>
        </w:rPr>
        <w:t>b) Mayalı ekmek yapımında fermantasyon sonucu oluşan hangi gaz hamurun kabarmasını sağlar?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Bir ekosistemde bir biyotik ve bir abiyotik bileşene örnek veriniz. (5 puan)</w:t>
      </w:r>
      <w:r>
        <w:br/>
      </w:r>
      <w:r>
        <w:rPr>
          <w:rFonts w:ascii="Arial" w:hAnsi="Arial" w:eastAsia="Arial"/>
          <w:sz w:val="22"/>
        </w:rPr>
        <w:t>b) Aynı sınırlı besin kaynağını kullanan iki tür arasında hangi ekolojik etkileşim görülür?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Besin zincirinde trofik düzey yükseldikçe aktarılabilen enerji neden azalır? (5 puan)</w:t>
      </w:r>
      <w:r>
        <w:br/>
      </w:r>
      <w:r>
        <w:rPr>
          <w:rFonts w:ascii="Arial" w:hAnsi="Arial" w:eastAsia="Arial"/>
          <w:sz w:val="22"/>
        </w:rPr>
        <w:t>b) Karbon döngüsünde atmosferdeki karbondioksit miktarını azaltan temel biyolojik olay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Ekolojik sürdürülebilirlik kavramını bir cümleyle açıklayınız. (5 puan)</w:t>
      </w:r>
      <w:r>
        <w:br/>
      </w:r>
      <w:r>
        <w:rPr>
          <w:rFonts w:ascii="Arial" w:hAnsi="Arial" w:eastAsia="Arial"/>
          <w:sz w:val="22"/>
        </w:rPr>
        <w:t>b) Ekolojik sürdürülebilirliği kısıtlayan bir insan faaliyeti ve bunun bir sonucunu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Ekolojik ayak izini küçültmek için bireysel olarak yapılabilecek iki uygulama yazınız. (5 puan)</w:t>
      </w:r>
      <w:r>
        <w:br/>
      </w:r>
      <w:r>
        <w:rPr>
          <w:rFonts w:ascii="Arial" w:hAnsi="Arial" w:eastAsia="Arial"/>
          <w:sz w:val="22"/>
        </w:rPr>
        <w:t>b) Biyoçeşitliliği korumak için bir yerinde koruma ve bir alan dışı koruma örneği veriniz.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Atık yönetiminde 'azaltma, yeniden kullanma ve geri dönüşüm' basamaklarının neden bu sırayla önceliklendirildiğini kısaca açıklayınız. (5 puan)</w:t>
      </w:r>
      <w:r>
        <w:br/>
      </w:r>
      <w:r>
        <w:rPr>
          <w:rFonts w:ascii="Arial" w:hAnsi="Arial" w:eastAsia="Arial"/>
          <w:sz w:val="22"/>
        </w:rPr>
        <w:t>b) Elektronik atıkların evsel çöpten ayrı toplanmasının iki nedenini yazınız.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10.SINIF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B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ATP neden uzun süreli bir enerji deposu olarak kullanılmaz? (5 puan)</w:t>
      </w:r>
      <w:r>
        <w:br/>
      </w:r>
      <w:r>
        <w:rPr>
          <w:rFonts w:ascii="Arial" w:hAnsi="Arial" w:eastAsia="Arial"/>
          <w:sz w:val="22"/>
        </w:rPr>
        <w:t>b) Kış uykusuna yatan bir hayvan uzun süre beslenmeden enerji ihtiyacını hangi depolardan ve hangi temel süreçle karşılayabilir?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Karbondioksit miktarı artsa bile fotosentez hızının bir noktadan sonra artmamasını sınırlayıcı faktör kavramıyla açıklayınız. (5 puan)</w:t>
      </w:r>
      <w:r>
        <w:br/>
      </w:r>
      <w:r>
        <w:rPr>
          <w:rFonts w:ascii="Arial" w:hAnsi="Arial" w:eastAsia="Arial"/>
          <w:sz w:val="22"/>
        </w:rPr>
        <w:t>b) Bir su bitkisinin fotosentez hızını araştıran deneyde fotosentez hızını belirlemek için ölçülebilecek bir değişken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Güneş ışığının ulaşmadığı hidrotermal baca çevresinde üretici canlılar organik besini nasıl sentezleyebilir? (5 puan)</w:t>
      </w:r>
      <w:r>
        <w:br/>
      </w:r>
      <w:r>
        <w:rPr>
          <w:rFonts w:ascii="Arial" w:hAnsi="Arial" w:eastAsia="Arial"/>
          <w:sz w:val="22"/>
        </w:rPr>
        <w:t>b) Hücre içi sindirim ile hücre dışı sindirimi ayıran temel özellik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İnce bağırsakta emilen glikoz ve amino asitler öncelikle hangi taşıma sistemiyle vücuda dağıtılır? Yağların taşınmasında hangi sistem önemli rol oynar? (5 puan)</w:t>
      </w:r>
      <w:r>
        <w:br/>
      </w:r>
      <w:r>
        <w:rPr>
          <w:rFonts w:ascii="Arial" w:hAnsi="Arial" w:eastAsia="Arial"/>
          <w:sz w:val="22"/>
        </w:rPr>
        <w:t>b) Oksijenli hücresel solunumda oksijen bulunmasının enerji eldesine katkısını kısaca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Karbonhidrat, yağ ve proteinlerin enerji elde etmede kullanılabilmesine rağmen proteinlerin öncelikli görevinin enerji sağlamak olmamasının nedenini kısaca yazınız. (5 puan)</w:t>
      </w:r>
      <w:r>
        <w:br/>
      </w:r>
      <w:r>
        <w:rPr>
          <w:rFonts w:ascii="Arial" w:hAnsi="Arial" w:eastAsia="Arial"/>
          <w:sz w:val="22"/>
        </w:rPr>
        <w:t>b) Yoğurt oluşumunda gerçekleşen fermantasyon türünü ve oluşan temel ürünü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Ekosistemi, canlı ve cansız bileşenleri birlikte düşünerek tanımlayınız. (5 puan)</w:t>
      </w:r>
      <w:r>
        <w:br/>
      </w:r>
      <w:r>
        <w:rPr>
          <w:rFonts w:ascii="Arial" w:hAnsi="Arial" w:eastAsia="Arial"/>
          <w:sz w:val="22"/>
        </w:rPr>
        <w:t>b) Popülasyon ile komünite arasındaki temel fark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Ekosistemde enerji akışının tek yönlü olmasının nedeni nedir? (5 puan)</w:t>
      </w:r>
      <w:r>
        <w:br/>
      </w:r>
      <w:r>
        <w:rPr>
          <w:rFonts w:ascii="Arial" w:hAnsi="Arial" w:eastAsia="Arial"/>
          <w:sz w:val="22"/>
        </w:rPr>
        <w:t>b) Su döngüsünde gerçekleşen iki olayı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'Net sıfır' hedefine ulaşmaya katkı sağlayabilecek iki uygulama yazınız. (5 puan)</w:t>
      </w:r>
      <w:r>
        <w:br/>
      </w:r>
      <w:r>
        <w:rPr>
          <w:rFonts w:ascii="Arial" w:hAnsi="Arial" w:eastAsia="Arial"/>
          <w:sz w:val="22"/>
        </w:rPr>
        <w:t>b) Deniz seviyesinin yükselmesinin ekolojik sürdürülebilirlik üzerinde oluşturabileceği bir olumsuz sonucu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Karbon ayak izi nedir? (5 puan)</w:t>
      </w:r>
      <w:r>
        <w:br/>
      </w:r>
      <w:r>
        <w:rPr>
          <w:rFonts w:ascii="Arial" w:hAnsi="Arial" w:eastAsia="Arial"/>
          <w:sz w:val="22"/>
        </w:rPr>
        <w:t>b) Biyoçeşitliliğin korunmasının insan yaşamı açısından bir önemini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Evsel atıkların kaynağında ayrı toplanmasının iki yararını yazınız. (5 puan)</w:t>
      </w:r>
      <w:r>
        <w:br/>
      </w:r>
      <w:r>
        <w:rPr>
          <w:rFonts w:ascii="Arial" w:hAnsi="Arial" w:eastAsia="Arial"/>
          <w:sz w:val="22"/>
        </w:rPr>
        <w:t>b) Kompost yapılabilecek bir atık türüne örnek veriniz ve kompostun bir yararını yazınız.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10.SINIF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C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Hücre zarında aktif taşıma yapılırken neden ATP'ye ihtiyaç duyulur? (5 puan)</w:t>
      </w:r>
      <w:r>
        <w:br/>
      </w:r>
      <w:r>
        <w:rPr>
          <w:rFonts w:ascii="Arial" w:hAnsi="Arial" w:eastAsia="Arial"/>
          <w:sz w:val="22"/>
        </w:rPr>
        <w:t>b) ATP'nin ADP ve fosfata parçalanması hücresel olaylara nasıl katkı sağlar?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Fotosentezin ışığa bağımlı tepkimeleri ile karbonun sabitlendiği tepkimelerin kloroplastta gerçekleştiği bölgeleri yazınız. (5 puan)</w:t>
      </w:r>
      <w:r>
        <w:br/>
      </w:r>
      <w:r>
        <w:rPr>
          <w:rFonts w:ascii="Arial" w:hAnsi="Arial" w:eastAsia="Arial"/>
          <w:sz w:val="22"/>
        </w:rPr>
        <w:t>b) Fotosentez hızını etkileyen bir çevresel faktör yazınız ve bu faktörün hız üzerindeki etkisini kısaca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Fotosentez ve kemosentezin ortak bir özelliğini ve enerji kaynakları bakımından temel farkını yazınız. (5 puan)</w:t>
      </w:r>
      <w:r>
        <w:br/>
      </w:r>
      <w:r>
        <w:rPr>
          <w:rFonts w:ascii="Arial" w:hAnsi="Arial" w:eastAsia="Arial"/>
          <w:sz w:val="22"/>
        </w:rPr>
        <w:t>b) Mekanik sindirim besinlerin kimyasal yapısını değiştirir mi? Neden?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Safranın yağların sindirimindeki görevini kısaca açıklayınız. (5 puan)</w:t>
      </w:r>
      <w:r>
        <w:br/>
      </w:r>
      <w:r>
        <w:rPr>
          <w:rFonts w:ascii="Arial" w:hAnsi="Arial" w:eastAsia="Arial"/>
          <w:sz w:val="22"/>
        </w:rPr>
        <w:t>b) Oksijenli hücresel solunumun üç temel aşamasını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Yağların birim kütlede karbonhidratlardan daha fazla enerji sağlaması, uzun süreli enerji deposu olmalarıyla nasıl ilişkilendirilebilir? (5 puan)</w:t>
      </w:r>
      <w:r>
        <w:br/>
      </w:r>
      <w:r>
        <w:rPr>
          <w:rFonts w:ascii="Arial" w:hAnsi="Arial" w:eastAsia="Arial"/>
          <w:sz w:val="22"/>
        </w:rPr>
        <w:t>b) Günlük yaşamdan bir fermantasyon örneği veriniz ve bu olayda görev alan mikroorganizma ya da oluşan ürünü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Kuraklık gibi bir abiyotik faktördeki değişim bir popülasyonu nasıl etkileyebilir? (5 puan)</w:t>
      </w:r>
      <w:r>
        <w:br/>
      </w:r>
      <w:r>
        <w:rPr>
          <w:rFonts w:ascii="Arial" w:hAnsi="Arial" w:eastAsia="Arial"/>
          <w:sz w:val="22"/>
        </w:rPr>
        <w:t>b) Av-avcı ilişkisinde av sayısının azalması avcı popülasyonunu zamanla nasıl etkileyebilir?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Üreticilerin ekosistemdeki enerji akışındaki temel rolü nedir? (5 puan)</w:t>
      </w:r>
      <w:r>
        <w:br/>
      </w:r>
      <w:r>
        <w:rPr>
          <w:rFonts w:ascii="Arial" w:hAnsi="Arial" w:eastAsia="Arial"/>
          <w:sz w:val="22"/>
        </w:rPr>
        <w:t>b) Azot döngüsünde bazı bakterilerin atmosferik azotu canlıların kullanabileceği bileşiklere dönüştürmesine ne ad verilir?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Yenilenebilir enerji kaynaklarının kullanımının ekolojik sürdürülebilirliğe iki katkısını yazınız. (5 puan)</w:t>
      </w:r>
      <w:r>
        <w:br/>
      </w:r>
      <w:r>
        <w:rPr>
          <w:rFonts w:ascii="Arial" w:hAnsi="Arial" w:eastAsia="Arial"/>
          <w:sz w:val="22"/>
        </w:rPr>
        <w:t>b) Habitat kaybı sürdürülebilirliği neden kısıtlar?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Su ayak izi nedir? (5 puan)</w:t>
      </w:r>
      <w:r>
        <w:br/>
      </w:r>
      <w:r>
        <w:rPr>
          <w:rFonts w:ascii="Arial" w:hAnsi="Arial" w:eastAsia="Arial"/>
          <w:sz w:val="22"/>
        </w:rPr>
        <w:t>b) Doğal kaynakların korunmasına yönelik iki önlem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Atık oluşumunu kaynağında azaltmaya bir örnek veriniz. (5 puan)</w:t>
      </w:r>
      <w:r>
        <w:br/>
      </w:r>
      <w:r>
        <w:rPr>
          <w:rFonts w:ascii="Arial" w:hAnsi="Arial" w:eastAsia="Arial"/>
          <w:sz w:val="22"/>
        </w:rPr>
        <w:t>b) Yeniden kullanım ile geri dönüşüm arasındaki temel farkı yazınız.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10.SINIF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D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Canlıların enerjiye ihtiyaç duyduğu iki metabolik olayı yazınız. (5 puan)</w:t>
      </w:r>
      <w:r>
        <w:br/>
      </w:r>
      <w:r>
        <w:rPr>
          <w:rFonts w:ascii="Arial" w:hAnsi="Arial" w:eastAsia="Arial"/>
          <w:sz w:val="22"/>
        </w:rPr>
        <w:t>b) ATP'nin hücrede 'anlık enerji taşıyıcısı' olarak kullanılmasının ne anlama geldiğini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Fotosentezin iki temel tepkime evresini yazınız. (5 puan)</w:t>
      </w:r>
      <w:r>
        <w:br/>
      </w:r>
      <w:r>
        <w:rPr>
          <w:rFonts w:ascii="Arial" w:hAnsi="Arial" w:eastAsia="Arial"/>
          <w:sz w:val="22"/>
        </w:rPr>
        <w:t>b) Işık şiddetinin fotosentez hızına etkisini araştıran bir deneyde bağımsız ve bağımlı değişkenleri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Kemosentetik canlılar organik besin sentezi için gerekli enerjiyi nasıl elde eder? (5 puan)</w:t>
      </w:r>
      <w:r>
        <w:br/>
      </w:r>
      <w:r>
        <w:rPr>
          <w:rFonts w:ascii="Arial" w:hAnsi="Arial" w:eastAsia="Arial"/>
          <w:sz w:val="22"/>
        </w:rPr>
        <w:t>b) Kimyasal sindirimin gerçekleşebilmesi için enzimlere neden ihtiyaç vardır?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Sindirilmiş besinlerin ince bağırsaktan kana veya lenfe geçmesine ne ad verilir ve bu olay neden gereklidir? (5 puan)</w:t>
      </w:r>
      <w:r>
        <w:br/>
      </w:r>
      <w:r>
        <w:rPr>
          <w:rFonts w:ascii="Arial" w:hAnsi="Arial" w:eastAsia="Arial"/>
          <w:sz w:val="22"/>
        </w:rPr>
        <w:t>b) Oksijenin hücresel solunumdaki temel rolünü kısaca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Farklı besin grupları hücresel solunuma farklı basamaklardan katılsa da süreç sonunda ortak olarak hangi enerji taşıyıcı molekülün sentezine katkı sağlar? Bu molekül metabolizmada ne için kullanılır? (5 puan)</w:t>
      </w:r>
      <w:r>
        <w:br/>
      </w:r>
      <w:r>
        <w:rPr>
          <w:rFonts w:ascii="Arial" w:hAnsi="Arial" w:eastAsia="Arial"/>
          <w:sz w:val="22"/>
        </w:rPr>
        <w:t>b) Oksijenin yetersiz olduğu kas hücrelerinde görülebilen fermantasyon türünü ve oluşan ürünü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Ekosistemde üretici, tüketici ve ayrıştırıcılardan birer örnek veriniz. (5 puan)</w:t>
      </w:r>
      <w:r>
        <w:br/>
      </w:r>
      <w:r>
        <w:rPr>
          <w:rFonts w:ascii="Arial" w:hAnsi="Arial" w:eastAsia="Arial"/>
          <w:sz w:val="22"/>
        </w:rPr>
        <w:t>b) Karşılıklı yarar sağlayan türler arası etkileşime ne ad verilir? Bir örnek veriniz.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Ayrıştırıcıların madde döngülerindeki rolünü açıklayınız. (5 puan)</w:t>
      </w:r>
      <w:r>
        <w:br/>
      </w:r>
      <w:r>
        <w:rPr>
          <w:rFonts w:ascii="Arial" w:hAnsi="Arial" w:eastAsia="Arial"/>
          <w:sz w:val="22"/>
        </w:rPr>
        <w:t>b) Enerjinin ekosistemde maddeler gibi döngü yapmamasının temel nedeni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Ekolojik sürdürülebilirliğin temel amacı nedir? (5 puan)</w:t>
      </w:r>
      <w:r>
        <w:br/>
      </w:r>
      <w:r>
        <w:rPr>
          <w:rFonts w:ascii="Arial" w:hAnsi="Arial" w:eastAsia="Arial"/>
          <w:sz w:val="22"/>
        </w:rPr>
        <w:t>b) Yer altı sularının aşırı kullanımının sürdürülebilirlik açısından bir sonucunu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Ekolojik ayak izini küçültmek için ulaşım ve enerji tüketimiyle ilgili birer önlem yazınız. (5 puan)</w:t>
      </w:r>
      <w:r>
        <w:br/>
      </w:r>
      <w:r>
        <w:rPr>
          <w:rFonts w:ascii="Arial" w:hAnsi="Arial" w:eastAsia="Arial"/>
          <w:sz w:val="22"/>
        </w:rPr>
        <w:t>b) Korunan alanların biyoçeşitliliğin korunmasına nasıl katkı sağladığını kısaca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Tehlikeli atıklara iki örnek veriniz ve bu atıkların neden ayrı toplanması gerektiğini yazınız. (5 puan)</w:t>
      </w:r>
      <w:r>
        <w:br/>
      </w:r>
      <w:r>
        <w:rPr>
          <w:rFonts w:ascii="Arial" w:hAnsi="Arial" w:eastAsia="Arial"/>
          <w:sz w:val="22"/>
        </w:rPr>
        <w:t>b) Yeniden kullanım ve geri dönüşüm uygulamalarının doğal kaynakların korunmasına nasıl katkı sağladığını açıklayınız.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sectPr w:rsidR="00FC693F" w:rsidRPr="0006063C" w:rsidSect="00034616">
      <w:pgSz w:w="11905" w:h="16838"/>
      <w:pgMar w:top="547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