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A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Mikroskobun geliştirilmesi biyoloji biliminin ilerlemesine nasıl katkı sağlamıştır? (5 puan)</w:t>
      </w:r>
      <w:r>
        <w:br/>
      </w:r>
      <w:r>
        <w:rPr>
          <w:rFonts w:ascii="Arial" w:hAnsi="Arial" w:eastAsia="Arial"/>
          <w:sz w:val="22"/>
        </w:rPr>
        <w:t>b) “Işık miktarı arttıkça bitkinin büyümesi artar.” ifadesi bilimsel araştırmanın hangi basamağına örnektir?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İnsanların katıldığı bir araştırmada “bilgilendirilmiş onam” ne anlama gelir? (5 puan)</w:t>
      </w:r>
      <w:r>
        <w:br/>
      </w:r>
      <w:r>
        <w:rPr>
          <w:rFonts w:ascii="Arial" w:hAnsi="Arial" w:eastAsia="Arial"/>
          <w:sz w:val="22"/>
        </w:rPr>
        <w:t>b) Virüslerin kesin olarak canlı veya cansız şeklinde sınıflandırılmasının güç olmasının temel nedeni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İkili adlandırmada bir türün bilimsel adı hangi iki bölümden oluşur? (5 puan)</w:t>
      </w:r>
      <w:r>
        <w:br/>
      </w:r>
      <w:r>
        <w:rPr>
          <w:rFonts w:ascii="Arial" w:hAnsi="Arial" w:eastAsia="Arial"/>
          <w:sz w:val="22"/>
        </w:rPr>
        <w:t>b) Üç üst âlem (domain) sistemindeki üst âlemlerin adlarını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Biyoçeşitlilik kavramını kısaca tanımlayınız. (5 puan)</w:t>
      </w:r>
      <w:r>
        <w:br/>
      </w:r>
      <w:r>
        <w:rPr>
          <w:rFonts w:ascii="Arial" w:hAnsi="Arial" w:eastAsia="Arial"/>
          <w:sz w:val="22"/>
        </w:rPr>
        <w:t>b) Bir canlı türünün yok olması neden yalnızca o türü etkilemez?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Suyun enzimlerin çalışması açısından önemini bir cümleyle açıklayınız. (5 puan)</w:t>
      </w:r>
      <w:r>
        <w:br/>
      </w:r>
      <w:r>
        <w:rPr>
          <w:rFonts w:ascii="Arial" w:hAnsi="Arial" w:eastAsia="Arial"/>
          <w:sz w:val="22"/>
        </w:rPr>
        <w:t>b) Canlılarda bulunan dört temel organik molekül grubunu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Bir besinde nişasta bulunduğunu belirlemek için hangi ayıraç kullanılabilir? (5 puan)</w:t>
      </w:r>
      <w:r>
        <w:br/>
      </w:r>
      <w:r>
        <w:rPr>
          <w:rFonts w:ascii="Arial" w:hAnsi="Arial" w:eastAsia="Arial"/>
          <w:sz w:val="22"/>
        </w:rPr>
        <w:t>b) Bir besine Biüret ayıracı eklendiğinde mor renk oluşması neyi gösterir?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Çok yüksek sıcaklık enzimlerin çalışmasını neden durdurabilir? (5 puan)</w:t>
      </w:r>
      <w:r>
        <w:br/>
      </w:r>
      <w:r>
        <w:rPr>
          <w:rFonts w:ascii="Arial" w:hAnsi="Arial" w:eastAsia="Arial"/>
          <w:sz w:val="22"/>
        </w:rPr>
        <w:t>b) Sıcaklığın enzim etkinliğine etkisini araştıran bir deneyde sabit tutulabilecek bir değişken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Prokaryot ve ökaryot hücrelerde ortak bulunan dört temel yapıyı yazınız. (6 puan)</w:t>
      </w:r>
      <w:r>
        <w:br/>
      </w:r>
      <w:r>
        <w:rPr>
          <w:rFonts w:ascii="Arial" w:hAnsi="Arial" w:eastAsia="Arial"/>
          <w:sz w:val="22"/>
        </w:rPr>
        <w:t>b) Ribozomun temel görevi nedir? (4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Aktif taşımada madde hangi yönde taşınabilir ve enerji kullanılır mı? (5 puan)</w:t>
      </w:r>
      <w:r>
        <w:br/>
      </w:r>
      <w:r>
        <w:rPr>
          <w:rFonts w:ascii="Arial" w:hAnsi="Arial" w:eastAsia="Arial"/>
          <w:sz w:val="22"/>
        </w:rPr>
        <w:t>b) Bir odada parfüm kokusunun zamanla her tarafa yayılması hangi olayla açıklanır?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Çok hücreli bir canlıdaki organizasyon basamaklarını hücreden başlayarak sıralayınız. (5 puan)</w:t>
      </w:r>
      <w:r>
        <w:br/>
      </w:r>
      <w:r>
        <w:rPr>
          <w:rFonts w:ascii="Arial" w:hAnsi="Arial" w:eastAsia="Arial"/>
          <w:sz w:val="22"/>
        </w:rPr>
        <w:t>b) Mide neden bir “organ” olarak kabul edilir?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B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Penisilinin keşfinin insan sağlığına sağladığı en önemli katkılardan birini yazınız. (5 puan)</w:t>
      </w:r>
      <w:r>
        <w:br/>
      </w:r>
      <w:r>
        <w:rPr>
          <w:rFonts w:ascii="Arial" w:hAnsi="Arial" w:eastAsia="Arial"/>
          <w:sz w:val="22"/>
        </w:rPr>
        <w:t>b) Bir deneyin sonuçları kurulan hipotezi desteklemiyorsa araştırmacı ne yapmalıdır?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İnsanlar üzerinde yapılan bir araştırmada gözetilmesi gereken iki etik ilke yazınız. (5 puan)</w:t>
      </w:r>
      <w:r>
        <w:br/>
      </w:r>
      <w:r>
        <w:rPr>
          <w:rFonts w:ascii="Arial" w:hAnsi="Arial" w:eastAsia="Arial"/>
          <w:sz w:val="22"/>
        </w:rPr>
        <w:t>b) Üreme neden bireyin yaşamını sürdürmesi için zorunlu olmadığı hâlde canlıların ortak özellikleri arasında yer alır?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Modern sınıflandırmada yalnız dış görünüş benzerliklerinin kullanılması neden yeterli değildir? (5 puan)</w:t>
      </w:r>
      <w:r>
        <w:br/>
      </w:r>
      <w:r>
        <w:rPr>
          <w:rFonts w:ascii="Arial" w:hAnsi="Arial" w:eastAsia="Arial"/>
          <w:sz w:val="22"/>
        </w:rPr>
        <w:t>b) Bakteriler ile arkelerin ortak hücresel özelliği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Endemik tür nedir? (5 puan)</w:t>
      </w:r>
      <w:r>
        <w:br/>
      </w:r>
      <w:r>
        <w:rPr>
          <w:rFonts w:ascii="Arial" w:hAnsi="Arial" w:eastAsia="Arial"/>
          <w:sz w:val="22"/>
        </w:rPr>
        <w:t>b) Türkiye’nin biyoçeşitliliğinin yüksek olmasına katkı sağlayan bir coğrafi özellik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Canlılarda bulunan iki önemli inorganik maddeye örnek veriniz. (5 puan)</w:t>
      </w:r>
      <w:r>
        <w:br/>
      </w:r>
      <w:r>
        <w:rPr>
          <w:rFonts w:ascii="Arial" w:hAnsi="Arial" w:eastAsia="Arial"/>
          <w:sz w:val="22"/>
        </w:rPr>
        <w:t>b) Lipitlerin hücre açısından yapısal görevine bir örnek veriniz.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Bir besinde indirgen şeker varlığını belirlemek için kullanılabilecek bir ayıraç yazınız. (5 puan)</w:t>
      </w:r>
      <w:r>
        <w:br/>
      </w:r>
      <w:r>
        <w:rPr>
          <w:rFonts w:ascii="Arial" w:hAnsi="Arial" w:eastAsia="Arial"/>
          <w:sz w:val="22"/>
        </w:rPr>
        <w:t>b) Bir besindeki lipitlerin belirlenmesinde kullanılabilecek bir ayıraç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Düşük sıcaklık enzimlerin çalışma hızını genel olarak nasıl etkiler? (5 puan)</w:t>
      </w:r>
      <w:r>
        <w:br/>
      </w:r>
      <w:r>
        <w:rPr>
          <w:rFonts w:ascii="Arial" w:hAnsi="Arial" w:eastAsia="Arial"/>
          <w:sz w:val="22"/>
        </w:rPr>
        <w:t>b) Sıcaklığın enzim aktivitesine etkisini araştıran bir deneyde bağımsız değişken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Mitokondrinin temel görevi nedir? (5 puan)</w:t>
      </w:r>
      <w:r>
        <w:br/>
      </w:r>
      <w:r>
        <w:rPr>
          <w:rFonts w:ascii="Arial" w:hAnsi="Arial" w:eastAsia="Arial"/>
          <w:sz w:val="22"/>
        </w:rPr>
        <w:t>b) Protein üretimi ve salgılanmasında ribozom, endoplazmik retikulum ve Golgi aygıtı arasındaki görev ilişkisini kısaca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Difüzyon, ozmoz ve kolaylaştırılmış difüzyon enerji kullanımına göre hangi taşıma grubunda yer alır? (5 puan)</w:t>
      </w:r>
      <w:r>
        <w:br/>
      </w:r>
      <w:r>
        <w:rPr>
          <w:rFonts w:ascii="Arial" w:hAnsi="Arial" w:eastAsia="Arial"/>
          <w:sz w:val="22"/>
        </w:rPr>
        <w:t>b) Tuzlanan salatanın bir süre sonra sulanmasının temel nedeni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Doku nasıl oluşur? (5 puan)</w:t>
      </w:r>
      <w:r>
        <w:br/>
      </w:r>
      <w:r>
        <w:rPr>
          <w:rFonts w:ascii="Arial" w:hAnsi="Arial" w:eastAsia="Arial"/>
          <w:sz w:val="22"/>
        </w:rPr>
        <w:t>b) Tek hücreli ve çok hücreli canlıların organizasyon düzeyleri arasındaki temel fark nedir?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C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Uzun süreli uzay yolculuklarında biyoloji biliminden yararlanılabilecek bir araştırma alanına örnek veriniz. (5 puan)</w:t>
      </w:r>
      <w:r>
        <w:br/>
      </w:r>
      <w:r>
        <w:rPr>
          <w:rFonts w:ascii="Arial" w:hAnsi="Arial" w:eastAsia="Arial"/>
          <w:sz w:val="22"/>
        </w:rPr>
        <w:t>b) Bilimsel araştırma sonuçlarının başka araştırmacılarla paylaşılmasının bir yararını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Bir araştırmada katılımcılara çok yüksek miktarda para verilmesi hangi etik soruna yol açabilir? (5 puan)</w:t>
      </w:r>
      <w:r>
        <w:br/>
      </w:r>
      <w:r>
        <w:rPr>
          <w:rFonts w:ascii="Arial" w:hAnsi="Arial" w:eastAsia="Arial"/>
          <w:sz w:val="22"/>
        </w:rPr>
        <w:t>b) Homeostazi kavramını bir cümleyle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Aynı cinste bulunan iki canlı için akrabalık bakımından nasıl bir çıkarım yapılabilir? (5 puan)</w:t>
      </w:r>
      <w:r>
        <w:br/>
      </w:r>
      <w:r>
        <w:rPr>
          <w:rFonts w:ascii="Arial" w:hAnsi="Arial" w:eastAsia="Arial"/>
          <w:sz w:val="22"/>
        </w:rPr>
        <w:t>b) Protistler, bitkiler, mantarlar ve hayvanlar hangi üst âlem (domain) içinde yer alır?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Biyoçeşitlilik kavramını kısaca tanımlayınız. (5 puan)</w:t>
      </w:r>
      <w:r>
        <w:br/>
      </w:r>
      <w:r>
        <w:rPr>
          <w:rFonts w:ascii="Arial" w:hAnsi="Arial" w:eastAsia="Arial"/>
          <w:sz w:val="22"/>
        </w:rPr>
        <w:t>b) Endemik tür kavramını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Buzun sıvı su üzerinde yüzmesinin nedeni nedir? (5 puan)</w:t>
      </w:r>
      <w:r>
        <w:br/>
      </w:r>
      <w:r>
        <w:rPr>
          <w:rFonts w:ascii="Arial" w:hAnsi="Arial" w:eastAsia="Arial"/>
          <w:sz w:val="22"/>
        </w:rPr>
        <w:t>b) DNA ve RNA hangi organik molekül grubuna girer?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Bir besinde indirgen şeker bulunduğunu araştırmak için Benedict veya Fehling ayıracından yararlanılabilir. Bu ayıraçların kullanım amacı nedir? (5 puan)</w:t>
      </w:r>
      <w:r>
        <w:br/>
      </w:r>
      <w:r>
        <w:rPr>
          <w:rFonts w:ascii="Arial" w:hAnsi="Arial" w:eastAsia="Arial"/>
          <w:sz w:val="22"/>
        </w:rPr>
        <w:t>b) Sudan III veya Sudan IV ayıracı hangi besin grubunun varlığını belirlemek için kullanılır?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Bir enzimin uygun olmayan pH ortamında etkinliğinin azalmasının nedeni nedir? (5 puan)</w:t>
      </w:r>
      <w:r>
        <w:br/>
      </w:r>
      <w:r>
        <w:rPr>
          <w:rFonts w:ascii="Arial" w:hAnsi="Arial" w:eastAsia="Arial"/>
          <w:sz w:val="22"/>
        </w:rPr>
        <w:t>b) Çok yüksek sıcaklık enzim yapısını ve etkinliğini nasıl etkileyebilir?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Prokaryot ve ökaryot hücreler arasındaki temel yapısal farklardan birini yazınız. (5 puan)</w:t>
      </w:r>
      <w:r>
        <w:br/>
      </w:r>
      <w:r>
        <w:rPr>
          <w:rFonts w:ascii="Arial" w:hAnsi="Arial" w:eastAsia="Arial"/>
          <w:sz w:val="22"/>
        </w:rPr>
        <w:t>b) Kloroplastın temel görevi nedir?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Endositoz ile ekzositoz arasındaki temel fark nedir? (5 puan)</w:t>
      </w:r>
      <w:r>
        <w:br/>
      </w:r>
      <w:r>
        <w:rPr>
          <w:rFonts w:ascii="Arial" w:hAnsi="Arial" w:eastAsia="Arial"/>
          <w:sz w:val="22"/>
        </w:rPr>
        <w:t>b) Saf suya bırakılan bir patates parçasının kütlesinin artması nasıl açıklanabilir?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Hücreden organizmaya doğru organizasyon basamaklarını sıralayınız. (5 puan)</w:t>
      </w:r>
      <w:r>
        <w:br/>
      </w:r>
      <w:r>
        <w:rPr>
          <w:rFonts w:ascii="Arial" w:hAnsi="Arial" w:eastAsia="Arial"/>
          <w:sz w:val="22"/>
        </w:rPr>
        <w:t>b) Bir yapının “organ” sayılabilmesi için hangi temel özelliğe sahip olması gerekir?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p>
      <w:r>
        <w:br w:type="page"/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ŞEHİT ORKUN ALP ARSLAN KIZ ANADOLU İMAM HATİP LİSESİ MÜDÜRLÜĞÜ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2026 - 2027 EĞİTİM ÖĞRETİM YILI</w:t>
      </w:r>
    </w:p>
    <w:p>
      <w:pPr>
        <w:keepNext/>
        <w:spacing w:before="0" w:after="0" w:line="240" w:lineRule="auto"/>
        <w:jc w:val="center"/>
      </w:pPr>
      <w:r>
        <w:rPr>
          <w:rFonts w:ascii="Arial" w:hAnsi="Arial" w:eastAsia="Arial"/>
          <w:b w:val="0"/>
          <w:sz w:val="23"/>
        </w:rPr>
        <w:t>9.SINIF EYLÜL DÖNEMİ SORUMLULUK SINAVI YAZILI SORULARIDIR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8"/>
        </w:rPr>
      </w:r>
    </w:p>
    <w:p>
      <w:pPr>
        <w:keepNext w:val="0"/>
        <w:spacing w:before="0" w:after="0" w:line="240" w:lineRule="auto"/>
        <w:jc w:val="right"/>
      </w:pPr>
      <w:r>
        <w:rPr>
          <w:rFonts w:ascii="Arial" w:hAnsi="Arial" w:eastAsia="Arial"/>
          <w:b w:val="0"/>
          <w:sz w:val="22"/>
        </w:rPr>
        <w:t>Sınav Tarihi: .... / .... / 2026</w:t>
      </w:r>
    </w:p>
    <w:p>
      <w:pPr>
        <w:keepNext/>
        <w:spacing w:before="0" w:after="100" w:line="240" w:lineRule="auto"/>
        <w:jc w:val="center"/>
      </w:pPr>
      <w:r>
        <w:rPr>
          <w:rFonts w:ascii="Arial" w:hAnsi="Arial" w:eastAsia="Arial"/>
          <w:b/>
          <w:sz w:val="23"/>
        </w:rPr>
        <w:t>SORULAR - D GRUBU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1: </w:t>
      </w:r>
      <w:r>
        <w:rPr>
          <w:rFonts w:ascii="Arial" w:hAnsi="Arial" w:eastAsia="Arial"/>
          <w:sz w:val="22"/>
        </w:rPr>
        <w:t>a) Mikroskobun geliştirilmesi canlıların incelenmesinde hangi önemli olanağı sağlamıştır? (5 puan)</w:t>
      </w:r>
      <w:r>
        <w:br/>
      </w:r>
      <w:r>
        <w:rPr>
          <w:rFonts w:ascii="Arial" w:hAnsi="Arial" w:eastAsia="Arial"/>
          <w:sz w:val="22"/>
        </w:rPr>
        <w:t>b) Bilimsel araştırmada “hipotez” kavramını kısaca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2: </w:t>
      </w:r>
      <w:r>
        <w:rPr>
          <w:rFonts w:ascii="Arial" w:hAnsi="Arial" w:eastAsia="Arial"/>
          <w:sz w:val="22"/>
        </w:rPr>
        <w:t>a) Bilimsel araştırmalarda deney canlılarının gereksiz yere zarar görmesinden neden kaçınılmalıdır? (5 puan)</w:t>
      </w:r>
      <w:r>
        <w:br/>
      </w:r>
      <w:r>
        <w:rPr>
          <w:rFonts w:ascii="Arial" w:hAnsi="Arial" w:eastAsia="Arial"/>
          <w:sz w:val="22"/>
        </w:rPr>
        <w:t>b) Virüslerin hem canlı hem cansız özellik göstermesine birer örnek veriniz.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3: </w:t>
      </w:r>
      <w:r>
        <w:rPr>
          <w:rFonts w:ascii="Arial" w:hAnsi="Arial" w:eastAsia="Arial"/>
          <w:sz w:val="22"/>
        </w:rPr>
        <w:t>a) Canlıların sınıflandırılmasının temel amacı nedir? (5 puan)</w:t>
      </w:r>
      <w:r>
        <w:br/>
      </w:r>
      <w:r>
        <w:rPr>
          <w:rFonts w:ascii="Arial" w:hAnsi="Arial" w:eastAsia="Arial"/>
          <w:sz w:val="22"/>
        </w:rPr>
        <w:t>b) Üç üst âlem sisteminde prokaryot hücre yapısına sahip iki üst âlemi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4: </w:t>
      </w:r>
      <w:r>
        <w:rPr>
          <w:rFonts w:ascii="Arial" w:hAnsi="Arial" w:eastAsia="Arial"/>
          <w:sz w:val="22"/>
        </w:rPr>
        <w:t>a) Endemik tür nedir? (5 puan)</w:t>
      </w:r>
      <w:r>
        <w:br/>
      </w:r>
      <w:r>
        <w:rPr>
          <w:rFonts w:ascii="Arial" w:hAnsi="Arial" w:eastAsia="Arial"/>
          <w:sz w:val="22"/>
        </w:rPr>
        <w:t>b) Bir türün yok olmasının ekosistem dengesini etkilemesinin nedenini kısaca açıklayınız.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5: </w:t>
      </w:r>
      <w:r>
        <w:rPr>
          <w:rFonts w:ascii="Arial" w:hAnsi="Arial" w:eastAsia="Arial"/>
          <w:sz w:val="22"/>
        </w:rPr>
        <w:t>a) Minerallerin canlılardaki görevlerinden birini yazınız. (5 puan)</w:t>
      </w:r>
      <w:r>
        <w:br/>
      </w:r>
      <w:r>
        <w:rPr>
          <w:rFonts w:ascii="Arial" w:hAnsi="Arial" w:eastAsia="Arial"/>
          <w:sz w:val="22"/>
        </w:rPr>
        <w:t>b) Karbohidratların canlılardaki temel görevlerinden birini yazınız.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6: </w:t>
      </w:r>
      <w:r>
        <w:rPr>
          <w:rFonts w:ascii="Arial" w:hAnsi="Arial" w:eastAsia="Arial"/>
          <w:sz w:val="22"/>
        </w:rPr>
        <w:t>a) Lugol (iyot) çözeltisi hangi besin maddesinin varlığını belirlemek için kullanılır? (5 puan)</w:t>
      </w:r>
      <w:r>
        <w:br/>
      </w:r>
      <w:r>
        <w:rPr>
          <w:rFonts w:ascii="Arial" w:hAnsi="Arial" w:eastAsia="Arial"/>
          <w:sz w:val="22"/>
        </w:rPr>
        <w:t>b) Biüret ayıracı ile olumlu sonuç veren bir besinde hangi organik molekül grubu bulunur?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7: </w:t>
      </w:r>
      <w:r>
        <w:rPr>
          <w:rFonts w:ascii="Arial" w:hAnsi="Arial" w:eastAsia="Arial"/>
          <w:sz w:val="22"/>
        </w:rPr>
        <w:t>a) Düşük sıcaklık enzim etkinliğini nasıl etkiler? (5 puan)</w:t>
      </w:r>
      <w:r>
        <w:br/>
      </w:r>
      <w:r>
        <w:rPr>
          <w:rFonts w:ascii="Arial" w:hAnsi="Arial" w:eastAsia="Arial"/>
          <w:sz w:val="22"/>
        </w:rPr>
        <w:t>b) Bir enzimin optimum pH değerinden uzaklaşılması enzim etkinliğini genel olarak nasıl etkiler?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8: </w:t>
      </w:r>
      <w:r>
        <w:rPr>
          <w:rFonts w:ascii="Arial" w:hAnsi="Arial" w:eastAsia="Arial"/>
          <w:sz w:val="22"/>
        </w:rPr>
        <w:t>a) Prokaryot ve ökaryot hücrelerde ortak bulunan dört temel yapıyı yazınız. (6 puan)</w:t>
      </w:r>
      <w:r>
        <w:br/>
      </w:r>
      <w:r>
        <w:rPr>
          <w:rFonts w:ascii="Arial" w:hAnsi="Arial" w:eastAsia="Arial"/>
          <w:sz w:val="22"/>
        </w:rPr>
        <w:t>b) Mitokondri ve ribozomun görevlerini birer ifadeyle yazınız. (4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9: </w:t>
      </w:r>
      <w:r>
        <w:rPr>
          <w:rFonts w:ascii="Arial" w:hAnsi="Arial" w:eastAsia="Arial"/>
          <w:sz w:val="22"/>
        </w:rPr>
        <w:t>a) Kolaylaştırılmış difüzyonda taşıyıcı veya kanal proteinleri kullanılmasına rağmen neden aktif taşıma sayılmaz? (5 puan)</w:t>
      </w:r>
      <w:r>
        <w:br/>
      </w:r>
      <w:r>
        <w:rPr>
          <w:rFonts w:ascii="Arial" w:hAnsi="Arial" w:eastAsia="Arial"/>
          <w:sz w:val="22"/>
        </w:rPr>
        <w:t>b) Tuzlanan sebzelerden su çıkması hangi madde geçişi olayıyla açıklanır? (5 puan)</w:t>
      </w:r>
    </w:p>
    <w:p>
      <w:pPr>
        <w:keepLines/>
        <w:spacing w:before="0" w:after="10" w:line="240" w:lineRule="auto"/>
      </w:pPr>
      <w:r>
        <w:rPr>
          <w:rFonts w:ascii="Arial" w:hAnsi="Arial" w:eastAsia="Arial"/>
          <w:b/>
          <w:sz w:val="22"/>
        </w:rPr>
        <w:t xml:space="preserve">SORU 10: </w:t>
      </w:r>
      <w:r>
        <w:rPr>
          <w:rFonts w:ascii="Arial" w:hAnsi="Arial" w:eastAsia="Arial"/>
          <w:sz w:val="22"/>
        </w:rPr>
        <w:t>a) Doku kavramını kısaca tanımlayınız. (5 puan)</w:t>
      </w:r>
      <w:r>
        <w:br/>
      </w:r>
      <w:r>
        <w:rPr>
          <w:rFonts w:ascii="Arial" w:hAnsi="Arial" w:eastAsia="Arial"/>
          <w:sz w:val="22"/>
        </w:rPr>
        <w:t>b) Hücre, doku, organ, sistem ve organizma kavramlarını küçükten büyüğe doğru sıralayınız. (5 puan)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40" w:line="240" w:lineRule="auto"/>
      </w:pPr>
      <w:r>
        <w:rPr>
          <w:rFonts w:ascii="Arial" w:hAnsi="Arial" w:eastAsia="Arial"/>
          <w:b w:val="0"/>
          <w:sz w:val="21"/>
        </w:rPr>
        <w:t>İstediğiniz sorudan başlayabilirsiniz. Her sorunun doğru cevabı 10 puandır.</w:t>
      </w:r>
    </w:p>
    <w:p>
      <w:pPr>
        <w:keepNext w:val="0"/>
        <w:spacing w:before="0" w:after="0" w:line="240" w:lineRule="auto"/>
      </w:pPr>
      <w:r>
        <w:rPr>
          <w:rFonts w:ascii="Arial" w:hAnsi="Arial" w:eastAsia="Arial"/>
          <w:b w:val="0"/>
          <w:sz w:val="6"/>
        </w:rPr>
      </w:r>
    </w:p>
    <w:p>
      <w:pPr>
        <w:keepNext w:val="0"/>
        <w:spacing w:before="60" w:after="80" w:line="240" w:lineRule="auto"/>
        <w:jc w:val="center"/>
      </w:pPr>
      <w:r>
        <w:rPr>
          <w:rFonts w:ascii="Arial" w:hAnsi="Arial" w:eastAsia="Arial"/>
          <w:b/>
          <w:sz w:val="21"/>
        </w:rPr>
        <w:t>KOMİSYON ÜYELERİ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88"/>
        <w:gridCol w:w="5088"/>
      </w:tblGrid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Esen EROL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Atilla KARAMAN</w:t>
            </w:r>
          </w:p>
        </w:tc>
      </w:tr>
      <w:tr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 w:eastAsia="Arial"/>
                <w:sz w:val="21"/>
              </w:rPr>
              <w:t>Biyoloji Öğretmeni</w:t>
            </w:r>
          </w:p>
        </w:tc>
        <w:tc>
          <w:tcPr>
            <w:tcW w:type="dxa" w:w="4968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 w:eastAsia="Arial"/>
                <w:sz w:val="21"/>
              </w:rPr>
              <w:t>Okul Müdürü</w:t>
            </w:r>
          </w:p>
        </w:tc>
      </w:tr>
    </w:tbl>
    <w:sectPr w:rsidR="00FC693F" w:rsidRPr="0006063C" w:rsidSect="00034616">
      <w:pgSz w:w="11905" w:h="16838"/>
      <w:pgMar w:top="547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